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7EBDD" w14:textId="77777777" w:rsidR="00F23132" w:rsidRPr="0013348A" w:rsidRDefault="006C7BBC">
      <w:pPr>
        <w:spacing w:after="0" w:line="240" w:lineRule="auto"/>
        <w:rPr>
          <w:bCs/>
        </w:rPr>
      </w:pPr>
      <w:r w:rsidRPr="0013348A">
        <w:rPr>
          <w:bCs/>
        </w:rPr>
        <w:t>CĂTRE,</w:t>
      </w:r>
    </w:p>
    <w:p w14:paraId="3B8F08FC" w14:textId="77777777" w:rsidR="0013348A" w:rsidRDefault="0013348A" w:rsidP="0013348A">
      <w:pPr>
        <w:spacing w:after="0" w:line="240" w:lineRule="auto"/>
        <w:jc w:val="center"/>
        <w:rPr>
          <w:b/>
        </w:rPr>
      </w:pPr>
    </w:p>
    <w:p w14:paraId="5438AD2E" w14:textId="77777777" w:rsidR="0013348A" w:rsidRDefault="0013348A" w:rsidP="0013348A">
      <w:pPr>
        <w:spacing w:after="0" w:line="240" w:lineRule="auto"/>
        <w:jc w:val="center"/>
        <w:rPr>
          <w:b/>
        </w:rPr>
      </w:pPr>
    </w:p>
    <w:p w14:paraId="6ED11ED1" w14:textId="77777777" w:rsidR="0013348A" w:rsidRDefault="0013348A" w:rsidP="0013348A">
      <w:pPr>
        <w:spacing w:after="0" w:line="240" w:lineRule="auto"/>
        <w:jc w:val="center"/>
        <w:rPr>
          <w:b/>
        </w:rPr>
      </w:pPr>
    </w:p>
    <w:p w14:paraId="5507633C" w14:textId="77777777" w:rsidR="0013348A" w:rsidRDefault="0013348A" w:rsidP="0013348A">
      <w:pPr>
        <w:spacing w:after="0" w:line="240" w:lineRule="auto"/>
        <w:jc w:val="center"/>
        <w:rPr>
          <w:b/>
        </w:rPr>
      </w:pPr>
    </w:p>
    <w:p w14:paraId="29F06BCE" w14:textId="679833C8" w:rsidR="00F23132" w:rsidRDefault="006C7BBC" w:rsidP="0013348A">
      <w:pPr>
        <w:spacing w:after="0" w:line="240" w:lineRule="auto"/>
        <w:jc w:val="center"/>
      </w:pPr>
      <w:r>
        <w:rPr>
          <w:b/>
        </w:rPr>
        <w:t>PRIMĂRIA MUNICIPIULUI BISTRIȚA</w:t>
      </w:r>
    </w:p>
    <w:p w14:paraId="076494AE" w14:textId="77777777" w:rsidR="00F23132" w:rsidRDefault="006C7BBC" w:rsidP="0013348A">
      <w:pPr>
        <w:spacing w:after="240" w:line="240" w:lineRule="auto"/>
        <w:jc w:val="center"/>
        <w:rPr>
          <w:b/>
        </w:rPr>
      </w:pPr>
      <w:r>
        <w:rPr>
          <w:b/>
        </w:rPr>
        <w:t>DIRECȚIA DE INFRASTRUCTURĂ ȘI SERVICII</w:t>
      </w:r>
    </w:p>
    <w:p w14:paraId="4F36C74B" w14:textId="77777777" w:rsidR="0013348A" w:rsidRDefault="0013348A" w:rsidP="0013348A">
      <w:pPr>
        <w:spacing w:after="240" w:line="240" w:lineRule="auto"/>
        <w:jc w:val="center"/>
        <w:rPr>
          <w:b/>
        </w:rPr>
      </w:pPr>
    </w:p>
    <w:p w14:paraId="22EB2EDF" w14:textId="77777777" w:rsidR="0013348A" w:rsidRDefault="0013348A" w:rsidP="0013348A">
      <w:pPr>
        <w:spacing w:after="240" w:line="240" w:lineRule="auto"/>
        <w:jc w:val="center"/>
        <w:rPr>
          <w:b/>
        </w:rPr>
      </w:pPr>
    </w:p>
    <w:p w14:paraId="34DFA3D2" w14:textId="77777777" w:rsidR="0013348A" w:rsidRDefault="0013348A" w:rsidP="0013348A">
      <w:pPr>
        <w:spacing w:after="240" w:line="240" w:lineRule="auto"/>
        <w:jc w:val="center"/>
        <w:rPr>
          <w:b/>
        </w:rPr>
      </w:pPr>
    </w:p>
    <w:p w14:paraId="46C4B102" w14:textId="77777777" w:rsidR="0013348A" w:rsidRDefault="0013348A" w:rsidP="0013348A">
      <w:pPr>
        <w:spacing w:after="240"/>
        <w:jc w:val="center"/>
      </w:pPr>
    </w:p>
    <w:p w14:paraId="38A89EB1" w14:textId="39C5AEEC" w:rsidR="00F23132" w:rsidRDefault="006C7BBC" w:rsidP="0013348A">
      <w:pPr>
        <w:spacing w:after="0"/>
      </w:pPr>
      <w:r>
        <w:t xml:space="preserve">      </w:t>
      </w:r>
      <w:r>
        <w:t>Subsemnatul(a), ________________________________________________, domiciliat(ă) în</w:t>
      </w:r>
    </w:p>
    <w:p w14:paraId="37DCD115" w14:textId="77777777" w:rsidR="00F23132" w:rsidRDefault="006C7BBC" w:rsidP="0013348A">
      <w:pPr>
        <w:spacing w:after="0"/>
      </w:pPr>
      <w:r>
        <w:t>municipiul Bistrița, str. ______________________________________________</w:t>
      </w:r>
    </w:p>
    <w:p w14:paraId="2D4DD1DF" w14:textId="77777777" w:rsidR="00F23132" w:rsidRDefault="006C7BBC" w:rsidP="0013348A">
      <w:pPr>
        <w:spacing w:after="0"/>
      </w:pPr>
      <w:r>
        <w:t>nr.____, sc._____, ap._____, CNP________________________, deținător(oare) al/a locului</w:t>
      </w:r>
    </w:p>
    <w:p w14:paraId="1D79172E" w14:textId="77777777" w:rsidR="00F23132" w:rsidRDefault="006C7BBC" w:rsidP="0013348A">
      <w:pPr>
        <w:spacing w:after="0"/>
      </w:pPr>
      <w:r>
        <w:t>de parcare nr._____ din parcarea codificată__________, prin prezenta solicit</w:t>
      </w:r>
    </w:p>
    <w:p w14:paraId="497AF7E8" w14:textId="77777777" w:rsidR="00F23132" w:rsidRDefault="006C7BBC" w:rsidP="0013348A">
      <w:pPr>
        <w:spacing w:after="0"/>
      </w:pPr>
      <w:r>
        <w:t>transferul locului de parcare menționat către domnul/doamna</w:t>
      </w:r>
    </w:p>
    <w:p w14:paraId="0D8561F7" w14:textId="77777777" w:rsidR="00F23132" w:rsidRDefault="006C7BBC" w:rsidP="0013348A">
      <w:pPr>
        <w:spacing w:after="0"/>
      </w:pPr>
      <w:r>
        <w:t>________________________________________________, domiciliat(ă) în municipiul Bistrița,</w:t>
      </w:r>
    </w:p>
    <w:p w14:paraId="510BFCAC" w14:textId="77777777" w:rsidR="00F23132" w:rsidRDefault="006C7BBC" w:rsidP="0013348A">
      <w:pPr>
        <w:spacing w:after="0"/>
      </w:pPr>
      <w:r>
        <w:t>str.____________________________________________ nr.____, sc._____, ap._____,</w:t>
      </w:r>
    </w:p>
    <w:p w14:paraId="53E93850" w14:textId="77777777" w:rsidR="00F23132" w:rsidRDefault="006C7BBC" w:rsidP="0013348A">
      <w:pPr>
        <w:spacing w:after="0"/>
      </w:pPr>
      <w:r>
        <w:t>CNP________________________.</w:t>
      </w:r>
    </w:p>
    <w:p w14:paraId="0F0A80EA" w14:textId="77777777" w:rsidR="00F23132" w:rsidRDefault="006C7BBC" w:rsidP="0013348A">
      <w:pPr>
        <w:spacing w:after="0"/>
      </w:pPr>
      <w:r>
        <w:t>Anexez, în copie, documentele necesare pentru identificarea titularului actual și a</w:t>
      </w:r>
    </w:p>
    <w:p w14:paraId="21004C47" w14:textId="77777777" w:rsidR="00F23132" w:rsidRDefault="006C7BBC" w:rsidP="0013348A">
      <w:pPr>
        <w:spacing w:after="0"/>
      </w:pPr>
      <w:r>
        <w:t>persoanei către care se solicită transferul.</w:t>
      </w:r>
    </w:p>
    <w:p w14:paraId="237B0D45" w14:textId="77777777" w:rsidR="00F23132" w:rsidRDefault="006C7BBC" w:rsidP="0013348A">
      <w:pPr>
        <w:spacing w:after="0"/>
      </w:pPr>
      <w:r>
        <w:t>Declar pe proprie răspundere că sunt de acord cu prelucrarea datelor mele cu caracter</w:t>
      </w:r>
    </w:p>
    <w:p w14:paraId="42B8E2DD" w14:textId="77777777" w:rsidR="00F23132" w:rsidRDefault="006C7BBC" w:rsidP="0013348A">
      <w:r>
        <w:t>personal în scopul pentru care am depus cererea.</w:t>
      </w:r>
    </w:p>
    <w:p w14:paraId="49E4071C" w14:textId="77777777" w:rsidR="00F23132" w:rsidRDefault="006C7BBC" w:rsidP="0013348A">
      <w:r>
        <w:t>Bistrița, ____/____/ 2026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62"/>
      </w:tblGrid>
      <w:tr w:rsidR="0013348A" w14:paraId="0158886C" w14:textId="77777777">
        <w:tc>
          <w:tcPr>
            <w:tcW w:w="4762" w:type="dxa"/>
          </w:tcPr>
          <w:p w14:paraId="0EB99A13" w14:textId="77777777" w:rsidR="0013348A" w:rsidRDefault="0013348A" w:rsidP="0013348A">
            <w:pPr>
              <w:spacing w:after="40"/>
            </w:pPr>
            <w:r>
              <w:rPr>
                <w:b/>
                <w:sz w:val="21"/>
              </w:rPr>
              <w:t>Persoana către care se solicită transferul,</w:t>
            </w:r>
          </w:p>
        </w:tc>
      </w:tr>
      <w:tr w:rsidR="0013348A" w14:paraId="6F888220" w14:textId="77777777">
        <w:tc>
          <w:tcPr>
            <w:tcW w:w="4762" w:type="dxa"/>
          </w:tcPr>
          <w:p w14:paraId="21D7D163" w14:textId="77777777" w:rsidR="0013348A" w:rsidRDefault="0013348A" w:rsidP="0013348A">
            <w:pPr>
              <w:spacing w:after="40"/>
            </w:pPr>
            <w:r>
              <w:rPr>
                <w:sz w:val="21"/>
              </w:rPr>
              <w:t>Nume și prenume: ______________________</w:t>
            </w:r>
          </w:p>
        </w:tc>
      </w:tr>
      <w:tr w:rsidR="0013348A" w14:paraId="0E09732F" w14:textId="77777777">
        <w:tc>
          <w:tcPr>
            <w:tcW w:w="4762" w:type="dxa"/>
          </w:tcPr>
          <w:p w14:paraId="6DA27FB0" w14:textId="77777777" w:rsidR="0013348A" w:rsidRDefault="0013348A" w:rsidP="0013348A">
            <w:pPr>
              <w:spacing w:after="40"/>
            </w:pPr>
            <w:r>
              <w:rPr>
                <w:sz w:val="21"/>
              </w:rPr>
              <w:t>Semnătura: ____________________________</w:t>
            </w:r>
          </w:p>
        </w:tc>
      </w:tr>
      <w:tr w:rsidR="0013348A" w14:paraId="6F8B03E5" w14:textId="77777777">
        <w:tc>
          <w:tcPr>
            <w:tcW w:w="4762" w:type="dxa"/>
          </w:tcPr>
          <w:p w14:paraId="2C69BD2C" w14:textId="77777777" w:rsidR="0013348A" w:rsidRDefault="0013348A" w:rsidP="0013348A">
            <w:pPr>
              <w:spacing w:after="40"/>
            </w:pPr>
            <w:r>
              <w:rPr>
                <w:sz w:val="21"/>
              </w:rPr>
              <w:t>Telefon: _______________________________</w:t>
            </w:r>
          </w:p>
        </w:tc>
      </w:tr>
    </w:tbl>
    <w:p w14:paraId="432149E6" w14:textId="77777777" w:rsidR="009301F3" w:rsidRDefault="009301F3"/>
    <w:sectPr w:rsidR="009301F3" w:rsidSect="00034616">
      <w:pgSz w:w="11906" w:h="16838"/>
      <w:pgMar w:top="1020" w:right="1134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0285673">
    <w:abstractNumId w:val="8"/>
  </w:num>
  <w:num w:numId="2" w16cid:durableId="2105958530">
    <w:abstractNumId w:val="6"/>
  </w:num>
  <w:num w:numId="3" w16cid:durableId="1064765535">
    <w:abstractNumId w:val="5"/>
  </w:num>
  <w:num w:numId="4" w16cid:durableId="791940460">
    <w:abstractNumId w:val="4"/>
  </w:num>
  <w:num w:numId="5" w16cid:durableId="1228880402">
    <w:abstractNumId w:val="7"/>
  </w:num>
  <w:num w:numId="6" w16cid:durableId="158470386">
    <w:abstractNumId w:val="3"/>
  </w:num>
  <w:num w:numId="7" w16cid:durableId="101189696">
    <w:abstractNumId w:val="2"/>
  </w:num>
  <w:num w:numId="8" w16cid:durableId="522129011">
    <w:abstractNumId w:val="1"/>
  </w:num>
  <w:num w:numId="9" w16cid:durableId="1636983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348A"/>
    <w:rsid w:val="0015074B"/>
    <w:rsid w:val="0029639D"/>
    <w:rsid w:val="00326F90"/>
    <w:rsid w:val="006901A2"/>
    <w:rsid w:val="006C7BBC"/>
    <w:rsid w:val="009301F3"/>
    <w:rsid w:val="00AA1D8D"/>
    <w:rsid w:val="00AF3315"/>
    <w:rsid w:val="00B47730"/>
    <w:rsid w:val="00CB0664"/>
    <w:rsid w:val="00F231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C6BA6"/>
  <w14:defaultImageDpi w14:val="300"/>
  <w15:docId w15:val="{A7CB39A4-6FC4-4519-9229-A57B95668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Emilia-Gabriela RUSU</cp:lastModifiedBy>
  <cp:revision>3</cp:revision>
  <dcterms:created xsi:type="dcterms:W3CDTF">2013-12-23T23:15:00Z</dcterms:created>
  <dcterms:modified xsi:type="dcterms:W3CDTF">2026-09-10T08:56:00Z</dcterms:modified>
  <cp:category/>
</cp:coreProperties>
</file>