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E40A23" w14:paraId="646CFC71" w14:textId="77777777" w:rsidTr="00DC04B9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7F4B1421" w14:textId="77777777" w:rsidR="00E40A23" w:rsidRPr="008B59BF" w:rsidRDefault="00E40A23" w:rsidP="00DC04B9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6BBB84ED" wp14:editId="13E77202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7E502A20" w14:textId="77777777" w:rsidR="00E40A23" w:rsidRPr="001D1DDD" w:rsidRDefault="00E40A23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E40A23" w14:paraId="45F5DB97" w14:textId="77777777" w:rsidTr="00DC04B9">
        <w:trPr>
          <w:cantSplit/>
          <w:trHeight w:val="328"/>
        </w:trPr>
        <w:tc>
          <w:tcPr>
            <w:tcW w:w="1606" w:type="dxa"/>
            <w:vMerge/>
          </w:tcPr>
          <w:p w14:paraId="441D6DC4" w14:textId="77777777" w:rsidR="00E40A23" w:rsidRPr="008B59BF" w:rsidRDefault="00E40A23" w:rsidP="00DC04B9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3808D591" w14:textId="77777777" w:rsidR="00E40A23" w:rsidRPr="001D1DDD" w:rsidRDefault="00E40A23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E40A23" w14:paraId="61834698" w14:textId="77777777" w:rsidTr="00DC04B9">
        <w:trPr>
          <w:cantSplit/>
          <w:trHeight w:val="1126"/>
        </w:trPr>
        <w:tc>
          <w:tcPr>
            <w:tcW w:w="1606" w:type="dxa"/>
            <w:vMerge/>
          </w:tcPr>
          <w:p w14:paraId="03F60760" w14:textId="77777777" w:rsidR="00E40A23" w:rsidRPr="008B59BF" w:rsidRDefault="00E40A23" w:rsidP="00DC04B9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1085A759" w14:textId="77777777" w:rsidR="00E40A23" w:rsidRPr="001D1DDD" w:rsidRDefault="00E40A23" w:rsidP="00DC04B9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7271C105" w14:textId="77777777" w:rsidR="00E40A23" w:rsidRDefault="00E40A23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1106C5CB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4BDEC2A7" w14:textId="77777777" w:rsidR="00E40A23" w:rsidRDefault="00E40A23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3BDE6C91" w14:textId="77777777" w:rsidR="00E40A23" w:rsidRPr="001D1DDD" w:rsidRDefault="00E40A23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5EF7BFBB" w14:textId="77777777" w:rsidR="00E40A23" w:rsidRPr="006A2001" w:rsidRDefault="00E40A23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E40A23" w14:paraId="442C1F59" w14:textId="77777777" w:rsidTr="00DC04B9">
        <w:trPr>
          <w:cantSplit/>
          <w:trHeight w:val="510"/>
        </w:trPr>
        <w:tc>
          <w:tcPr>
            <w:tcW w:w="1606" w:type="dxa"/>
            <w:vMerge/>
          </w:tcPr>
          <w:p w14:paraId="04381103" w14:textId="77777777" w:rsidR="00E40A23" w:rsidRPr="008B59BF" w:rsidRDefault="00E40A23" w:rsidP="00DC04B9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5F140C1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434E33CF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2A26643E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1DE06269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  <w:rPr>
          <w:b/>
          <w:bCs/>
          <w:sz w:val="22"/>
        </w:rPr>
      </w:pPr>
      <w:proofErr w:type="spellStart"/>
      <w:r w:rsidRPr="00E40A23">
        <w:rPr>
          <w:b/>
          <w:bCs/>
          <w:sz w:val="22"/>
        </w:rPr>
        <w:t>privind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finalizarea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lucrărilor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notificate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și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solicitarea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participării</w:t>
      </w:r>
      <w:proofErr w:type="spellEnd"/>
      <w:r w:rsidRPr="00E40A23">
        <w:rPr>
          <w:b/>
          <w:bCs/>
          <w:sz w:val="22"/>
        </w:rPr>
        <w:t xml:space="preserve"> </w:t>
      </w:r>
      <w:proofErr w:type="spellStart"/>
      <w:r w:rsidRPr="00E40A23">
        <w:rPr>
          <w:b/>
          <w:bCs/>
          <w:sz w:val="22"/>
        </w:rPr>
        <w:t>reprezentantului</w:t>
      </w:r>
      <w:proofErr w:type="spellEnd"/>
      <w:r w:rsidRPr="00E40A23">
        <w:rPr>
          <w:b/>
          <w:bCs/>
          <w:sz w:val="22"/>
        </w:rPr>
        <w:t xml:space="preserve"> UAT la </w:t>
      </w:r>
      <w:proofErr w:type="spellStart"/>
      <w:r w:rsidRPr="00E40A23">
        <w:rPr>
          <w:b/>
          <w:bCs/>
          <w:sz w:val="22"/>
        </w:rPr>
        <w:t>recepție</w:t>
      </w:r>
      <w:proofErr w:type="spellEnd"/>
    </w:p>
    <w:p w14:paraId="61ECAB05" w14:textId="77777777" w:rsidR="00E40A23" w:rsidRPr="00E40A23" w:rsidRDefault="00E40A23">
      <w:pPr>
        <w:spacing w:after="120"/>
        <w:jc w:val="center"/>
        <w:rPr>
          <w:b/>
          <w:bCs/>
          <w:sz w:val="22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E40A23" w:rsidRPr="001D1DDD" w14:paraId="622C7FD1" w14:textId="77777777" w:rsidTr="00994EE2">
        <w:trPr>
          <w:cantSplit/>
        </w:trPr>
        <w:tc>
          <w:tcPr>
            <w:tcW w:w="10173" w:type="dxa"/>
            <w:shd w:val="clear" w:color="auto" w:fill="F4F4F4"/>
          </w:tcPr>
          <w:p w14:paraId="2E969706" w14:textId="77777777" w:rsidR="00E40A23" w:rsidRPr="001D1DDD" w:rsidRDefault="00E40A23" w:rsidP="00DC04B9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sz w:val="18"/>
                <w:szCs w:val="18"/>
              </w:rPr>
              <w:t xml:space="preserve">1. </w:t>
            </w:r>
            <w:r w:rsidRPr="001D1DDD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E40A23" w:rsidRPr="001D1DDD" w14:paraId="3D2FCE7D" w14:textId="77777777" w:rsidTr="00994EE2">
        <w:trPr>
          <w:cantSplit/>
          <w:trHeight w:val="389"/>
        </w:trPr>
        <w:tc>
          <w:tcPr>
            <w:tcW w:w="10173" w:type="dxa"/>
          </w:tcPr>
          <w:p w14:paraId="60306F6F" w14:textId="77777777" w:rsidR="00E40A23" w:rsidRPr="001D1DDD" w:rsidRDefault="00E40A23" w:rsidP="00DC04B9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proofErr w:type="spellEnd"/>
            <w:r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sz w:val="18"/>
                <w:szCs w:val="18"/>
                <w:lang w:val="fr-FR"/>
              </w:rPr>
              <w:t>:</w:t>
            </w:r>
            <w:r>
              <w:rPr>
                <w:lang w:val="fr-FR"/>
              </w:rPr>
              <w:t xml:space="preserve">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67006AB7" w14:textId="77777777" w:rsidR="00E40A23" w:rsidRDefault="00E40A23">
      <w:pPr>
        <w:spacing w:line="168" w:lineRule="auto"/>
        <w:rPr>
          <w:lang w:val="fr-FR"/>
        </w:rPr>
      </w:pPr>
    </w:p>
    <w:p w14:paraId="3AD593DF" w14:textId="77777777" w:rsidR="00E40A23" w:rsidRPr="00150E80" w:rsidRDefault="00E40A23">
      <w:pPr>
        <w:spacing w:line="168" w:lineRule="auto"/>
        <w:rPr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143"/>
      </w:tblGrid>
      <w:tr w:rsidR="00C85C0B" w:rsidRPr="00E40A23" w14:paraId="4CD31CB5" w14:textId="77777777" w:rsidTr="00E40A23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60B9A3F0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E40A23">
              <w:rPr>
                <w:b/>
                <w:sz w:val="18"/>
                <w:szCs w:val="18"/>
              </w:rPr>
              <w:t xml:space="preserve">2. </w:t>
            </w:r>
            <w:r w:rsidRPr="00E40A23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C85C0B" w:rsidRPr="00E40A23" w14:paraId="40A1A9AA" w14:textId="77777777" w:rsidTr="00E40A23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și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</w:p>
          <w:p w14:paraId="78962F31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  <w:gridSpan w:val="3"/>
          </w:tcPr>
          <w:p w14:paraId="349D53B4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CNP</w:t>
            </w:r>
          </w:p>
          <w:p w14:paraId="12A0DF42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56206DC1" w14:textId="77777777" w:rsidTr="00E40A23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14F6AB90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sz w:val="18"/>
                <w:szCs w:val="18"/>
              </w:rPr>
              <w:t xml:space="preserve"> Act de </w:t>
            </w:r>
            <w:proofErr w:type="spellStart"/>
            <w:r w:rsidRPr="00E40A23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C85C0B" w:rsidRPr="00E40A23" w14:paraId="7C029D77" w14:textId="77777777" w:rsidTr="00E40A23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Seria</w:t>
            </w:r>
          </w:p>
          <w:p w14:paraId="1372DB4F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8543067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Numărul</w:t>
            </w:r>
            <w:proofErr w:type="spellEnd"/>
          </w:p>
          <w:p w14:paraId="10D1BCEF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Eliberat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de</w:t>
            </w:r>
          </w:p>
          <w:p w14:paraId="7DFD0055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6E02C3D3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7B1F54BC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75E57117" w14:textId="77777777" w:rsidTr="00E40A23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0B5FD119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C85C0B" w:rsidRPr="00E40A23" w14:paraId="1FB30C84" w14:textId="77777777" w:rsidTr="00E40A23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</w:p>
          <w:p w14:paraId="2186F192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Municipiul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orașul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comuna</w:t>
            </w:r>
            <w:proofErr w:type="spellEnd"/>
          </w:p>
          <w:p w14:paraId="5A7197A9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52D40263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Satul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sectorul</w:t>
            </w:r>
            <w:proofErr w:type="spellEnd"/>
          </w:p>
          <w:p w14:paraId="2A6C818F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648F5CD4" w14:textId="77777777" w:rsidTr="00E40A23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4F3D8CE6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75341DA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Nr.</w:t>
            </w:r>
          </w:p>
          <w:p w14:paraId="20120A0F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F18AE53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Sc.</w:t>
            </w:r>
          </w:p>
          <w:p w14:paraId="20E48DEE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B25ACF6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Et.</w:t>
            </w:r>
          </w:p>
          <w:p w14:paraId="6F6960D6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8B4DB2B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Ap.</w:t>
            </w:r>
          </w:p>
          <w:p w14:paraId="0D48C9FB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C794EFE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14D83194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44F2C34C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Țara</w:t>
            </w:r>
            <w:proofErr w:type="spellEnd"/>
          </w:p>
          <w:p w14:paraId="303B0DDB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0BDBE802" w14:textId="77777777" w:rsidTr="00E40A23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6AE91BC9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sz w:val="18"/>
                <w:szCs w:val="18"/>
              </w:rPr>
              <w:t xml:space="preserve"> Date de contact</w:t>
            </w:r>
          </w:p>
        </w:tc>
      </w:tr>
      <w:tr w:rsidR="00C85C0B" w:rsidRPr="00E40A23" w14:paraId="457FAA8A" w14:textId="77777777" w:rsidTr="00E40A23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Pr="00E40A23" w:rsidRDefault="00000000">
            <w:pPr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Telefon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/ fax</w:t>
            </w:r>
          </w:p>
          <w:p w14:paraId="1D1557B5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  <w:tc>
          <w:tcPr>
            <w:tcW w:w="6158" w:type="dxa"/>
            <w:gridSpan w:val="5"/>
          </w:tcPr>
          <w:p w14:paraId="56D269E2" w14:textId="77777777" w:rsidR="00C85C0B" w:rsidRPr="00E40A23" w:rsidRDefault="00000000">
            <w:pPr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6134E69B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</w:tr>
    </w:tbl>
    <w:p w14:paraId="4DBE4EFE" w14:textId="77777777" w:rsidR="00C85C0B" w:rsidRPr="00E40A23" w:rsidRDefault="00C85C0B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5355"/>
      </w:tblGrid>
      <w:tr w:rsidR="00C85C0B" w:rsidRPr="00E40A23" w14:paraId="470E2D0D" w14:textId="77777777" w:rsidTr="00E40A23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18E93E77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sz w:val="18"/>
                <w:szCs w:val="18"/>
              </w:rPr>
              <w:t xml:space="preserve"> 3. </w:t>
            </w:r>
            <w:r w:rsidRPr="00E40A23">
              <w:rPr>
                <w:b/>
                <w:color w:val="000000"/>
                <w:sz w:val="18"/>
                <w:szCs w:val="18"/>
              </w:rPr>
              <w:t>NOTIFICAREA</w:t>
            </w:r>
          </w:p>
        </w:tc>
      </w:tr>
      <w:tr w:rsidR="00C85C0B" w:rsidRPr="00E40A23" w14:paraId="1F3A1F64" w14:textId="77777777" w:rsidTr="00E40A23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Pr="00E40A23" w:rsidRDefault="00000000">
            <w:pPr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 xml:space="preserve">Nr. / </w:t>
            </w:r>
            <w:proofErr w:type="gramStart"/>
            <w:r w:rsidRPr="00E40A23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  <w:r w:rsidRPr="00E40A23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notificării</w:t>
            </w:r>
            <w:proofErr w:type="spellEnd"/>
          </w:p>
          <w:p w14:paraId="782A3FB4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7DACF42" w14:textId="77777777" w:rsidR="00C85C0B" w:rsidRPr="00E40A23" w:rsidRDefault="00000000">
            <w:pPr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Proiect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E40A23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704DDBFC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75FD378C" w14:textId="77777777" w:rsidR="00C85C0B" w:rsidRPr="00E40A23" w:rsidRDefault="00000000">
            <w:pPr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Imobilul</w:t>
            </w:r>
            <w:proofErr w:type="spellEnd"/>
          </w:p>
          <w:p w14:paraId="0E48F05F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</w:tr>
    </w:tbl>
    <w:p w14:paraId="13D2FF9F" w14:textId="77777777" w:rsidR="00C85C0B" w:rsidRPr="00E40A23" w:rsidRDefault="00C85C0B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5355"/>
      </w:tblGrid>
      <w:tr w:rsidR="00C85C0B" w:rsidRPr="00E40A23" w14:paraId="7A7201EB" w14:textId="77777777" w:rsidTr="00E40A23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20A52465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sz w:val="18"/>
                <w:szCs w:val="18"/>
              </w:rPr>
              <w:t xml:space="preserve"> 4. </w:t>
            </w:r>
            <w:r w:rsidRPr="00E40A23">
              <w:rPr>
                <w:b/>
                <w:color w:val="000000"/>
                <w:sz w:val="18"/>
                <w:szCs w:val="18"/>
              </w:rPr>
              <w:t>EXECUȚIA ȘI RECEPȚIA</w:t>
            </w:r>
          </w:p>
        </w:tc>
      </w:tr>
      <w:tr w:rsidR="00C85C0B" w:rsidRPr="00E40A23" w14:paraId="49509B49" w14:textId="77777777" w:rsidTr="00E40A23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 xml:space="preserve">Data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începerii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lucrărilor</w:t>
            </w:r>
            <w:proofErr w:type="spellEnd"/>
          </w:p>
          <w:p w14:paraId="2D6D470D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i/>
                <w:color w:val="7A7A7A"/>
                <w:sz w:val="18"/>
                <w:szCs w:val="18"/>
              </w:rPr>
              <w:t xml:space="preserve">se </w:t>
            </w:r>
            <w:proofErr w:type="spellStart"/>
            <w:r w:rsidRPr="00E40A23">
              <w:rPr>
                <w:i/>
                <w:color w:val="7A7A7A"/>
                <w:sz w:val="18"/>
                <w:szCs w:val="18"/>
              </w:rPr>
              <w:t>declară</w:t>
            </w:r>
            <w:proofErr w:type="spellEnd"/>
            <w:r w:rsidRPr="00E40A23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i/>
                <w:color w:val="7A7A7A"/>
                <w:sz w:val="18"/>
                <w:szCs w:val="18"/>
              </w:rPr>
              <w:t>aici</w:t>
            </w:r>
            <w:proofErr w:type="spellEnd"/>
          </w:p>
          <w:p w14:paraId="544B9697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72DCF9AA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 xml:space="preserve">Data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finalizării</w:t>
            </w:r>
            <w:proofErr w:type="spellEnd"/>
          </w:p>
          <w:p w14:paraId="2262F4A8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6C0C82B1" w14:textId="77777777" w:rsidTr="00E40A23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 xml:space="preserve">Data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propusă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pentru</w:t>
            </w:r>
            <w:proofErr w:type="spellEnd"/>
            <w:r w:rsidRPr="00E40A23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recepție</w:t>
            </w:r>
            <w:proofErr w:type="spellEnd"/>
          </w:p>
          <w:p w14:paraId="327C4FB5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60A9FC7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ora</w:t>
            </w:r>
          </w:p>
          <w:p w14:paraId="40A08B01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6A018CE9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locul</w:t>
            </w:r>
            <w:proofErr w:type="spellEnd"/>
          </w:p>
          <w:p w14:paraId="5887C7E5" w14:textId="77777777" w:rsidR="00C85C0B" w:rsidRPr="00E40A2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E40A23" w14:paraId="633508C0" w14:textId="77777777" w:rsidTr="00E40A23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6FEACB9" w14:textId="26080181" w:rsidR="00C85C0B" w:rsidRPr="00E40A23" w:rsidRDefault="00150E80">
            <w:pPr>
              <w:spacing w:line="228" w:lineRule="auto"/>
              <w:rPr>
                <w:sz w:val="18"/>
                <w:szCs w:val="18"/>
              </w:rPr>
            </w:pPr>
            <w:r w:rsidRPr="00E40A23">
              <w:rPr>
                <w:sz w:val="18"/>
                <w:szCs w:val="18"/>
              </w:rPr>
              <w:t xml:space="preserve">Legea nr.169/2026 </w:t>
            </w:r>
            <w:proofErr w:type="spellStart"/>
            <w:r w:rsidRPr="00E40A23">
              <w:rPr>
                <w:sz w:val="18"/>
                <w:szCs w:val="18"/>
              </w:rPr>
              <w:t>privind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Codul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amenajării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teritoriului</w:t>
            </w:r>
            <w:proofErr w:type="spellEnd"/>
            <w:r w:rsidRPr="00E40A23">
              <w:rPr>
                <w:sz w:val="18"/>
                <w:szCs w:val="18"/>
              </w:rPr>
              <w:t xml:space="preserve">, </w:t>
            </w:r>
            <w:proofErr w:type="spellStart"/>
            <w:r w:rsidRPr="00E40A23">
              <w:rPr>
                <w:sz w:val="18"/>
                <w:szCs w:val="18"/>
              </w:rPr>
              <w:t>urbanismului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și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construcțiilor</w:t>
            </w:r>
            <w:proofErr w:type="spellEnd"/>
            <w:r w:rsidRPr="00E40A23">
              <w:rPr>
                <w:sz w:val="18"/>
                <w:szCs w:val="18"/>
              </w:rPr>
              <w:t xml:space="preserve"> nu </w:t>
            </w:r>
            <w:proofErr w:type="spellStart"/>
            <w:r w:rsidRPr="00E40A23">
              <w:rPr>
                <w:sz w:val="18"/>
                <w:szCs w:val="18"/>
              </w:rPr>
              <w:t>instituie</w:t>
            </w:r>
            <w:proofErr w:type="spellEnd"/>
            <w:r w:rsidRPr="00E40A23">
              <w:rPr>
                <w:sz w:val="18"/>
                <w:szCs w:val="18"/>
              </w:rPr>
              <w:t xml:space="preserve"> o </w:t>
            </w:r>
            <w:proofErr w:type="spellStart"/>
            <w:r w:rsidRPr="00E40A23">
              <w:rPr>
                <w:sz w:val="18"/>
                <w:szCs w:val="18"/>
              </w:rPr>
              <w:t>înștiințare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distinctă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privind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începerea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lucrărilor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notificate</w:t>
            </w:r>
            <w:proofErr w:type="spellEnd"/>
            <w:r w:rsidRPr="00E40A23">
              <w:rPr>
                <w:sz w:val="18"/>
                <w:szCs w:val="18"/>
              </w:rPr>
              <w:t xml:space="preserve">; data </w:t>
            </w:r>
            <w:proofErr w:type="spellStart"/>
            <w:r w:rsidRPr="00E40A23">
              <w:rPr>
                <w:sz w:val="18"/>
                <w:szCs w:val="18"/>
              </w:rPr>
              <w:t>începerii</w:t>
            </w:r>
            <w:proofErr w:type="spellEnd"/>
            <w:r w:rsidRPr="00E40A23">
              <w:rPr>
                <w:sz w:val="18"/>
                <w:szCs w:val="18"/>
              </w:rPr>
              <w:t xml:space="preserve"> se </w:t>
            </w:r>
            <w:proofErr w:type="spellStart"/>
            <w:r w:rsidRPr="00E40A23">
              <w:rPr>
                <w:sz w:val="18"/>
                <w:szCs w:val="18"/>
              </w:rPr>
              <w:t>declară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în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prezentul</w:t>
            </w:r>
            <w:proofErr w:type="spellEnd"/>
            <w:r w:rsidRPr="00E40A23">
              <w:rPr>
                <w:sz w:val="18"/>
                <w:szCs w:val="18"/>
              </w:rPr>
              <w:t xml:space="preserve"> formular </w:t>
            </w:r>
            <w:proofErr w:type="spellStart"/>
            <w:r w:rsidRPr="00E40A23">
              <w:rPr>
                <w:sz w:val="18"/>
                <w:szCs w:val="18"/>
              </w:rPr>
              <w:t>și</w:t>
            </w:r>
            <w:proofErr w:type="spellEnd"/>
            <w:r w:rsidRPr="00E40A23">
              <w:rPr>
                <w:sz w:val="18"/>
                <w:szCs w:val="18"/>
              </w:rPr>
              <w:t xml:space="preserve"> se </w:t>
            </w:r>
            <w:proofErr w:type="spellStart"/>
            <w:r w:rsidRPr="00E40A23">
              <w:rPr>
                <w:sz w:val="18"/>
                <w:szCs w:val="18"/>
              </w:rPr>
              <w:t>consemnează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în</w:t>
            </w:r>
            <w:proofErr w:type="spellEnd"/>
            <w:r w:rsidRPr="00E40A23">
              <w:rPr>
                <w:sz w:val="18"/>
                <w:szCs w:val="18"/>
              </w:rPr>
              <w:t xml:space="preserve"> </w:t>
            </w:r>
            <w:proofErr w:type="spellStart"/>
            <w:r w:rsidRPr="00E40A23">
              <w:rPr>
                <w:sz w:val="18"/>
                <w:szCs w:val="18"/>
              </w:rPr>
              <w:t>procesul</w:t>
            </w:r>
            <w:proofErr w:type="spellEnd"/>
            <w:r w:rsidRPr="00E40A23">
              <w:rPr>
                <w:sz w:val="18"/>
                <w:szCs w:val="18"/>
              </w:rPr>
              <w:t xml:space="preserve">-verbal de </w:t>
            </w:r>
            <w:proofErr w:type="spellStart"/>
            <w:r w:rsidRPr="00E40A23">
              <w:rPr>
                <w:sz w:val="18"/>
                <w:szCs w:val="18"/>
              </w:rPr>
              <w:t>recepție</w:t>
            </w:r>
            <w:proofErr w:type="spellEnd"/>
            <w:r w:rsidRPr="00E40A23">
              <w:rPr>
                <w:sz w:val="18"/>
                <w:szCs w:val="18"/>
              </w:rPr>
              <w:t>.</w:t>
            </w:r>
          </w:p>
        </w:tc>
      </w:tr>
    </w:tbl>
    <w:p w14:paraId="049D9BE6" w14:textId="77777777" w:rsidR="00C85C0B" w:rsidRPr="00E40A23" w:rsidRDefault="00C85C0B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749"/>
      </w:tblGrid>
      <w:tr w:rsidR="00C85C0B" w:rsidRPr="00E40A23" w14:paraId="1BD195CE" w14:textId="77777777" w:rsidTr="00E40A23">
        <w:trPr>
          <w:cantSplit/>
        </w:trPr>
        <w:tc>
          <w:tcPr>
            <w:tcW w:w="10173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Pr="00E40A23" w:rsidRDefault="00000000">
            <w:pPr>
              <w:keepNext/>
              <w:rPr>
                <w:sz w:val="18"/>
                <w:szCs w:val="18"/>
              </w:rPr>
            </w:pPr>
            <w:r w:rsidRPr="00E40A23">
              <w:rPr>
                <w:b/>
                <w:sz w:val="18"/>
                <w:szCs w:val="18"/>
              </w:rPr>
              <w:t xml:space="preserve"> 5. </w:t>
            </w:r>
            <w:r w:rsidRPr="00E40A23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C85C0B" w:rsidRPr="00E40A23" w14:paraId="10F5A63F" w14:textId="77777777" w:rsidTr="00E40A23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E40A23" w:rsidRDefault="00000000">
            <w:pPr>
              <w:rPr>
                <w:sz w:val="18"/>
                <w:szCs w:val="18"/>
              </w:rPr>
            </w:pPr>
            <w:r w:rsidRPr="00E40A23">
              <w:rPr>
                <w:b/>
                <w:color w:val="0D5F78"/>
                <w:sz w:val="18"/>
                <w:szCs w:val="18"/>
              </w:rPr>
              <w:t>Data</w:t>
            </w:r>
          </w:p>
          <w:p w14:paraId="3121BEF9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E40A23" w:rsidRDefault="00000000">
            <w:pPr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Beneficiarul</w:t>
            </w:r>
            <w:proofErr w:type="spellEnd"/>
          </w:p>
          <w:p w14:paraId="2DCA5FDA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  <w:tcBorders>
              <w:bottom w:val="single" w:sz="4" w:space="0" w:color="auto"/>
            </w:tcBorders>
          </w:tcPr>
          <w:p w14:paraId="47CBF3F4" w14:textId="77777777" w:rsidR="00C85C0B" w:rsidRPr="00E40A23" w:rsidRDefault="00000000">
            <w:pPr>
              <w:rPr>
                <w:sz w:val="18"/>
                <w:szCs w:val="18"/>
              </w:rPr>
            </w:pPr>
            <w:proofErr w:type="spellStart"/>
            <w:r w:rsidRPr="00E40A23">
              <w:rPr>
                <w:b/>
                <w:color w:val="0D5F78"/>
                <w:sz w:val="18"/>
                <w:szCs w:val="18"/>
              </w:rPr>
              <w:t>Semnătura</w:t>
            </w:r>
            <w:proofErr w:type="spellEnd"/>
          </w:p>
          <w:p w14:paraId="765AB599" w14:textId="77777777" w:rsidR="00C85C0B" w:rsidRPr="00E40A23" w:rsidRDefault="00C85C0B">
            <w:pPr>
              <w:rPr>
                <w:sz w:val="18"/>
                <w:szCs w:val="18"/>
              </w:rPr>
            </w:pPr>
          </w:p>
        </w:tc>
      </w:tr>
    </w:tbl>
    <w:p w14:paraId="3AF77583" w14:textId="77777777" w:rsidR="00C85C0B" w:rsidRPr="00E40A23" w:rsidRDefault="00C85C0B">
      <w:pPr>
        <w:spacing w:line="168" w:lineRule="auto"/>
        <w:rPr>
          <w:sz w:val="18"/>
          <w:szCs w:val="18"/>
        </w:rPr>
      </w:pPr>
    </w:p>
    <w:sectPr w:rsidR="00C85C0B" w:rsidRPr="00E40A2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D90C" w14:textId="77777777" w:rsidR="007A725D" w:rsidRDefault="007A725D">
      <w:r>
        <w:separator/>
      </w:r>
    </w:p>
  </w:endnote>
  <w:endnote w:type="continuationSeparator" w:id="0">
    <w:p w14:paraId="35C08EF5" w14:textId="77777777" w:rsidR="007A725D" w:rsidRDefault="007A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7426" w14:textId="77777777" w:rsidR="007A725D" w:rsidRDefault="007A725D">
      <w:r>
        <w:separator/>
      </w:r>
    </w:p>
  </w:footnote>
  <w:footnote w:type="continuationSeparator" w:id="0">
    <w:p w14:paraId="503242D3" w14:textId="77777777" w:rsidR="007A725D" w:rsidRDefault="007A7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77F"/>
    <w:rsid w:val="0015074B"/>
    <w:rsid w:val="00150E80"/>
    <w:rsid w:val="0029639D"/>
    <w:rsid w:val="00326F90"/>
    <w:rsid w:val="003A7070"/>
    <w:rsid w:val="003F0F62"/>
    <w:rsid w:val="005B7867"/>
    <w:rsid w:val="005C02E4"/>
    <w:rsid w:val="007A725D"/>
    <w:rsid w:val="00994EE2"/>
    <w:rsid w:val="00AA1D8D"/>
    <w:rsid w:val="00B47730"/>
    <w:rsid w:val="00B94163"/>
    <w:rsid w:val="00C85C0B"/>
    <w:rsid w:val="00CB0664"/>
    <w:rsid w:val="00E40A23"/>
    <w:rsid w:val="00E61A6B"/>
    <w:rsid w:val="00E759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E40A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4</cp:revision>
  <dcterms:created xsi:type="dcterms:W3CDTF">2013-12-23T23:15:00Z</dcterms:created>
  <dcterms:modified xsi:type="dcterms:W3CDTF">2026-09-23T12:13:00Z</dcterms:modified>
  <cp:category/>
</cp:coreProperties>
</file>