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5D6E1F" w14:paraId="49A0CEB0" w14:textId="77777777" w:rsidTr="00DC04B9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769E104A" w14:textId="77777777" w:rsidR="005D6E1F" w:rsidRPr="008B59BF" w:rsidRDefault="005D6E1F" w:rsidP="00DC04B9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17D70848" wp14:editId="2F655D8B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28E3E3A4" w14:textId="77777777" w:rsidR="005D6E1F" w:rsidRPr="001D1DDD" w:rsidRDefault="005D6E1F" w:rsidP="00DC04B9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5D6E1F" w14:paraId="04836EE4" w14:textId="77777777" w:rsidTr="00DC04B9">
        <w:trPr>
          <w:cantSplit/>
          <w:trHeight w:val="328"/>
        </w:trPr>
        <w:tc>
          <w:tcPr>
            <w:tcW w:w="1606" w:type="dxa"/>
            <w:vMerge/>
          </w:tcPr>
          <w:p w14:paraId="3926140C" w14:textId="77777777" w:rsidR="005D6E1F" w:rsidRPr="008B59BF" w:rsidRDefault="005D6E1F" w:rsidP="00DC04B9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04DBEF99" w14:textId="77777777" w:rsidR="005D6E1F" w:rsidRPr="001D1DDD" w:rsidRDefault="005D6E1F" w:rsidP="00DC04B9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Autoritatea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administrației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publice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5D6E1F" w14:paraId="47D079E2" w14:textId="77777777" w:rsidTr="00DC04B9">
        <w:trPr>
          <w:cantSplit/>
          <w:trHeight w:val="1126"/>
        </w:trPr>
        <w:tc>
          <w:tcPr>
            <w:tcW w:w="1606" w:type="dxa"/>
            <w:vMerge/>
          </w:tcPr>
          <w:p w14:paraId="4141DE0B" w14:textId="77777777" w:rsidR="005D6E1F" w:rsidRPr="008B59BF" w:rsidRDefault="005D6E1F" w:rsidP="00DC04B9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16F03533" w14:textId="77777777" w:rsidR="005D6E1F" w:rsidRPr="001D1DDD" w:rsidRDefault="005D6E1F" w:rsidP="00DC04B9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identificare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fiscală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183599E8" w14:textId="77777777" w:rsidR="005D6E1F" w:rsidRDefault="005D6E1F" w:rsidP="00DC04B9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Adresa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oficială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</w:p>
          <w:p w14:paraId="5B5E0B7B" w14:textId="77777777" w:rsidR="005D6E1F" w:rsidRPr="001D1DDD" w:rsidRDefault="005D6E1F" w:rsidP="00DC04B9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 xml:space="preserve">, Bistrița, </w:t>
            </w:r>
            <w:proofErr w:type="spellStart"/>
            <w:proofErr w:type="gramStart"/>
            <w:r>
              <w:rPr>
                <w:b/>
                <w:bCs/>
                <w:iCs/>
                <w:sz w:val="18"/>
                <w:szCs w:val="18"/>
              </w:rPr>
              <w:t>jud.Bistrița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>-Năsăud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, cod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poștal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41EB6259" w14:textId="77777777" w:rsidR="005D6E1F" w:rsidRDefault="005D6E1F" w:rsidP="00DC04B9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7E28C30D" w14:textId="77777777" w:rsidR="005D6E1F" w:rsidRPr="001D1DDD" w:rsidRDefault="005D6E1F" w:rsidP="00DC04B9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7CCFB7F0" w14:textId="77777777" w:rsidR="005D6E1F" w:rsidRPr="006A2001" w:rsidRDefault="005D6E1F" w:rsidP="00DC04B9">
            <w:pPr>
              <w:keepNext/>
              <w:rPr>
                <w:b/>
                <w:bCs/>
                <w:iCs/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Telefon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: </w:t>
            </w:r>
            <w:proofErr w:type="gramStart"/>
            <w:r w:rsidRPr="001D1DDD">
              <w:rPr>
                <w:b/>
                <w:bCs/>
                <w:iCs/>
                <w:sz w:val="18"/>
                <w:szCs w:val="18"/>
              </w:rPr>
              <w:t>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  <w:proofErr w:type="gramEnd"/>
          </w:p>
        </w:tc>
      </w:tr>
      <w:tr w:rsidR="005D6E1F" w14:paraId="74DB3040" w14:textId="77777777" w:rsidTr="00DC04B9">
        <w:trPr>
          <w:cantSplit/>
          <w:trHeight w:val="510"/>
        </w:trPr>
        <w:tc>
          <w:tcPr>
            <w:tcW w:w="1606" w:type="dxa"/>
            <w:vMerge/>
          </w:tcPr>
          <w:p w14:paraId="23E0AB25" w14:textId="77777777" w:rsidR="005D6E1F" w:rsidRPr="008B59BF" w:rsidRDefault="005D6E1F" w:rsidP="00DC04B9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7D126E53" w14:textId="77777777" w:rsidR="005D6E1F" w:rsidRPr="001D1DDD" w:rsidRDefault="005D6E1F" w:rsidP="00DC04B9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Număr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înregistrare</w:t>
            </w:r>
            <w:proofErr w:type="spellEnd"/>
          </w:p>
          <w:p w14:paraId="471F55B8" w14:textId="77777777" w:rsidR="005D6E1F" w:rsidRPr="001D1DDD" w:rsidRDefault="005D6E1F" w:rsidP="00DC04B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18285F85" w14:textId="77777777" w:rsidR="005D6E1F" w:rsidRPr="001D1DDD" w:rsidRDefault="005D6E1F" w:rsidP="00DC04B9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5FE52577" w14:textId="77777777" w:rsidR="005D6E1F" w:rsidRPr="001D1DDD" w:rsidRDefault="005D6E1F" w:rsidP="00DC04B9">
            <w:pPr>
              <w:keepNext/>
              <w:rPr>
                <w:sz w:val="18"/>
                <w:szCs w:val="18"/>
              </w:rPr>
            </w:pPr>
          </w:p>
        </w:tc>
      </w:tr>
    </w:tbl>
    <w:p w14:paraId="04C23BE6" w14:textId="77777777" w:rsidR="009E1767" w:rsidRDefault="009E1767">
      <w:pPr>
        <w:spacing w:line="168" w:lineRule="auto"/>
      </w:pPr>
    </w:p>
    <w:p w14:paraId="2A80A2F3" w14:textId="77777777" w:rsidR="009E1767" w:rsidRPr="00FB3088" w:rsidRDefault="00000000">
      <w:pPr>
        <w:spacing w:before="140" w:after="40"/>
        <w:jc w:val="center"/>
        <w:rPr>
          <w:sz w:val="28"/>
          <w:szCs w:val="28"/>
        </w:rPr>
      </w:pPr>
      <w:r w:rsidRPr="00FB3088">
        <w:rPr>
          <w:b/>
          <w:sz w:val="28"/>
          <w:szCs w:val="28"/>
        </w:rPr>
        <w:t>EXTRAS / DOVADĂ</w:t>
      </w:r>
    </w:p>
    <w:p w14:paraId="23F80731" w14:textId="77777777" w:rsidR="009E1767" w:rsidRPr="005D6E1F" w:rsidRDefault="00000000">
      <w:pPr>
        <w:spacing w:after="120"/>
        <w:jc w:val="center"/>
        <w:rPr>
          <w:b/>
          <w:bCs/>
          <w:sz w:val="22"/>
        </w:rPr>
      </w:pPr>
      <w:proofErr w:type="spellStart"/>
      <w:r w:rsidRPr="005D6E1F">
        <w:rPr>
          <w:b/>
          <w:bCs/>
          <w:sz w:val="22"/>
        </w:rPr>
        <w:t>privind</w:t>
      </w:r>
      <w:proofErr w:type="spellEnd"/>
      <w:r w:rsidRPr="005D6E1F">
        <w:rPr>
          <w:b/>
          <w:bCs/>
          <w:sz w:val="22"/>
        </w:rPr>
        <w:t xml:space="preserve"> </w:t>
      </w:r>
      <w:proofErr w:type="spellStart"/>
      <w:r w:rsidRPr="005D6E1F">
        <w:rPr>
          <w:b/>
          <w:bCs/>
          <w:sz w:val="22"/>
        </w:rPr>
        <w:t>împlinirea</w:t>
      </w:r>
      <w:proofErr w:type="spellEnd"/>
      <w:r w:rsidRPr="005D6E1F">
        <w:rPr>
          <w:b/>
          <w:bCs/>
          <w:sz w:val="22"/>
        </w:rPr>
        <w:t xml:space="preserve"> </w:t>
      </w:r>
      <w:proofErr w:type="spellStart"/>
      <w:r w:rsidRPr="005D6E1F">
        <w:rPr>
          <w:b/>
          <w:bCs/>
          <w:sz w:val="22"/>
        </w:rPr>
        <w:t>termenului</w:t>
      </w:r>
      <w:proofErr w:type="spellEnd"/>
      <w:r w:rsidRPr="005D6E1F">
        <w:rPr>
          <w:b/>
          <w:bCs/>
          <w:sz w:val="22"/>
        </w:rPr>
        <w:t xml:space="preserve"> </w:t>
      </w:r>
      <w:proofErr w:type="spellStart"/>
      <w:r w:rsidRPr="005D6E1F">
        <w:rPr>
          <w:b/>
          <w:bCs/>
          <w:sz w:val="22"/>
        </w:rPr>
        <w:t>și</w:t>
      </w:r>
      <w:proofErr w:type="spellEnd"/>
      <w:r w:rsidRPr="005D6E1F">
        <w:rPr>
          <w:b/>
          <w:bCs/>
          <w:sz w:val="22"/>
        </w:rPr>
        <w:t xml:space="preserve"> </w:t>
      </w:r>
      <w:proofErr w:type="spellStart"/>
      <w:r w:rsidRPr="005D6E1F">
        <w:rPr>
          <w:b/>
          <w:bCs/>
          <w:sz w:val="22"/>
        </w:rPr>
        <w:t>stadiul</w:t>
      </w:r>
      <w:proofErr w:type="spellEnd"/>
      <w:r w:rsidRPr="005D6E1F">
        <w:rPr>
          <w:b/>
          <w:bCs/>
          <w:sz w:val="22"/>
        </w:rPr>
        <w:t xml:space="preserve"> </w:t>
      </w:r>
      <w:proofErr w:type="spellStart"/>
      <w:r w:rsidRPr="005D6E1F">
        <w:rPr>
          <w:b/>
          <w:bCs/>
          <w:sz w:val="22"/>
        </w:rPr>
        <w:t>procedurii</w:t>
      </w:r>
      <w:proofErr w:type="spellEnd"/>
      <w:r w:rsidRPr="005D6E1F">
        <w:rPr>
          <w:b/>
          <w:bCs/>
          <w:sz w:val="22"/>
        </w:rPr>
        <w:t xml:space="preserve"> </w:t>
      </w:r>
      <w:proofErr w:type="spellStart"/>
      <w:r w:rsidRPr="005D6E1F">
        <w:rPr>
          <w:b/>
          <w:bCs/>
          <w:sz w:val="22"/>
        </w:rPr>
        <w:t>notificării</w:t>
      </w:r>
      <w:proofErr w:type="spellEnd"/>
    </w:p>
    <w:p w14:paraId="7D389E24" w14:textId="77777777" w:rsidR="009E1767" w:rsidRPr="005D6E1F" w:rsidRDefault="009E1767">
      <w:pPr>
        <w:spacing w:after="60"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5355"/>
      </w:tblGrid>
      <w:tr w:rsidR="009E1767" w:rsidRPr="005D6E1F" w14:paraId="2B0F6437" w14:textId="77777777" w:rsidTr="003C21AD">
        <w:trPr>
          <w:cantSplit/>
        </w:trPr>
        <w:tc>
          <w:tcPr>
            <w:tcW w:w="10173" w:type="dxa"/>
            <w:gridSpan w:val="4"/>
            <w:shd w:val="clear" w:color="auto" w:fill="F4F4F4"/>
          </w:tcPr>
          <w:p w14:paraId="0017C5E4" w14:textId="77777777" w:rsidR="009E1767" w:rsidRPr="005D6E1F" w:rsidRDefault="00000000">
            <w:pPr>
              <w:keepNext/>
              <w:rPr>
                <w:sz w:val="18"/>
                <w:szCs w:val="18"/>
              </w:rPr>
            </w:pPr>
            <w:r w:rsidRPr="005D6E1F">
              <w:rPr>
                <w:b/>
                <w:sz w:val="18"/>
                <w:szCs w:val="18"/>
              </w:rPr>
              <w:t xml:space="preserve"> 1. </w:t>
            </w:r>
            <w:r w:rsidRPr="005D6E1F">
              <w:rPr>
                <w:b/>
                <w:color w:val="000000"/>
                <w:sz w:val="18"/>
                <w:szCs w:val="18"/>
              </w:rPr>
              <w:t>REFERINȚE</w:t>
            </w:r>
          </w:p>
        </w:tc>
      </w:tr>
      <w:tr w:rsidR="009E1767" w:rsidRPr="005D6E1F" w14:paraId="5E30F928" w14:textId="77777777" w:rsidTr="003C21AD">
        <w:trPr>
          <w:cantSplit/>
          <w:trHeight w:val="510"/>
        </w:trPr>
        <w:tc>
          <w:tcPr>
            <w:tcW w:w="2409" w:type="dxa"/>
          </w:tcPr>
          <w:p w14:paraId="08846827" w14:textId="77777777" w:rsidR="009E1767" w:rsidRPr="005D6E1F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5D6E1F">
              <w:rPr>
                <w:b/>
                <w:color w:val="0D5F78"/>
                <w:sz w:val="18"/>
                <w:szCs w:val="18"/>
              </w:rPr>
              <w:t>Notificarea</w:t>
            </w:r>
            <w:proofErr w:type="spellEnd"/>
            <w:r w:rsidRPr="005D6E1F">
              <w:rPr>
                <w:b/>
                <w:color w:val="0D5F78"/>
                <w:sz w:val="18"/>
                <w:szCs w:val="18"/>
              </w:rPr>
              <w:t xml:space="preserve"> nr.</w:t>
            </w:r>
          </w:p>
          <w:p w14:paraId="5A9C5CEF" w14:textId="77777777" w:rsidR="009E1767" w:rsidRPr="005D6E1F" w:rsidRDefault="009E1767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2"/>
          </w:tcPr>
          <w:p w14:paraId="3BA62294" w14:textId="77777777" w:rsidR="009E1767" w:rsidRPr="005D6E1F" w:rsidRDefault="00000000">
            <w:pPr>
              <w:keepNext/>
              <w:rPr>
                <w:sz w:val="18"/>
                <w:szCs w:val="18"/>
              </w:rPr>
            </w:pPr>
            <w:r w:rsidRPr="005D6E1F">
              <w:rPr>
                <w:b/>
                <w:color w:val="0D5F78"/>
                <w:sz w:val="18"/>
                <w:szCs w:val="18"/>
              </w:rPr>
              <w:t>din data</w:t>
            </w:r>
          </w:p>
          <w:p w14:paraId="6F8954DD" w14:textId="77777777" w:rsidR="009E1767" w:rsidRPr="005D6E1F" w:rsidRDefault="009E1767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02899EF8" w14:textId="77777777" w:rsidR="009E1767" w:rsidRPr="005D6E1F" w:rsidRDefault="00000000">
            <w:pPr>
              <w:keepNext/>
              <w:rPr>
                <w:sz w:val="18"/>
                <w:szCs w:val="18"/>
              </w:rPr>
            </w:pPr>
            <w:r w:rsidRPr="005D6E1F">
              <w:rPr>
                <w:b/>
                <w:color w:val="0D5F78"/>
                <w:sz w:val="18"/>
                <w:szCs w:val="18"/>
              </w:rPr>
              <w:t xml:space="preserve">a </w:t>
            </w:r>
            <w:proofErr w:type="spellStart"/>
            <w:r w:rsidRPr="005D6E1F">
              <w:rPr>
                <w:b/>
                <w:color w:val="0D5F78"/>
                <w:sz w:val="18"/>
                <w:szCs w:val="18"/>
              </w:rPr>
              <w:t>beneficiarului</w:t>
            </w:r>
            <w:proofErr w:type="spellEnd"/>
          </w:p>
          <w:p w14:paraId="74A44D28" w14:textId="77777777" w:rsidR="009E1767" w:rsidRPr="005D6E1F" w:rsidRDefault="009E1767">
            <w:pPr>
              <w:keepNext/>
              <w:rPr>
                <w:sz w:val="18"/>
                <w:szCs w:val="18"/>
              </w:rPr>
            </w:pPr>
          </w:p>
        </w:tc>
      </w:tr>
      <w:tr w:rsidR="009E1767" w:rsidRPr="005D6E1F" w14:paraId="7D8172EC" w14:textId="77777777" w:rsidTr="003C21AD">
        <w:trPr>
          <w:cantSplit/>
          <w:trHeight w:val="510"/>
        </w:trPr>
        <w:tc>
          <w:tcPr>
            <w:tcW w:w="3212" w:type="dxa"/>
            <w:gridSpan w:val="2"/>
          </w:tcPr>
          <w:p w14:paraId="17D36D98" w14:textId="77777777" w:rsidR="009E1767" w:rsidRPr="005D6E1F" w:rsidRDefault="00000000">
            <w:pPr>
              <w:rPr>
                <w:sz w:val="18"/>
                <w:szCs w:val="18"/>
              </w:rPr>
            </w:pPr>
            <w:proofErr w:type="spellStart"/>
            <w:r w:rsidRPr="005D6E1F">
              <w:rPr>
                <w:b/>
                <w:color w:val="0D5F78"/>
                <w:sz w:val="18"/>
                <w:szCs w:val="18"/>
              </w:rPr>
              <w:t>Proiect</w:t>
            </w:r>
            <w:proofErr w:type="spellEnd"/>
            <w:r w:rsidRPr="005D6E1F">
              <w:rPr>
                <w:b/>
                <w:color w:val="0D5F78"/>
                <w:sz w:val="18"/>
                <w:szCs w:val="18"/>
              </w:rPr>
              <w:t xml:space="preserve"> nr. / </w:t>
            </w:r>
            <w:proofErr w:type="gramStart"/>
            <w:r w:rsidRPr="005D6E1F">
              <w:rPr>
                <w:b/>
                <w:color w:val="0D5F78"/>
                <w:sz w:val="18"/>
                <w:szCs w:val="18"/>
              </w:rPr>
              <w:t>cod</w:t>
            </w:r>
            <w:proofErr w:type="gramEnd"/>
          </w:p>
          <w:p w14:paraId="25200F93" w14:textId="77777777" w:rsidR="009E1767" w:rsidRPr="005D6E1F" w:rsidRDefault="009E1767">
            <w:pPr>
              <w:rPr>
                <w:sz w:val="18"/>
                <w:szCs w:val="18"/>
              </w:rPr>
            </w:pPr>
          </w:p>
        </w:tc>
        <w:tc>
          <w:tcPr>
            <w:tcW w:w="6961" w:type="dxa"/>
            <w:gridSpan w:val="2"/>
          </w:tcPr>
          <w:p w14:paraId="5A024C73" w14:textId="77777777" w:rsidR="009E1767" w:rsidRPr="005D6E1F" w:rsidRDefault="00000000">
            <w:pPr>
              <w:rPr>
                <w:sz w:val="18"/>
                <w:szCs w:val="18"/>
              </w:rPr>
            </w:pPr>
            <w:proofErr w:type="spellStart"/>
            <w:r w:rsidRPr="005D6E1F">
              <w:rPr>
                <w:b/>
                <w:color w:val="0D5F78"/>
                <w:sz w:val="18"/>
                <w:szCs w:val="18"/>
              </w:rPr>
              <w:t>Imobilul</w:t>
            </w:r>
            <w:proofErr w:type="spellEnd"/>
          </w:p>
          <w:p w14:paraId="253BADA6" w14:textId="77777777" w:rsidR="009E1767" w:rsidRPr="005D6E1F" w:rsidRDefault="009E1767">
            <w:pPr>
              <w:rPr>
                <w:sz w:val="18"/>
                <w:szCs w:val="18"/>
              </w:rPr>
            </w:pPr>
          </w:p>
        </w:tc>
      </w:tr>
    </w:tbl>
    <w:p w14:paraId="6A22BBB9" w14:textId="77777777" w:rsidR="009E1767" w:rsidRPr="005D6E1F" w:rsidRDefault="009E1767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6158"/>
      </w:tblGrid>
      <w:tr w:rsidR="009E1767" w:rsidRPr="005D6E1F" w14:paraId="7DFA4C21" w14:textId="77777777" w:rsidTr="003C21AD">
        <w:trPr>
          <w:cantSplit/>
        </w:trPr>
        <w:tc>
          <w:tcPr>
            <w:tcW w:w="10173" w:type="dxa"/>
            <w:gridSpan w:val="2"/>
            <w:shd w:val="clear" w:color="auto" w:fill="F4F4F4"/>
          </w:tcPr>
          <w:p w14:paraId="518888F0" w14:textId="77777777" w:rsidR="009E1767" w:rsidRPr="005D6E1F" w:rsidRDefault="00000000">
            <w:pPr>
              <w:keepNext/>
              <w:rPr>
                <w:sz w:val="18"/>
                <w:szCs w:val="18"/>
              </w:rPr>
            </w:pPr>
            <w:r w:rsidRPr="005D6E1F">
              <w:rPr>
                <w:b/>
                <w:sz w:val="18"/>
                <w:szCs w:val="18"/>
              </w:rPr>
              <w:t xml:space="preserve"> 2. </w:t>
            </w:r>
            <w:r w:rsidRPr="005D6E1F">
              <w:rPr>
                <w:b/>
                <w:color w:val="000000"/>
                <w:sz w:val="18"/>
                <w:szCs w:val="18"/>
              </w:rPr>
              <w:t>EXTRASUL</w:t>
            </w:r>
          </w:p>
        </w:tc>
      </w:tr>
      <w:tr w:rsidR="009E1767" w:rsidRPr="005D6E1F" w14:paraId="6ACEF0D5" w14:textId="77777777" w:rsidTr="003C21AD">
        <w:trPr>
          <w:cantSplit/>
        </w:trPr>
        <w:tc>
          <w:tcPr>
            <w:tcW w:w="10173" w:type="dxa"/>
            <w:gridSpan w:val="2"/>
          </w:tcPr>
          <w:p w14:paraId="0647923E" w14:textId="77777777" w:rsidR="009E1767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5D6E1F">
              <w:rPr>
                <w:sz w:val="18"/>
                <w:szCs w:val="18"/>
                <w:lang w:val="fr-FR"/>
              </w:rPr>
              <w:t xml:space="preserve">☐ </w:t>
            </w:r>
            <w:proofErr w:type="spellStart"/>
            <w:r w:rsidRPr="005D6E1F">
              <w:rPr>
                <w:sz w:val="18"/>
                <w:szCs w:val="18"/>
                <w:lang w:val="fr-FR"/>
              </w:rPr>
              <w:t>termenul</w:t>
            </w:r>
            <w:proofErr w:type="spellEnd"/>
            <w:r w:rsidRPr="005D6E1F">
              <w:rPr>
                <w:sz w:val="18"/>
                <w:szCs w:val="18"/>
                <w:lang w:val="fr-FR"/>
              </w:rPr>
              <w:t xml:space="preserve"> s-a </w:t>
            </w:r>
            <w:proofErr w:type="spellStart"/>
            <w:r w:rsidRPr="005D6E1F">
              <w:rPr>
                <w:sz w:val="18"/>
                <w:szCs w:val="18"/>
                <w:lang w:val="fr-FR"/>
              </w:rPr>
              <w:t>împlinit</w:t>
            </w:r>
            <w:proofErr w:type="spellEnd"/>
            <w:r w:rsidRPr="005D6E1F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  <w:lang w:val="fr-FR"/>
              </w:rPr>
              <w:t>fără</w:t>
            </w:r>
            <w:proofErr w:type="spellEnd"/>
            <w:r w:rsidRPr="005D6E1F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  <w:lang w:val="fr-FR"/>
              </w:rPr>
              <w:t>solicitare</w:t>
            </w:r>
            <w:proofErr w:type="spellEnd"/>
            <w:r w:rsidRPr="005D6E1F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5D6E1F">
              <w:rPr>
                <w:sz w:val="18"/>
                <w:szCs w:val="18"/>
                <w:lang w:val="fr-FR"/>
              </w:rPr>
              <w:t>clarificări</w:t>
            </w:r>
            <w:proofErr w:type="spellEnd"/>
            <w:r w:rsidRPr="005D6E1F">
              <w:rPr>
                <w:sz w:val="18"/>
                <w:szCs w:val="18"/>
                <w:lang w:val="fr-FR"/>
              </w:rPr>
              <w:t xml:space="preserve"> — </w:t>
            </w:r>
            <w:proofErr w:type="spellStart"/>
            <w:r w:rsidRPr="005D6E1F">
              <w:rPr>
                <w:sz w:val="18"/>
                <w:szCs w:val="18"/>
                <w:lang w:val="fr-FR"/>
              </w:rPr>
              <w:t>lucrările</w:t>
            </w:r>
            <w:proofErr w:type="spellEnd"/>
            <w:r w:rsidRPr="005D6E1F">
              <w:rPr>
                <w:sz w:val="18"/>
                <w:szCs w:val="18"/>
                <w:lang w:val="fr-FR"/>
              </w:rPr>
              <w:t xml:space="preserve"> POT ÎNCEPE (</w:t>
            </w:r>
            <w:proofErr w:type="spellStart"/>
            <w:r w:rsidRPr="005D6E1F">
              <w:rPr>
                <w:sz w:val="18"/>
                <w:szCs w:val="18"/>
                <w:lang w:val="fr-FR"/>
              </w:rPr>
              <w:t>acord</w:t>
            </w:r>
            <w:proofErr w:type="spellEnd"/>
            <w:r w:rsidRPr="005D6E1F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  <w:lang w:val="fr-FR"/>
              </w:rPr>
              <w:t>tacit</w:t>
            </w:r>
            <w:proofErr w:type="spellEnd"/>
            <w:r w:rsidRPr="005D6E1F">
              <w:rPr>
                <w:sz w:val="18"/>
                <w:szCs w:val="18"/>
                <w:lang w:val="fr-FR"/>
              </w:rPr>
              <w:t>)</w:t>
            </w:r>
          </w:p>
          <w:p w14:paraId="3B3A33A5" w14:textId="77777777" w:rsidR="005D6E1F" w:rsidRPr="005D6E1F" w:rsidRDefault="005D6E1F">
            <w:pPr>
              <w:keepNext/>
              <w:rPr>
                <w:sz w:val="18"/>
                <w:szCs w:val="18"/>
                <w:lang w:val="fr-FR"/>
              </w:rPr>
            </w:pPr>
          </w:p>
          <w:p w14:paraId="02C1F891" w14:textId="77777777" w:rsidR="009E1767" w:rsidRDefault="00000000">
            <w:pPr>
              <w:keepNext/>
              <w:rPr>
                <w:sz w:val="18"/>
                <w:szCs w:val="18"/>
              </w:rPr>
            </w:pPr>
            <w:r w:rsidRPr="005D6E1F">
              <w:rPr>
                <w:sz w:val="18"/>
                <w:szCs w:val="18"/>
              </w:rPr>
              <w:t xml:space="preserve">☐ </w:t>
            </w:r>
            <w:proofErr w:type="spellStart"/>
            <w:r w:rsidRPr="005D6E1F">
              <w:rPr>
                <w:sz w:val="18"/>
                <w:szCs w:val="18"/>
              </w:rPr>
              <w:t>procedura</w:t>
            </w:r>
            <w:proofErr w:type="spellEnd"/>
            <w:r w:rsidRPr="005D6E1F">
              <w:rPr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</w:rPr>
              <w:t>este</w:t>
            </w:r>
            <w:proofErr w:type="spellEnd"/>
            <w:r w:rsidRPr="005D6E1F">
              <w:rPr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</w:rPr>
              <w:t>în</w:t>
            </w:r>
            <w:proofErr w:type="spellEnd"/>
            <w:r w:rsidRPr="005D6E1F">
              <w:rPr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</w:rPr>
              <w:t>clarificare</w:t>
            </w:r>
            <w:proofErr w:type="spellEnd"/>
          </w:p>
          <w:p w14:paraId="0F9AAC3D" w14:textId="77777777" w:rsidR="005D6E1F" w:rsidRPr="005D6E1F" w:rsidRDefault="005D6E1F">
            <w:pPr>
              <w:keepNext/>
              <w:rPr>
                <w:sz w:val="18"/>
                <w:szCs w:val="18"/>
              </w:rPr>
            </w:pPr>
          </w:p>
          <w:p w14:paraId="66699450" w14:textId="77777777" w:rsidR="009E1767" w:rsidRDefault="00000000">
            <w:pPr>
              <w:keepNext/>
              <w:rPr>
                <w:sz w:val="18"/>
                <w:szCs w:val="18"/>
              </w:rPr>
            </w:pPr>
            <w:r w:rsidRPr="005D6E1F">
              <w:rPr>
                <w:sz w:val="18"/>
                <w:szCs w:val="18"/>
              </w:rPr>
              <w:t xml:space="preserve">☐ a </w:t>
            </w:r>
            <w:proofErr w:type="spellStart"/>
            <w:r w:rsidRPr="005D6E1F">
              <w:rPr>
                <w:sz w:val="18"/>
                <w:szCs w:val="18"/>
              </w:rPr>
              <w:t>fost</w:t>
            </w:r>
            <w:proofErr w:type="spellEnd"/>
            <w:r w:rsidRPr="005D6E1F">
              <w:rPr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</w:rPr>
              <w:t>emisă</w:t>
            </w:r>
            <w:proofErr w:type="spellEnd"/>
            <w:r w:rsidRPr="005D6E1F">
              <w:rPr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</w:rPr>
              <w:t>informarea</w:t>
            </w:r>
            <w:proofErr w:type="spellEnd"/>
            <w:r w:rsidRPr="005D6E1F">
              <w:rPr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</w:rPr>
              <w:t>privind</w:t>
            </w:r>
            <w:proofErr w:type="spellEnd"/>
            <w:r w:rsidRPr="005D6E1F">
              <w:rPr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</w:rPr>
              <w:t>necesitatea</w:t>
            </w:r>
            <w:proofErr w:type="spellEnd"/>
            <w:r w:rsidRPr="005D6E1F">
              <w:rPr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</w:rPr>
              <w:t>autorizației</w:t>
            </w:r>
            <w:proofErr w:type="spellEnd"/>
          </w:p>
          <w:p w14:paraId="76937890" w14:textId="77777777" w:rsidR="005D6E1F" w:rsidRPr="005D6E1F" w:rsidRDefault="005D6E1F">
            <w:pPr>
              <w:keepNext/>
              <w:rPr>
                <w:sz w:val="18"/>
                <w:szCs w:val="18"/>
              </w:rPr>
            </w:pPr>
          </w:p>
          <w:p w14:paraId="7B6B9F65" w14:textId="77777777" w:rsidR="009E1767" w:rsidRPr="005D6E1F" w:rsidRDefault="00000000">
            <w:pPr>
              <w:keepNext/>
              <w:rPr>
                <w:sz w:val="18"/>
                <w:szCs w:val="18"/>
              </w:rPr>
            </w:pPr>
            <w:r w:rsidRPr="005D6E1F">
              <w:rPr>
                <w:sz w:val="18"/>
                <w:szCs w:val="18"/>
              </w:rPr>
              <w:t xml:space="preserve">☐ </w:t>
            </w:r>
            <w:proofErr w:type="spellStart"/>
            <w:r w:rsidRPr="005D6E1F">
              <w:rPr>
                <w:sz w:val="18"/>
                <w:szCs w:val="18"/>
              </w:rPr>
              <w:t>notificarea</w:t>
            </w:r>
            <w:proofErr w:type="spellEnd"/>
            <w:r w:rsidRPr="005D6E1F">
              <w:rPr>
                <w:sz w:val="18"/>
                <w:szCs w:val="18"/>
              </w:rPr>
              <w:t xml:space="preserve"> a </w:t>
            </w:r>
            <w:proofErr w:type="spellStart"/>
            <w:r w:rsidRPr="005D6E1F">
              <w:rPr>
                <w:sz w:val="18"/>
                <w:szCs w:val="18"/>
              </w:rPr>
              <w:t>fost</w:t>
            </w:r>
            <w:proofErr w:type="spellEnd"/>
            <w:r w:rsidRPr="005D6E1F">
              <w:rPr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</w:rPr>
              <w:t>respinsă</w:t>
            </w:r>
            <w:proofErr w:type="spellEnd"/>
          </w:p>
        </w:tc>
      </w:tr>
      <w:tr w:rsidR="009E1767" w:rsidRPr="005D6E1F" w14:paraId="6AA045EB" w14:textId="77777777" w:rsidTr="003C21AD">
        <w:trPr>
          <w:cantSplit/>
          <w:trHeight w:val="510"/>
        </w:trPr>
        <w:tc>
          <w:tcPr>
            <w:tcW w:w="4015" w:type="dxa"/>
          </w:tcPr>
          <w:p w14:paraId="1FFA010F" w14:textId="77777777" w:rsidR="009E1767" w:rsidRPr="005D6E1F" w:rsidRDefault="00000000">
            <w:pPr>
              <w:keepNext/>
              <w:rPr>
                <w:sz w:val="18"/>
                <w:szCs w:val="18"/>
              </w:rPr>
            </w:pPr>
            <w:r w:rsidRPr="005D6E1F">
              <w:rPr>
                <w:b/>
                <w:color w:val="0D5F78"/>
                <w:sz w:val="18"/>
                <w:szCs w:val="18"/>
              </w:rPr>
              <w:t xml:space="preserve">Data </w:t>
            </w:r>
            <w:proofErr w:type="spellStart"/>
            <w:r w:rsidRPr="005D6E1F">
              <w:rPr>
                <w:b/>
                <w:color w:val="0D5F78"/>
                <w:sz w:val="18"/>
                <w:szCs w:val="18"/>
              </w:rPr>
              <w:t>împlinirii</w:t>
            </w:r>
            <w:proofErr w:type="spellEnd"/>
            <w:r w:rsidRPr="005D6E1F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b/>
                <w:color w:val="0D5F78"/>
                <w:sz w:val="18"/>
                <w:szCs w:val="18"/>
              </w:rPr>
              <w:t>termenului</w:t>
            </w:r>
            <w:proofErr w:type="spellEnd"/>
          </w:p>
          <w:p w14:paraId="550762A8" w14:textId="77777777" w:rsidR="009E1767" w:rsidRPr="005D6E1F" w:rsidRDefault="009E1767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6158" w:type="dxa"/>
          </w:tcPr>
          <w:p w14:paraId="1760A871" w14:textId="77777777" w:rsidR="009E1767" w:rsidRPr="005D6E1F" w:rsidRDefault="00000000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5D6E1F">
              <w:rPr>
                <w:b/>
                <w:color w:val="0D5F78"/>
                <w:sz w:val="18"/>
                <w:szCs w:val="18"/>
                <w:lang w:val="fr-FR"/>
              </w:rPr>
              <w:t>Termenul</w:t>
            </w:r>
            <w:proofErr w:type="spellEnd"/>
            <w:r w:rsidRPr="005D6E1F">
              <w:rPr>
                <w:b/>
                <w:color w:val="0D5F78"/>
                <w:sz w:val="18"/>
                <w:szCs w:val="18"/>
                <w:lang w:val="fr-FR"/>
              </w:rPr>
              <w:t xml:space="preserve"> de 3 </w:t>
            </w:r>
            <w:proofErr w:type="spellStart"/>
            <w:r w:rsidRPr="005D6E1F">
              <w:rPr>
                <w:b/>
                <w:color w:val="0D5F78"/>
                <w:sz w:val="18"/>
                <w:szCs w:val="18"/>
                <w:lang w:val="fr-FR"/>
              </w:rPr>
              <w:t>ani</w:t>
            </w:r>
            <w:proofErr w:type="spellEnd"/>
            <w:r w:rsidRPr="005D6E1F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D6E1F">
              <w:rPr>
                <w:b/>
                <w:color w:val="0D5F78"/>
                <w:sz w:val="18"/>
                <w:szCs w:val="18"/>
                <w:lang w:val="fr-FR"/>
              </w:rPr>
              <w:t>pentru</w:t>
            </w:r>
            <w:proofErr w:type="spellEnd"/>
            <w:r w:rsidRPr="005D6E1F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D6E1F">
              <w:rPr>
                <w:b/>
                <w:color w:val="0D5F78"/>
                <w:sz w:val="18"/>
                <w:szCs w:val="18"/>
                <w:lang w:val="fr-FR"/>
              </w:rPr>
              <w:t>realizarea</w:t>
            </w:r>
            <w:proofErr w:type="spellEnd"/>
            <w:r w:rsidRPr="005D6E1F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D6E1F">
              <w:rPr>
                <w:b/>
                <w:color w:val="0D5F78"/>
                <w:sz w:val="18"/>
                <w:szCs w:val="18"/>
                <w:lang w:val="fr-FR"/>
              </w:rPr>
              <w:t>lucrărilor</w:t>
            </w:r>
            <w:proofErr w:type="spellEnd"/>
            <w:r w:rsidRPr="005D6E1F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D6E1F">
              <w:rPr>
                <w:b/>
                <w:color w:val="0D5F78"/>
                <w:sz w:val="18"/>
                <w:szCs w:val="18"/>
                <w:lang w:val="fr-FR"/>
              </w:rPr>
              <w:t>expiră</w:t>
            </w:r>
            <w:proofErr w:type="spellEnd"/>
            <w:r w:rsidRPr="005D6E1F">
              <w:rPr>
                <w:b/>
                <w:color w:val="0D5F78"/>
                <w:sz w:val="18"/>
                <w:szCs w:val="18"/>
                <w:lang w:val="fr-FR"/>
              </w:rPr>
              <w:t xml:space="preserve"> la</w:t>
            </w:r>
          </w:p>
          <w:p w14:paraId="722AAF9E" w14:textId="77777777" w:rsidR="009E1767" w:rsidRPr="005D6E1F" w:rsidRDefault="009E1767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9E1767" w:rsidRPr="005D6E1F" w14:paraId="27CC15C5" w14:textId="77777777" w:rsidTr="003C21AD">
        <w:trPr>
          <w:cantSplit/>
        </w:trPr>
        <w:tc>
          <w:tcPr>
            <w:tcW w:w="10173" w:type="dxa"/>
            <w:gridSpan w:val="2"/>
            <w:shd w:val="clear" w:color="auto" w:fill="F4F4F4"/>
          </w:tcPr>
          <w:p w14:paraId="19997AAC" w14:textId="77777777" w:rsidR="009E1767" w:rsidRDefault="00000000">
            <w:pPr>
              <w:spacing w:line="228" w:lineRule="auto"/>
              <w:rPr>
                <w:sz w:val="18"/>
                <w:szCs w:val="18"/>
              </w:rPr>
            </w:pPr>
            <w:proofErr w:type="spellStart"/>
            <w:r w:rsidRPr="005D6E1F">
              <w:rPr>
                <w:sz w:val="18"/>
                <w:szCs w:val="18"/>
              </w:rPr>
              <w:t>Prezentul</w:t>
            </w:r>
            <w:proofErr w:type="spellEnd"/>
            <w:r w:rsidRPr="005D6E1F">
              <w:rPr>
                <w:sz w:val="18"/>
                <w:szCs w:val="18"/>
              </w:rPr>
              <w:t xml:space="preserve"> extras </w:t>
            </w:r>
            <w:proofErr w:type="spellStart"/>
            <w:r w:rsidRPr="005D6E1F">
              <w:rPr>
                <w:sz w:val="18"/>
                <w:szCs w:val="18"/>
              </w:rPr>
              <w:t>atestă</w:t>
            </w:r>
            <w:proofErr w:type="spellEnd"/>
            <w:r w:rsidRPr="005D6E1F">
              <w:rPr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</w:rPr>
              <w:t>stadiul</w:t>
            </w:r>
            <w:proofErr w:type="spellEnd"/>
            <w:r w:rsidRPr="005D6E1F">
              <w:rPr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sz w:val="18"/>
                <w:szCs w:val="18"/>
              </w:rPr>
              <w:t>procedurii</w:t>
            </w:r>
            <w:proofErr w:type="spellEnd"/>
            <w:r w:rsidRPr="005D6E1F">
              <w:rPr>
                <w:sz w:val="18"/>
                <w:szCs w:val="18"/>
              </w:rPr>
              <w:t xml:space="preserve"> la data </w:t>
            </w:r>
            <w:proofErr w:type="spellStart"/>
            <w:r w:rsidRPr="005D6E1F">
              <w:rPr>
                <w:sz w:val="18"/>
                <w:szCs w:val="18"/>
              </w:rPr>
              <w:t>emiterii</w:t>
            </w:r>
            <w:proofErr w:type="spellEnd"/>
            <w:r w:rsidRPr="005D6E1F">
              <w:rPr>
                <w:sz w:val="18"/>
                <w:szCs w:val="18"/>
              </w:rPr>
              <w:t>.</w:t>
            </w:r>
          </w:p>
          <w:p w14:paraId="21A73C96" w14:textId="77777777" w:rsidR="005D6E1F" w:rsidRPr="005D6E1F" w:rsidRDefault="005D6E1F">
            <w:pPr>
              <w:spacing w:line="228" w:lineRule="auto"/>
              <w:rPr>
                <w:sz w:val="18"/>
                <w:szCs w:val="18"/>
              </w:rPr>
            </w:pPr>
          </w:p>
        </w:tc>
      </w:tr>
    </w:tbl>
    <w:p w14:paraId="5B6BE0C9" w14:textId="77777777" w:rsidR="009E1767" w:rsidRPr="005D6E1F" w:rsidRDefault="009E1767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2143"/>
      </w:tblGrid>
      <w:tr w:rsidR="009E1767" w:rsidRPr="005D6E1F" w14:paraId="677318AB" w14:textId="77777777" w:rsidTr="003C21AD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549B5E07" w14:textId="77777777" w:rsidR="009E1767" w:rsidRPr="005D6E1F" w:rsidRDefault="00000000">
            <w:pPr>
              <w:keepNext/>
              <w:rPr>
                <w:sz w:val="18"/>
                <w:szCs w:val="18"/>
              </w:rPr>
            </w:pPr>
            <w:r w:rsidRPr="005D6E1F">
              <w:rPr>
                <w:b/>
                <w:sz w:val="18"/>
                <w:szCs w:val="18"/>
              </w:rPr>
              <w:t xml:space="preserve"> 3. </w:t>
            </w:r>
            <w:r w:rsidRPr="005D6E1F">
              <w:rPr>
                <w:b/>
                <w:color w:val="000000"/>
                <w:sz w:val="18"/>
                <w:szCs w:val="18"/>
              </w:rPr>
              <w:t>SEMNĂTURA</w:t>
            </w:r>
          </w:p>
        </w:tc>
      </w:tr>
      <w:tr w:rsidR="009E1767" w:rsidRPr="005D6E1F" w14:paraId="503D36D5" w14:textId="77777777" w:rsidTr="003C21AD">
        <w:trPr>
          <w:cantSplit/>
          <w:trHeight w:val="510"/>
        </w:trPr>
        <w:tc>
          <w:tcPr>
            <w:tcW w:w="5621" w:type="dxa"/>
          </w:tcPr>
          <w:p w14:paraId="45864810" w14:textId="64D964DB" w:rsidR="009E1767" w:rsidRPr="005D6E1F" w:rsidRDefault="00000000">
            <w:pPr>
              <w:rPr>
                <w:sz w:val="18"/>
                <w:szCs w:val="18"/>
              </w:rPr>
            </w:pPr>
            <w:proofErr w:type="spellStart"/>
            <w:r w:rsidRPr="005D6E1F">
              <w:rPr>
                <w:b/>
                <w:color w:val="0D5F78"/>
                <w:sz w:val="18"/>
                <w:szCs w:val="18"/>
              </w:rPr>
              <w:t>Reprezentantul</w:t>
            </w:r>
            <w:proofErr w:type="spellEnd"/>
            <w:r w:rsidRPr="005D6E1F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5D6E1F">
              <w:rPr>
                <w:b/>
                <w:color w:val="0D5F78"/>
                <w:sz w:val="18"/>
                <w:szCs w:val="18"/>
              </w:rPr>
              <w:t>autorității</w:t>
            </w:r>
            <w:proofErr w:type="spellEnd"/>
            <w:r w:rsidRPr="005D6E1F">
              <w:rPr>
                <w:b/>
                <w:color w:val="0D5F78"/>
                <w:sz w:val="18"/>
                <w:szCs w:val="18"/>
              </w:rPr>
              <w:t xml:space="preserve"> — </w:t>
            </w:r>
            <w:proofErr w:type="spellStart"/>
            <w:r w:rsidRPr="005D6E1F">
              <w:rPr>
                <w:b/>
                <w:color w:val="0D5F78"/>
                <w:sz w:val="18"/>
                <w:szCs w:val="18"/>
              </w:rPr>
              <w:t>numele</w:t>
            </w:r>
            <w:proofErr w:type="spellEnd"/>
          </w:p>
          <w:p w14:paraId="4B8775E3" w14:textId="77777777" w:rsidR="009E1767" w:rsidRPr="005D6E1F" w:rsidRDefault="009E1767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26C26AC5" w14:textId="77777777" w:rsidR="009E1767" w:rsidRPr="005D6E1F" w:rsidRDefault="00000000">
            <w:pPr>
              <w:rPr>
                <w:sz w:val="18"/>
                <w:szCs w:val="18"/>
              </w:rPr>
            </w:pPr>
            <w:r w:rsidRPr="005D6E1F">
              <w:rPr>
                <w:b/>
                <w:color w:val="0D5F78"/>
                <w:sz w:val="18"/>
                <w:szCs w:val="18"/>
              </w:rPr>
              <w:t>Data</w:t>
            </w:r>
          </w:p>
          <w:p w14:paraId="0B86D139" w14:textId="77777777" w:rsidR="009E1767" w:rsidRPr="005D6E1F" w:rsidRDefault="009E1767">
            <w:pPr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1D50CF4B" w14:textId="77777777" w:rsidR="00DD1C8B" w:rsidRPr="005D6E1F" w:rsidRDefault="00DD1C8B" w:rsidP="00DD1C8B">
            <w:pPr>
              <w:rPr>
                <w:sz w:val="18"/>
                <w:szCs w:val="18"/>
              </w:rPr>
            </w:pPr>
            <w:proofErr w:type="spellStart"/>
            <w:r w:rsidRPr="005D6E1F">
              <w:rPr>
                <w:b/>
                <w:color w:val="0D5F78"/>
                <w:sz w:val="18"/>
                <w:szCs w:val="18"/>
              </w:rPr>
              <w:t>semnătura</w:t>
            </w:r>
            <w:proofErr w:type="spellEnd"/>
          </w:p>
          <w:p w14:paraId="4E154063" w14:textId="57601D4C" w:rsidR="009E1767" w:rsidRPr="005D6E1F" w:rsidRDefault="009E1767">
            <w:pPr>
              <w:rPr>
                <w:sz w:val="18"/>
                <w:szCs w:val="18"/>
              </w:rPr>
            </w:pPr>
          </w:p>
          <w:p w14:paraId="2053F726" w14:textId="77777777" w:rsidR="009E1767" w:rsidRPr="005D6E1F" w:rsidRDefault="009E1767">
            <w:pPr>
              <w:rPr>
                <w:sz w:val="18"/>
                <w:szCs w:val="18"/>
              </w:rPr>
            </w:pPr>
          </w:p>
        </w:tc>
      </w:tr>
    </w:tbl>
    <w:p w14:paraId="576D74E6" w14:textId="77777777" w:rsidR="009E1767" w:rsidRPr="005D6E1F" w:rsidRDefault="009E1767">
      <w:pPr>
        <w:spacing w:line="168" w:lineRule="auto"/>
        <w:rPr>
          <w:sz w:val="18"/>
          <w:szCs w:val="18"/>
        </w:rPr>
      </w:pPr>
    </w:p>
    <w:sectPr w:rsidR="009E1767" w:rsidRPr="005D6E1F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744BA" w14:textId="77777777" w:rsidR="000D3440" w:rsidRDefault="000D3440">
      <w:r>
        <w:separator/>
      </w:r>
    </w:p>
  </w:endnote>
  <w:endnote w:type="continuationSeparator" w:id="0">
    <w:p w14:paraId="5E3C884B" w14:textId="77777777" w:rsidR="000D3440" w:rsidRDefault="000D3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753C" w14:textId="77777777" w:rsidR="009E1767" w:rsidRDefault="00000000">
    <w:pPr>
      <w:pStyle w:val="Subsol"/>
      <w:tabs>
        <w:tab w:val="right" w:pos="9639"/>
      </w:tabs>
    </w:pPr>
    <w:r>
      <w:rPr>
        <w:color w:val="595959"/>
      </w:rPr>
      <w:t xml:space="preserve">F_NOT_06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5892E" w14:textId="77777777" w:rsidR="000D3440" w:rsidRDefault="000D3440">
      <w:r>
        <w:separator/>
      </w:r>
    </w:p>
  </w:footnote>
  <w:footnote w:type="continuationSeparator" w:id="0">
    <w:p w14:paraId="0113D481" w14:textId="77777777" w:rsidR="000D3440" w:rsidRDefault="000D3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582251">
    <w:abstractNumId w:val="8"/>
  </w:num>
  <w:num w:numId="2" w16cid:durableId="2146384547">
    <w:abstractNumId w:val="6"/>
  </w:num>
  <w:num w:numId="3" w16cid:durableId="2114784666">
    <w:abstractNumId w:val="5"/>
  </w:num>
  <w:num w:numId="4" w16cid:durableId="189612446">
    <w:abstractNumId w:val="4"/>
  </w:num>
  <w:num w:numId="5" w16cid:durableId="1033573531">
    <w:abstractNumId w:val="7"/>
  </w:num>
  <w:num w:numId="6" w16cid:durableId="1338074008">
    <w:abstractNumId w:val="3"/>
  </w:num>
  <w:num w:numId="7" w16cid:durableId="1589845733">
    <w:abstractNumId w:val="2"/>
  </w:num>
  <w:num w:numId="8" w16cid:durableId="1352343023">
    <w:abstractNumId w:val="1"/>
  </w:num>
  <w:num w:numId="9" w16cid:durableId="129355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3440"/>
    <w:rsid w:val="0015074B"/>
    <w:rsid w:val="0029639D"/>
    <w:rsid w:val="00326F90"/>
    <w:rsid w:val="003C21AD"/>
    <w:rsid w:val="005B7867"/>
    <w:rsid w:val="005D6E1F"/>
    <w:rsid w:val="006C103E"/>
    <w:rsid w:val="00760476"/>
    <w:rsid w:val="00865068"/>
    <w:rsid w:val="009E1767"/>
    <w:rsid w:val="00AA1D8D"/>
    <w:rsid w:val="00B47730"/>
    <w:rsid w:val="00CB0664"/>
    <w:rsid w:val="00CC297D"/>
    <w:rsid w:val="00DD1C8B"/>
    <w:rsid w:val="00E61A6B"/>
    <w:rsid w:val="00EA571B"/>
    <w:rsid w:val="00FB3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F22C0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5D6E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4</cp:revision>
  <dcterms:created xsi:type="dcterms:W3CDTF">2013-12-23T23:15:00Z</dcterms:created>
  <dcterms:modified xsi:type="dcterms:W3CDTF">2026-09-23T12:13:00Z</dcterms:modified>
  <cp:category/>
</cp:coreProperties>
</file>