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10201"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777"/>
      </w:tblGrid>
      <w:tr w:rsidR="0057424D" w14:paraId="7F46EE96" w14:textId="77777777" w:rsidTr="004D57C2">
        <w:trPr>
          <w:cantSplit/>
          <w:trHeight w:val="285"/>
        </w:trPr>
        <w:tc>
          <w:tcPr>
            <w:tcW w:w="1606" w:type="dxa"/>
            <w:vMerge w:val="restart"/>
            <w:vAlign w:val="center"/>
          </w:tcPr>
          <w:p w14:paraId="0ED64B26" w14:textId="77777777" w:rsidR="0057424D" w:rsidRPr="008B59BF" w:rsidRDefault="0057424D" w:rsidP="004D57C2">
            <w:pPr>
              <w:keepNext/>
              <w:jc w:val="center"/>
              <w:rPr>
                <w:sz w:val="16"/>
                <w:szCs w:val="16"/>
              </w:rPr>
            </w:pPr>
            <w:r w:rsidRPr="00D15598">
              <w:rPr>
                <w:noProof/>
                <w:sz w:val="16"/>
                <w:szCs w:val="16"/>
              </w:rPr>
              <w:drawing>
                <wp:inline distT="0" distB="0" distL="0" distR="0" wp14:anchorId="1BD26E1D" wp14:editId="72D6FF03">
                  <wp:extent cx="767319" cy="973777"/>
                  <wp:effectExtent l="0" t="0" r="0" b="0"/>
                  <wp:docPr id="172539929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99296" name=""/>
                          <pic:cNvPicPr/>
                        </pic:nvPicPr>
                        <pic:blipFill>
                          <a:blip r:embed="rId8"/>
                          <a:stretch>
                            <a:fillRect/>
                          </a:stretch>
                        </pic:blipFill>
                        <pic:spPr>
                          <a:xfrm>
                            <a:off x="0" y="0"/>
                            <a:ext cx="769676" cy="976768"/>
                          </a:xfrm>
                          <a:prstGeom prst="rect">
                            <a:avLst/>
                          </a:prstGeom>
                        </pic:spPr>
                      </pic:pic>
                    </a:graphicData>
                  </a:graphic>
                </wp:inline>
              </w:drawing>
            </w:r>
          </w:p>
        </w:tc>
        <w:tc>
          <w:tcPr>
            <w:tcW w:w="8595" w:type="dxa"/>
            <w:gridSpan w:val="3"/>
            <w:shd w:val="clear" w:color="auto" w:fill="F0F0F0"/>
          </w:tcPr>
          <w:p w14:paraId="4E0DB789" w14:textId="77777777" w:rsidR="0057424D" w:rsidRPr="001D1DDD" w:rsidRDefault="0057424D" w:rsidP="004D57C2">
            <w:pPr>
              <w:keepNext/>
              <w:rPr>
                <w:b/>
                <w:color w:val="0D5F78"/>
                <w:sz w:val="18"/>
                <w:szCs w:val="18"/>
              </w:rPr>
            </w:pPr>
            <w:proofErr w:type="spellStart"/>
            <w:r w:rsidRPr="001D1DDD">
              <w:rPr>
                <w:b/>
                <w:color w:val="0D5F78"/>
                <w:sz w:val="18"/>
                <w:szCs w:val="18"/>
              </w:rPr>
              <w:t>Județul</w:t>
            </w:r>
            <w:proofErr w:type="spellEnd"/>
            <w:r>
              <w:rPr>
                <w:b/>
                <w:color w:val="0D5F78"/>
                <w:sz w:val="18"/>
                <w:szCs w:val="18"/>
              </w:rPr>
              <w:t xml:space="preserve">: </w:t>
            </w:r>
            <w:r w:rsidRPr="001D1DDD">
              <w:rPr>
                <w:b/>
                <w:bCs/>
                <w:sz w:val="18"/>
                <w:szCs w:val="18"/>
              </w:rPr>
              <w:t>BISTRI</w:t>
            </w:r>
            <w:r w:rsidRPr="001D1DDD">
              <w:rPr>
                <w:b/>
                <w:bCs/>
                <w:sz w:val="18"/>
                <w:szCs w:val="18"/>
                <w:lang w:val="ro-RO"/>
              </w:rPr>
              <w:t>ȚA NĂSĂUD</w:t>
            </w:r>
          </w:p>
        </w:tc>
      </w:tr>
      <w:tr w:rsidR="0057424D" w14:paraId="6B0E5B0D" w14:textId="77777777" w:rsidTr="004D57C2">
        <w:trPr>
          <w:cantSplit/>
          <w:trHeight w:val="328"/>
        </w:trPr>
        <w:tc>
          <w:tcPr>
            <w:tcW w:w="1606" w:type="dxa"/>
            <w:vMerge/>
          </w:tcPr>
          <w:p w14:paraId="5F3BFF4E" w14:textId="77777777" w:rsidR="0057424D" w:rsidRPr="008B59BF" w:rsidRDefault="0057424D" w:rsidP="004D57C2">
            <w:pPr>
              <w:rPr>
                <w:sz w:val="16"/>
                <w:szCs w:val="16"/>
              </w:rPr>
            </w:pPr>
          </w:p>
        </w:tc>
        <w:tc>
          <w:tcPr>
            <w:tcW w:w="8595" w:type="dxa"/>
            <w:gridSpan w:val="3"/>
            <w:shd w:val="clear" w:color="auto" w:fill="F0F0F0"/>
          </w:tcPr>
          <w:p w14:paraId="1BBE3545" w14:textId="77777777" w:rsidR="0057424D" w:rsidRPr="001D1DDD" w:rsidRDefault="0057424D" w:rsidP="004D57C2">
            <w:pPr>
              <w:keepNext/>
              <w:rPr>
                <w:b/>
                <w:color w:val="0D5F78"/>
                <w:sz w:val="18"/>
                <w:szCs w:val="18"/>
              </w:rPr>
            </w:pPr>
            <w:proofErr w:type="spellStart"/>
            <w:r w:rsidRPr="001D1DDD">
              <w:rPr>
                <w:b/>
                <w:color w:val="0D5F78"/>
                <w:sz w:val="18"/>
                <w:szCs w:val="18"/>
              </w:rPr>
              <w:t>Autoritatea</w:t>
            </w:r>
            <w:proofErr w:type="spellEnd"/>
            <w:r w:rsidRPr="001D1DDD">
              <w:rPr>
                <w:b/>
                <w:color w:val="0D5F78"/>
                <w:sz w:val="18"/>
                <w:szCs w:val="18"/>
              </w:rPr>
              <w:t xml:space="preserve"> </w:t>
            </w:r>
            <w:proofErr w:type="spellStart"/>
            <w:r w:rsidRPr="001D1DDD">
              <w:rPr>
                <w:b/>
                <w:color w:val="0D5F78"/>
                <w:sz w:val="18"/>
                <w:szCs w:val="18"/>
              </w:rPr>
              <w:t>administrației</w:t>
            </w:r>
            <w:proofErr w:type="spellEnd"/>
            <w:r w:rsidRPr="001D1DDD">
              <w:rPr>
                <w:b/>
                <w:color w:val="0D5F78"/>
                <w:sz w:val="18"/>
                <w:szCs w:val="18"/>
              </w:rPr>
              <w:t xml:space="preserve"> </w:t>
            </w:r>
            <w:proofErr w:type="spellStart"/>
            <w:r w:rsidRPr="001D1DDD">
              <w:rPr>
                <w:b/>
                <w:color w:val="0D5F78"/>
                <w:sz w:val="18"/>
                <w:szCs w:val="18"/>
              </w:rPr>
              <w:t>publice</w:t>
            </w:r>
            <w:proofErr w:type="spellEnd"/>
            <w:r>
              <w:rPr>
                <w:b/>
                <w:color w:val="0D5F78"/>
                <w:sz w:val="18"/>
                <w:szCs w:val="18"/>
              </w:rPr>
              <w:t xml:space="preserve">: </w:t>
            </w:r>
            <w:r w:rsidRPr="001D1DDD">
              <w:rPr>
                <w:b/>
                <w:bCs/>
                <w:sz w:val="18"/>
                <w:szCs w:val="18"/>
              </w:rPr>
              <w:t>PRIMĂRIA MUNICIPIULUI BISTRIȚA</w:t>
            </w:r>
          </w:p>
        </w:tc>
      </w:tr>
      <w:tr w:rsidR="0057424D" w14:paraId="184B1F26" w14:textId="77777777" w:rsidTr="004D57C2">
        <w:trPr>
          <w:cantSplit/>
          <w:trHeight w:val="1126"/>
        </w:trPr>
        <w:tc>
          <w:tcPr>
            <w:tcW w:w="1606" w:type="dxa"/>
            <w:vMerge/>
          </w:tcPr>
          <w:p w14:paraId="20C7EA66" w14:textId="77777777" w:rsidR="0057424D" w:rsidRPr="008B59BF" w:rsidRDefault="0057424D" w:rsidP="004D57C2">
            <w:pPr>
              <w:rPr>
                <w:sz w:val="16"/>
                <w:szCs w:val="16"/>
              </w:rPr>
            </w:pPr>
          </w:p>
        </w:tc>
        <w:tc>
          <w:tcPr>
            <w:tcW w:w="2409" w:type="dxa"/>
            <w:shd w:val="clear" w:color="auto" w:fill="F0F0F0"/>
          </w:tcPr>
          <w:p w14:paraId="30781B74" w14:textId="77777777" w:rsidR="0057424D" w:rsidRPr="001D1DDD" w:rsidRDefault="0057424D" w:rsidP="004D57C2">
            <w:pPr>
              <w:keepNext/>
              <w:rPr>
                <w:sz w:val="18"/>
                <w:szCs w:val="18"/>
                <w:lang w:val="fr-FR"/>
              </w:rPr>
            </w:pPr>
            <w:r w:rsidRPr="001D1DDD">
              <w:rPr>
                <w:b/>
                <w:color w:val="0D5F78"/>
                <w:sz w:val="18"/>
                <w:szCs w:val="18"/>
                <w:lang w:val="fr-FR"/>
              </w:rPr>
              <w:t xml:space="preserve">Cod de </w:t>
            </w:r>
            <w:proofErr w:type="spellStart"/>
            <w:r w:rsidRPr="001D1DDD">
              <w:rPr>
                <w:b/>
                <w:color w:val="0D5F78"/>
                <w:sz w:val="18"/>
                <w:szCs w:val="18"/>
                <w:lang w:val="fr-FR"/>
              </w:rPr>
              <w:t>identificare</w:t>
            </w:r>
            <w:proofErr w:type="spellEnd"/>
            <w:r w:rsidRPr="001D1DDD">
              <w:rPr>
                <w:b/>
                <w:color w:val="0D5F78"/>
                <w:sz w:val="18"/>
                <w:szCs w:val="18"/>
                <w:lang w:val="fr-FR"/>
              </w:rPr>
              <w:t xml:space="preserve"> </w:t>
            </w:r>
            <w:proofErr w:type="spellStart"/>
            <w:r w:rsidRPr="001D1DDD">
              <w:rPr>
                <w:b/>
                <w:color w:val="0D5F78"/>
                <w:sz w:val="18"/>
                <w:szCs w:val="18"/>
                <w:lang w:val="fr-FR"/>
              </w:rPr>
              <w:t>fiscală</w:t>
            </w:r>
            <w:proofErr w:type="spellEnd"/>
            <w:r w:rsidRPr="001D1DDD">
              <w:rPr>
                <w:b/>
                <w:color w:val="0D5F78"/>
                <w:sz w:val="18"/>
                <w:szCs w:val="18"/>
                <w:lang w:val="fr-FR"/>
              </w:rPr>
              <w:t xml:space="preserve"> </w:t>
            </w:r>
            <w:r w:rsidRPr="00665E9B">
              <w:rPr>
                <w:b/>
                <w:color w:val="000000" w:themeColor="text1"/>
                <w:sz w:val="18"/>
                <w:szCs w:val="18"/>
                <w:lang w:val="fr-FR"/>
              </w:rPr>
              <w:t>CIF</w:t>
            </w:r>
            <w:r w:rsidRPr="001D1DDD">
              <w:rPr>
                <w:sz w:val="18"/>
                <w:szCs w:val="18"/>
                <w:lang w:val="fr-FR"/>
              </w:rPr>
              <w:t xml:space="preserve">  </w:t>
            </w:r>
            <w:r w:rsidRPr="001D1DDD">
              <w:rPr>
                <w:b/>
                <w:bCs/>
                <w:color w:val="000000" w:themeColor="text1"/>
                <w:sz w:val="18"/>
                <w:szCs w:val="18"/>
              </w:rPr>
              <w:t>4347569</w:t>
            </w:r>
          </w:p>
        </w:tc>
        <w:tc>
          <w:tcPr>
            <w:tcW w:w="6186" w:type="dxa"/>
            <w:gridSpan w:val="2"/>
            <w:shd w:val="clear" w:color="auto" w:fill="F0F0F0"/>
          </w:tcPr>
          <w:p w14:paraId="0AC20729" w14:textId="77777777" w:rsidR="0057424D" w:rsidRDefault="0057424D" w:rsidP="004D57C2">
            <w:pPr>
              <w:keepNext/>
              <w:rPr>
                <w:sz w:val="18"/>
                <w:szCs w:val="18"/>
              </w:rPr>
            </w:pPr>
            <w:proofErr w:type="spellStart"/>
            <w:r w:rsidRPr="001D1DDD">
              <w:rPr>
                <w:b/>
                <w:color w:val="0D5F78"/>
                <w:sz w:val="18"/>
                <w:szCs w:val="18"/>
              </w:rPr>
              <w:t>Adresa</w:t>
            </w:r>
            <w:proofErr w:type="spellEnd"/>
            <w:r w:rsidRPr="001D1DDD">
              <w:rPr>
                <w:b/>
                <w:color w:val="0D5F78"/>
                <w:sz w:val="18"/>
                <w:szCs w:val="18"/>
              </w:rPr>
              <w:t xml:space="preserve"> </w:t>
            </w:r>
            <w:proofErr w:type="spellStart"/>
            <w:r w:rsidRPr="001D1DDD">
              <w:rPr>
                <w:b/>
                <w:color w:val="0D5F78"/>
                <w:sz w:val="18"/>
                <w:szCs w:val="18"/>
              </w:rPr>
              <w:t>oficială</w:t>
            </w:r>
            <w:proofErr w:type="spellEnd"/>
            <w:r>
              <w:rPr>
                <w:sz w:val="18"/>
                <w:szCs w:val="18"/>
              </w:rPr>
              <w:t xml:space="preserve">: </w:t>
            </w:r>
          </w:p>
          <w:p w14:paraId="50997773" w14:textId="77777777" w:rsidR="0057424D" w:rsidRPr="001D1DDD" w:rsidRDefault="0057424D" w:rsidP="004D57C2">
            <w:pPr>
              <w:keepNext/>
              <w:rPr>
                <w:sz w:val="18"/>
                <w:szCs w:val="18"/>
              </w:rPr>
            </w:pPr>
            <w:proofErr w:type="spellStart"/>
            <w:r w:rsidRPr="001D1DDD">
              <w:rPr>
                <w:b/>
                <w:bCs/>
                <w:iCs/>
                <w:sz w:val="18"/>
                <w:szCs w:val="18"/>
              </w:rPr>
              <w:t>P</w:t>
            </w:r>
            <w:r>
              <w:rPr>
                <w:b/>
                <w:bCs/>
                <w:iCs/>
                <w:sz w:val="18"/>
                <w:szCs w:val="18"/>
              </w:rPr>
              <w:t>iața</w:t>
            </w:r>
            <w:proofErr w:type="spellEnd"/>
            <w:r w:rsidRPr="001D1DDD">
              <w:rPr>
                <w:b/>
                <w:bCs/>
                <w:iCs/>
                <w:sz w:val="18"/>
                <w:szCs w:val="18"/>
              </w:rPr>
              <w:t xml:space="preserve"> </w:t>
            </w:r>
            <w:proofErr w:type="spellStart"/>
            <w:r w:rsidRPr="001D1DDD">
              <w:rPr>
                <w:b/>
                <w:bCs/>
                <w:iCs/>
                <w:sz w:val="18"/>
                <w:szCs w:val="18"/>
              </w:rPr>
              <w:t>C</w:t>
            </w:r>
            <w:r>
              <w:rPr>
                <w:b/>
                <w:bCs/>
                <w:iCs/>
                <w:sz w:val="18"/>
                <w:szCs w:val="18"/>
              </w:rPr>
              <w:t>entrală</w:t>
            </w:r>
            <w:proofErr w:type="spellEnd"/>
            <w:r w:rsidRPr="001D1DDD">
              <w:rPr>
                <w:b/>
                <w:bCs/>
                <w:iCs/>
                <w:sz w:val="18"/>
                <w:szCs w:val="18"/>
              </w:rPr>
              <w:t>,</w:t>
            </w:r>
            <w:r>
              <w:rPr>
                <w:b/>
                <w:bCs/>
                <w:iCs/>
                <w:sz w:val="18"/>
                <w:szCs w:val="18"/>
              </w:rPr>
              <w:t xml:space="preserve"> Nr</w:t>
            </w:r>
            <w:r w:rsidRPr="001D1DDD">
              <w:rPr>
                <w:b/>
                <w:bCs/>
                <w:iCs/>
                <w:sz w:val="18"/>
                <w:szCs w:val="18"/>
              </w:rPr>
              <w:t>.6</w:t>
            </w:r>
            <w:r>
              <w:rPr>
                <w:b/>
                <w:bCs/>
                <w:iCs/>
                <w:sz w:val="18"/>
                <w:szCs w:val="18"/>
              </w:rPr>
              <w:t xml:space="preserve">, Bistrița, </w:t>
            </w:r>
            <w:proofErr w:type="spellStart"/>
            <w:proofErr w:type="gramStart"/>
            <w:r>
              <w:rPr>
                <w:b/>
                <w:bCs/>
                <w:iCs/>
                <w:sz w:val="18"/>
                <w:szCs w:val="18"/>
              </w:rPr>
              <w:t>jud.Bistrița</w:t>
            </w:r>
            <w:proofErr w:type="gramEnd"/>
            <w:r>
              <w:rPr>
                <w:b/>
                <w:bCs/>
                <w:iCs/>
                <w:sz w:val="18"/>
                <w:szCs w:val="18"/>
              </w:rPr>
              <w:t>-Năsăud</w:t>
            </w:r>
            <w:proofErr w:type="spellEnd"/>
            <w:r>
              <w:rPr>
                <w:b/>
                <w:bCs/>
                <w:iCs/>
                <w:sz w:val="18"/>
                <w:szCs w:val="18"/>
              </w:rPr>
              <w:t xml:space="preserve">, cod </w:t>
            </w:r>
            <w:proofErr w:type="spellStart"/>
            <w:r>
              <w:rPr>
                <w:b/>
                <w:bCs/>
                <w:iCs/>
                <w:sz w:val="18"/>
                <w:szCs w:val="18"/>
              </w:rPr>
              <w:t>poștal</w:t>
            </w:r>
            <w:proofErr w:type="spellEnd"/>
            <w:r w:rsidRPr="001D1DDD">
              <w:rPr>
                <w:b/>
                <w:bCs/>
                <w:iCs/>
                <w:sz w:val="18"/>
                <w:szCs w:val="18"/>
              </w:rPr>
              <w:t xml:space="preserve"> 420040</w:t>
            </w:r>
          </w:p>
          <w:p w14:paraId="2A886287" w14:textId="77777777" w:rsidR="0057424D" w:rsidRDefault="0057424D" w:rsidP="004D57C2">
            <w:pPr>
              <w:keepNext/>
              <w:rPr>
                <w:b/>
                <w:bCs/>
                <w:iCs/>
                <w:sz w:val="18"/>
                <w:szCs w:val="18"/>
              </w:rPr>
            </w:pPr>
            <w:r w:rsidRPr="001D1DDD">
              <w:rPr>
                <w:b/>
                <w:bCs/>
                <w:iCs/>
                <w:sz w:val="18"/>
                <w:szCs w:val="18"/>
              </w:rPr>
              <w:t xml:space="preserve">E-mail: </w:t>
            </w:r>
            <w:hyperlink r:id="rId9" w:history="1">
              <w:r w:rsidRPr="001D1DDD">
                <w:rPr>
                  <w:rStyle w:val="Hyperlink"/>
                  <w:b/>
                  <w:bCs/>
                  <w:iCs/>
                  <w:color w:val="auto"/>
                  <w:sz w:val="18"/>
                  <w:szCs w:val="18"/>
                </w:rPr>
                <w:t>primaria@municipiulbistrita.ro</w:t>
              </w:r>
            </w:hyperlink>
            <w:r w:rsidRPr="001D1DDD">
              <w:rPr>
                <w:b/>
                <w:bCs/>
                <w:iCs/>
                <w:sz w:val="18"/>
                <w:szCs w:val="18"/>
              </w:rPr>
              <w:t xml:space="preserve"> </w:t>
            </w:r>
          </w:p>
          <w:p w14:paraId="4D389029" w14:textId="77777777" w:rsidR="0057424D" w:rsidRPr="001D1DDD" w:rsidRDefault="0057424D" w:rsidP="004D57C2">
            <w:pPr>
              <w:keepNext/>
              <w:rPr>
                <w:b/>
                <w:bCs/>
                <w:iCs/>
                <w:sz w:val="18"/>
                <w:szCs w:val="18"/>
              </w:rPr>
            </w:pPr>
            <w:r w:rsidRPr="001D1DDD">
              <w:rPr>
                <w:b/>
                <w:bCs/>
                <w:iCs/>
                <w:sz w:val="18"/>
                <w:szCs w:val="18"/>
              </w:rPr>
              <w:t xml:space="preserve">Web: </w:t>
            </w:r>
            <w:hyperlink r:id="rId10" w:history="1">
              <w:r w:rsidRPr="001D1DDD">
                <w:rPr>
                  <w:rStyle w:val="Hyperlink"/>
                  <w:b/>
                  <w:bCs/>
                  <w:iCs/>
                  <w:color w:val="auto"/>
                  <w:sz w:val="18"/>
                  <w:szCs w:val="18"/>
                </w:rPr>
                <w:t>http://www.primariabistrita.ro</w:t>
              </w:r>
            </w:hyperlink>
          </w:p>
          <w:p w14:paraId="0DFF5ACD" w14:textId="77777777" w:rsidR="0057424D" w:rsidRPr="006A2001" w:rsidRDefault="0057424D" w:rsidP="004D57C2">
            <w:pPr>
              <w:keepNext/>
              <w:rPr>
                <w:b/>
                <w:bCs/>
                <w:iCs/>
                <w:sz w:val="18"/>
                <w:szCs w:val="18"/>
              </w:rPr>
            </w:pPr>
            <w:proofErr w:type="spellStart"/>
            <w:r w:rsidRPr="001D1DDD">
              <w:rPr>
                <w:b/>
                <w:bCs/>
                <w:iCs/>
                <w:sz w:val="18"/>
                <w:szCs w:val="18"/>
              </w:rPr>
              <w:t>Telefon</w:t>
            </w:r>
            <w:proofErr w:type="spellEnd"/>
            <w:r w:rsidRPr="001D1DDD">
              <w:rPr>
                <w:b/>
                <w:bCs/>
                <w:iCs/>
                <w:sz w:val="18"/>
                <w:szCs w:val="18"/>
              </w:rPr>
              <w:t xml:space="preserve">: </w:t>
            </w:r>
            <w:proofErr w:type="gramStart"/>
            <w:r w:rsidRPr="001D1DDD">
              <w:rPr>
                <w:b/>
                <w:bCs/>
                <w:iCs/>
                <w:sz w:val="18"/>
                <w:szCs w:val="18"/>
              </w:rPr>
              <w:t>0263223923</w:t>
            </w:r>
            <w:r>
              <w:rPr>
                <w:b/>
                <w:bCs/>
                <w:iCs/>
                <w:sz w:val="18"/>
                <w:szCs w:val="18"/>
              </w:rPr>
              <w:t>,  0263</w:t>
            </w:r>
            <w:r w:rsidRPr="001D1DDD">
              <w:rPr>
                <w:b/>
                <w:bCs/>
                <w:iCs/>
                <w:sz w:val="18"/>
                <w:szCs w:val="18"/>
              </w:rPr>
              <w:t>224706</w:t>
            </w:r>
            <w:proofErr w:type="gramEnd"/>
          </w:p>
        </w:tc>
      </w:tr>
      <w:tr w:rsidR="0057424D" w14:paraId="78096772" w14:textId="77777777" w:rsidTr="004D57C2">
        <w:trPr>
          <w:cantSplit/>
          <w:trHeight w:val="510"/>
        </w:trPr>
        <w:tc>
          <w:tcPr>
            <w:tcW w:w="1606" w:type="dxa"/>
            <w:vMerge/>
          </w:tcPr>
          <w:p w14:paraId="14F6C2E2" w14:textId="77777777" w:rsidR="0057424D" w:rsidRPr="008B59BF" w:rsidRDefault="0057424D" w:rsidP="004D57C2">
            <w:pPr>
              <w:rPr>
                <w:sz w:val="16"/>
                <w:szCs w:val="16"/>
              </w:rPr>
            </w:pPr>
          </w:p>
        </w:tc>
        <w:tc>
          <w:tcPr>
            <w:tcW w:w="4818" w:type="dxa"/>
            <w:gridSpan w:val="2"/>
            <w:shd w:val="clear" w:color="auto" w:fill="F0F0F0"/>
          </w:tcPr>
          <w:p w14:paraId="599F15EB" w14:textId="77777777" w:rsidR="0057424D" w:rsidRPr="001D1DDD" w:rsidRDefault="0057424D" w:rsidP="004D57C2">
            <w:pPr>
              <w:keepNext/>
              <w:rPr>
                <w:sz w:val="18"/>
                <w:szCs w:val="18"/>
              </w:rPr>
            </w:pPr>
            <w:proofErr w:type="spellStart"/>
            <w:r w:rsidRPr="001D1DDD">
              <w:rPr>
                <w:b/>
                <w:color w:val="0D5F78"/>
                <w:sz w:val="18"/>
                <w:szCs w:val="18"/>
              </w:rPr>
              <w:t>Număr</w:t>
            </w:r>
            <w:proofErr w:type="spellEnd"/>
            <w:r w:rsidRPr="001D1DDD">
              <w:rPr>
                <w:b/>
                <w:color w:val="0D5F78"/>
                <w:sz w:val="18"/>
                <w:szCs w:val="18"/>
              </w:rPr>
              <w:t xml:space="preserve"> de </w:t>
            </w:r>
            <w:proofErr w:type="spellStart"/>
            <w:r w:rsidRPr="001D1DDD">
              <w:rPr>
                <w:b/>
                <w:color w:val="0D5F78"/>
                <w:sz w:val="18"/>
                <w:szCs w:val="18"/>
              </w:rPr>
              <w:t>înregistrare</w:t>
            </w:r>
            <w:proofErr w:type="spellEnd"/>
          </w:p>
          <w:p w14:paraId="4718AC97" w14:textId="77777777" w:rsidR="0057424D" w:rsidRPr="001D1DDD" w:rsidRDefault="0057424D" w:rsidP="004D57C2">
            <w:pPr>
              <w:keepNext/>
              <w:rPr>
                <w:sz w:val="18"/>
                <w:szCs w:val="18"/>
              </w:rPr>
            </w:pPr>
          </w:p>
        </w:tc>
        <w:tc>
          <w:tcPr>
            <w:tcW w:w="3777" w:type="dxa"/>
            <w:shd w:val="clear" w:color="auto" w:fill="F0F0F0"/>
          </w:tcPr>
          <w:p w14:paraId="18A1FCFE" w14:textId="77777777" w:rsidR="0057424D" w:rsidRPr="001D1DDD" w:rsidRDefault="0057424D" w:rsidP="004D57C2">
            <w:pPr>
              <w:keepNext/>
              <w:rPr>
                <w:sz w:val="18"/>
                <w:szCs w:val="18"/>
              </w:rPr>
            </w:pPr>
            <w:r w:rsidRPr="001D1DDD">
              <w:rPr>
                <w:b/>
                <w:color w:val="0D5F78"/>
                <w:sz w:val="18"/>
                <w:szCs w:val="18"/>
              </w:rPr>
              <w:t>Data</w:t>
            </w:r>
          </w:p>
          <w:p w14:paraId="1973517A" w14:textId="77777777" w:rsidR="0057424D" w:rsidRPr="001D1DDD" w:rsidRDefault="0057424D" w:rsidP="004D57C2">
            <w:pPr>
              <w:keepNext/>
              <w:rPr>
                <w:sz w:val="18"/>
                <w:szCs w:val="18"/>
              </w:rPr>
            </w:pPr>
          </w:p>
        </w:tc>
      </w:tr>
    </w:tbl>
    <w:p w14:paraId="5E765707" w14:textId="77777777" w:rsidR="0092490D" w:rsidRPr="00990104" w:rsidRDefault="0092490D">
      <w:pPr>
        <w:spacing w:line="168" w:lineRule="auto"/>
        <w:rPr>
          <w:lang w:val="fr-FR"/>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p w14:paraId="4672FCFC" w14:textId="77777777" w:rsidR="0092490D" w:rsidRPr="00990104" w:rsidRDefault="0092490D">
      <w:pPr>
        <w:spacing w:line="168" w:lineRule="auto"/>
        <w:rPr>
          <w:lang w:val="fr-FR"/>
        </w:rPr>
      </w:pPr>
    </w:p>
    <w:tbl>
      <w:tblPr>
        <w:tblStyle w:val="Tabelgril"/>
        <w:tblW w:w="10343"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0343"/>
      </w:tblGrid>
      <w:tr w:rsidR="0057424D" w14:paraId="3FCB1FBA" w14:textId="77777777" w:rsidTr="004D57C2">
        <w:trPr>
          <w:cantSplit/>
        </w:trPr>
        <w:tc>
          <w:tcPr>
            <w:tcW w:w="10343" w:type="dxa"/>
            <w:shd w:val="clear" w:color="auto" w:fill="F4F4F4"/>
          </w:tcPr>
          <w:p w14:paraId="3C3E5EE4" w14:textId="77777777" w:rsidR="0057424D" w:rsidRPr="001D1DDD" w:rsidRDefault="0057424D" w:rsidP="004D57C2">
            <w:pPr>
              <w:keepNext/>
              <w:rPr>
                <w:sz w:val="18"/>
                <w:szCs w:val="18"/>
              </w:rPr>
            </w:pPr>
            <w:r w:rsidRPr="001D1DDD">
              <w:rPr>
                <w:b/>
                <w:sz w:val="18"/>
                <w:szCs w:val="18"/>
              </w:rPr>
              <w:t xml:space="preserve">1. </w:t>
            </w:r>
            <w:r w:rsidRPr="001D1DDD">
              <w:rPr>
                <w:b/>
                <w:color w:val="000000"/>
                <w:sz w:val="18"/>
                <w:szCs w:val="18"/>
              </w:rPr>
              <w:t>CĂTRE</w:t>
            </w:r>
          </w:p>
        </w:tc>
      </w:tr>
      <w:tr w:rsidR="0057424D" w:rsidRPr="00917520" w14:paraId="3345E81A" w14:textId="77777777" w:rsidTr="004D57C2">
        <w:trPr>
          <w:cantSplit/>
          <w:trHeight w:val="389"/>
        </w:trPr>
        <w:tc>
          <w:tcPr>
            <w:tcW w:w="10343" w:type="dxa"/>
          </w:tcPr>
          <w:p w14:paraId="6E8D06AC" w14:textId="77777777" w:rsidR="0057424D" w:rsidRPr="001D1DDD" w:rsidRDefault="0057424D" w:rsidP="004D57C2">
            <w:pPr>
              <w:keepNext/>
              <w:rPr>
                <w:sz w:val="18"/>
                <w:szCs w:val="18"/>
                <w:lang w:val="fr-FR"/>
              </w:rPr>
            </w:pPr>
            <w:proofErr w:type="spellStart"/>
            <w:r w:rsidRPr="001D1DDD">
              <w:rPr>
                <w:b/>
                <w:color w:val="0D5F78"/>
                <w:sz w:val="18"/>
                <w:szCs w:val="18"/>
                <w:lang w:val="fr-FR"/>
              </w:rPr>
              <w:t>Instituția</w:t>
            </w:r>
            <w:proofErr w:type="spellEnd"/>
            <w:r>
              <w:rPr>
                <w:b/>
                <w:color w:val="0D5F78"/>
                <w:sz w:val="18"/>
                <w:szCs w:val="18"/>
                <w:lang w:val="fr-FR"/>
              </w:rPr>
              <w:t> </w:t>
            </w:r>
            <w:r>
              <w:rPr>
                <w:sz w:val="18"/>
                <w:szCs w:val="18"/>
                <w:lang w:val="fr-FR"/>
              </w:rPr>
              <w:t>:</w:t>
            </w:r>
            <w:r>
              <w:rPr>
                <w:lang w:val="fr-FR"/>
              </w:rPr>
              <w:t xml:space="preserve"> </w:t>
            </w:r>
            <w:r w:rsidRPr="001F6BAE">
              <w:rPr>
                <w:b/>
                <w:bCs/>
                <w:sz w:val="19"/>
                <w:szCs w:val="19"/>
                <w:lang w:val="fr-FR"/>
              </w:rPr>
              <w:t>PRIMĂRIA MUNICIPIULUI BISTRIȚA</w:t>
            </w:r>
          </w:p>
        </w:tc>
      </w:tr>
    </w:tbl>
    <w:p w14:paraId="1BE5EB6A" w14:textId="77777777" w:rsidR="0057424D" w:rsidRPr="00A256C2" w:rsidRDefault="0057424D" w:rsidP="0057424D">
      <w:pPr>
        <w:tabs>
          <w:tab w:val="left" w:pos="6375"/>
        </w:tabs>
        <w:spacing w:line="168" w:lineRule="auto"/>
        <w:rPr>
          <w:lang w:val="fr-FR"/>
        </w:rPr>
      </w:pPr>
      <w:r>
        <w:rPr>
          <w:lang w:val="fr-FR"/>
        </w:rPr>
        <w:tab/>
      </w:r>
    </w:p>
    <w:tbl>
      <w:tblPr>
        <w:tblStyle w:val="Tabelgril"/>
        <w:tblW w:w="10343"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2313"/>
      </w:tblGrid>
      <w:tr w:rsidR="0057424D" w14:paraId="2EF64ADD" w14:textId="77777777" w:rsidTr="004D57C2">
        <w:trPr>
          <w:cantSplit/>
        </w:trPr>
        <w:tc>
          <w:tcPr>
            <w:tcW w:w="10343" w:type="dxa"/>
            <w:gridSpan w:val="8"/>
            <w:shd w:val="clear" w:color="auto" w:fill="F4F4F4"/>
          </w:tcPr>
          <w:p w14:paraId="5E84FD4D" w14:textId="77777777" w:rsidR="0057424D" w:rsidRPr="001D1DDD" w:rsidRDefault="0057424D" w:rsidP="004D57C2">
            <w:pPr>
              <w:keepNext/>
              <w:rPr>
                <w:sz w:val="18"/>
                <w:szCs w:val="18"/>
              </w:rPr>
            </w:pPr>
            <w:r w:rsidRPr="00A256C2">
              <w:rPr>
                <w:b/>
                <w:sz w:val="16"/>
                <w:lang w:val="fr-FR"/>
              </w:rPr>
              <w:t xml:space="preserve"> </w:t>
            </w:r>
            <w:r w:rsidRPr="001D1DDD">
              <w:rPr>
                <w:b/>
                <w:sz w:val="18"/>
                <w:szCs w:val="18"/>
              </w:rPr>
              <w:t xml:space="preserve">2. </w:t>
            </w:r>
            <w:r w:rsidRPr="001D1DDD">
              <w:rPr>
                <w:b/>
                <w:color w:val="000000"/>
                <w:sz w:val="18"/>
                <w:szCs w:val="18"/>
              </w:rPr>
              <w:t>SOLICITANTUL</w:t>
            </w:r>
          </w:p>
        </w:tc>
      </w:tr>
      <w:tr w:rsidR="0057424D" w14:paraId="62C705FF" w14:textId="77777777" w:rsidTr="004D57C2">
        <w:trPr>
          <w:cantSplit/>
          <w:trHeight w:val="510"/>
        </w:trPr>
        <w:tc>
          <w:tcPr>
            <w:tcW w:w="5621" w:type="dxa"/>
            <w:gridSpan w:val="5"/>
          </w:tcPr>
          <w:p w14:paraId="39A2DC99" w14:textId="77777777" w:rsidR="0057424D" w:rsidRPr="001D1DDD" w:rsidRDefault="0057424D" w:rsidP="004D57C2">
            <w:pPr>
              <w:keepNext/>
              <w:rPr>
                <w:sz w:val="18"/>
                <w:szCs w:val="18"/>
              </w:rPr>
            </w:pPr>
            <w:proofErr w:type="spellStart"/>
            <w:r w:rsidRPr="001D1DDD">
              <w:rPr>
                <w:b/>
                <w:color w:val="0D5F78"/>
                <w:sz w:val="18"/>
                <w:szCs w:val="18"/>
              </w:rPr>
              <w:t>Nume</w:t>
            </w:r>
            <w:proofErr w:type="spellEnd"/>
            <w:r w:rsidRPr="001D1DDD">
              <w:rPr>
                <w:b/>
                <w:color w:val="0D5F78"/>
                <w:sz w:val="18"/>
                <w:szCs w:val="18"/>
              </w:rPr>
              <w:t xml:space="preserve"> </w:t>
            </w:r>
            <w:proofErr w:type="spellStart"/>
            <w:r w:rsidRPr="001D1DDD">
              <w:rPr>
                <w:b/>
                <w:color w:val="0D5F78"/>
                <w:sz w:val="18"/>
                <w:szCs w:val="18"/>
              </w:rPr>
              <w:t>și</w:t>
            </w:r>
            <w:proofErr w:type="spellEnd"/>
            <w:r w:rsidRPr="001D1DDD">
              <w:rPr>
                <w:b/>
                <w:color w:val="0D5F78"/>
                <w:sz w:val="18"/>
                <w:szCs w:val="18"/>
              </w:rPr>
              <w:t xml:space="preserve"> </w:t>
            </w:r>
            <w:proofErr w:type="spellStart"/>
            <w:r w:rsidRPr="001D1DDD">
              <w:rPr>
                <w:b/>
                <w:color w:val="0D5F78"/>
                <w:sz w:val="18"/>
                <w:szCs w:val="18"/>
              </w:rPr>
              <w:t>prenume</w:t>
            </w:r>
            <w:proofErr w:type="spellEnd"/>
          </w:p>
          <w:p w14:paraId="37F5AB08" w14:textId="77777777" w:rsidR="0057424D" w:rsidRPr="001D1DDD" w:rsidRDefault="0057424D" w:rsidP="004D57C2">
            <w:pPr>
              <w:keepNext/>
              <w:rPr>
                <w:sz w:val="18"/>
                <w:szCs w:val="18"/>
              </w:rPr>
            </w:pPr>
          </w:p>
        </w:tc>
        <w:tc>
          <w:tcPr>
            <w:tcW w:w="4722" w:type="dxa"/>
            <w:gridSpan w:val="3"/>
          </w:tcPr>
          <w:p w14:paraId="66AF1664" w14:textId="77777777" w:rsidR="0057424D" w:rsidRPr="001D1DDD" w:rsidRDefault="0057424D" w:rsidP="004D57C2">
            <w:pPr>
              <w:keepNext/>
              <w:rPr>
                <w:sz w:val="18"/>
                <w:szCs w:val="18"/>
              </w:rPr>
            </w:pPr>
            <w:r w:rsidRPr="001D1DDD">
              <w:rPr>
                <w:b/>
                <w:color w:val="0D5F78"/>
                <w:sz w:val="18"/>
                <w:szCs w:val="18"/>
              </w:rPr>
              <w:t>CNP</w:t>
            </w:r>
          </w:p>
          <w:p w14:paraId="65FAD4EA" w14:textId="77777777" w:rsidR="0057424D" w:rsidRDefault="0057424D" w:rsidP="004D57C2">
            <w:pPr>
              <w:keepNext/>
            </w:pPr>
          </w:p>
        </w:tc>
      </w:tr>
      <w:tr w:rsidR="0057424D" w14:paraId="4E411A78" w14:textId="77777777" w:rsidTr="004D57C2">
        <w:trPr>
          <w:cantSplit/>
        </w:trPr>
        <w:tc>
          <w:tcPr>
            <w:tcW w:w="10343" w:type="dxa"/>
            <w:gridSpan w:val="8"/>
            <w:shd w:val="clear" w:color="auto" w:fill="F4F4F4"/>
          </w:tcPr>
          <w:p w14:paraId="083E048C" w14:textId="77777777" w:rsidR="0057424D" w:rsidRPr="001D1DDD" w:rsidRDefault="0057424D" w:rsidP="004D57C2">
            <w:pPr>
              <w:keepNext/>
              <w:rPr>
                <w:sz w:val="18"/>
                <w:szCs w:val="18"/>
              </w:rPr>
            </w:pPr>
            <w:r w:rsidRPr="001D1DDD">
              <w:rPr>
                <w:sz w:val="18"/>
                <w:szCs w:val="18"/>
              </w:rPr>
              <w:t xml:space="preserve"> Act de </w:t>
            </w:r>
            <w:proofErr w:type="spellStart"/>
            <w:r w:rsidRPr="001D1DDD">
              <w:rPr>
                <w:sz w:val="18"/>
                <w:szCs w:val="18"/>
              </w:rPr>
              <w:t>identitate</w:t>
            </w:r>
            <w:proofErr w:type="spellEnd"/>
          </w:p>
        </w:tc>
      </w:tr>
      <w:tr w:rsidR="0057424D" w14:paraId="03C08DA9" w14:textId="77777777" w:rsidTr="004D57C2">
        <w:trPr>
          <w:cantSplit/>
          <w:trHeight w:val="510"/>
        </w:trPr>
        <w:tc>
          <w:tcPr>
            <w:tcW w:w="1606" w:type="dxa"/>
          </w:tcPr>
          <w:p w14:paraId="32A13C7F" w14:textId="77777777" w:rsidR="0057424D" w:rsidRPr="00DC38AF" w:rsidRDefault="0057424D" w:rsidP="004D57C2">
            <w:pPr>
              <w:keepNext/>
              <w:rPr>
                <w:sz w:val="18"/>
                <w:szCs w:val="18"/>
              </w:rPr>
            </w:pPr>
            <w:r w:rsidRPr="00DC38AF">
              <w:rPr>
                <w:b/>
                <w:color w:val="0D5F78"/>
                <w:sz w:val="18"/>
                <w:szCs w:val="18"/>
              </w:rPr>
              <w:t>Seria</w:t>
            </w:r>
          </w:p>
          <w:p w14:paraId="6E9A91E0" w14:textId="77777777" w:rsidR="0057424D" w:rsidRPr="00DC38AF" w:rsidRDefault="0057424D" w:rsidP="004D57C2">
            <w:pPr>
              <w:keepNext/>
              <w:rPr>
                <w:sz w:val="18"/>
                <w:szCs w:val="18"/>
              </w:rPr>
            </w:pPr>
          </w:p>
        </w:tc>
        <w:tc>
          <w:tcPr>
            <w:tcW w:w="1606" w:type="dxa"/>
          </w:tcPr>
          <w:p w14:paraId="3ADB31FD" w14:textId="77777777" w:rsidR="0057424D" w:rsidRPr="00DC38AF" w:rsidRDefault="0057424D" w:rsidP="004D57C2">
            <w:pPr>
              <w:keepNext/>
              <w:rPr>
                <w:sz w:val="18"/>
                <w:szCs w:val="18"/>
              </w:rPr>
            </w:pPr>
            <w:proofErr w:type="spellStart"/>
            <w:r w:rsidRPr="00DC38AF">
              <w:rPr>
                <w:b/>
                <w:color w:val="0D5F78"/>
                <w:sz w:val="18"/>
                <w:szCs w:val="18"/>
              </w:rPr>
              <w:t>Numărul</w:t>
            </w:r>
            <w:proofErr w:type="spellEnd"/>
          </w:p>
          <w:p w14:paraId="06199B3E" w14:textId="77777777" w:rsidR="0057424D" w:rsidRPr="00DC38AF" w:rsidRDefault="0057424D" w:rsidP="004D57C2">
            <w:pPr>
              <w:keepNext/>
              <w:rPr>
                <w:sz w:val="18"/>
                <w:szCs w:val="18"/>
              </w:rPr>
            </w:pPr>
          </w:p>
        </w:tc>
        <w:tc>
          <w:tcPr>
            <w:tcW w:w="4818" w:type="dxa"/>
            <w:gridSpan w:val="5"/>
          </w:tcPr>
          <w:p w14:paraId="1F655552" w14:textId="77777777" w:rsidR="0057424D" w:rsidRPr="001D1DDD" w:rsidRDefault="0057424D" w:rsidP="004D57C2">
            <w:pPr>
              <w:keepNext/>
              <w:rPr>
                <w:sz w:val="18"/>
                <w:szCs w:val="18"/>
              </w:rPr>
            </w:pPr>
            <w:proofErr w:type="spellStart"/>
            <w:r w:rsidRPr="001D1DDD">
              <w:rPr>
                <w:b/>
                <w:color w:val="0D5F78"/>
                <w:sz w:val="18"/>
                <w:szCs w:val="18"/>
              </w:rPr>
              <w:t>Eliberat</w:t>
            </w:r>
            <w:proofErr w:type="spellEnd"/>
            <w:r w:rsidRPr="001D1DDD">
              <w:rPr>
                <w:b/>
                <w:color w:val="0D5F78"/>
                <w:sz w:val="18"/>
                <w:szCs w:val="18"/>
              </w:rPr>
              <w:t xml:space="preserve"> de</w:t>
            </w:r>
          </w:p>
          <w:p w14:paraId="0D86DC52" w14:textId="77777777" w:rsidR="0057424D" w:rsidRPr="001D1DDD" w:rsidRDefault="0057424D" w:rsidP="004D57C2">
            <w:pPr>
              <w:keepNext/>
              <w:rPr>
                <w:sz w:val="18"/>
                <w:szCs w:val="18"/>
              </w:rPr>
            </w:pPr>
          </w:p>
        </w:tc>
        <w:tc>
          <w:tcPr>
            <w:tcW w:w="2313" w:type="dxa"/>
          </w:tcPr>
          <w:p w14:paraId="09BEEBBE" w14:textId="77777777" w:rsidR="0057424D" w:rsidRPr="001D1DDD" w:rsidRDefault="0057424D" w:rsidP="004D57C2">
            <w:pPr>
              <w:keepNext/>
              <w:rPr>
                <w:sz w:val="18"/>
                <w:szCs w:val="18"/>
              </w:rPr>
            </w:pPr>
            <w:r w:rsidRPr="001D1DDD">
              <w:rPr>
                <w:b/>
                <w:color w:val="0D5F78"/>
                <w:sz w:val="18"/>
                <w:szCs w:val="18"/>
              </w:rPr>
              <w:t>La data</w:t>
            </w:r>
          </w:p>
          <w:p w14:paraId="7C66831B" w14:textId="77777777" w:rsidR="0057424D" w:rsidRPr="001D1DDD" w:rsidRDefault="0057424D" w:rsidP="004D57C2">
            <w:pPr>
              <w:keepNext/>
              <w:rPr>
                <w:sz w:val="18"/>
                <w:szCs w:val="18"/>
              </w:rPr>
            </w:pPr>
          </w:p>
        </w:tc>
      </w:tr>
      <w:tr w:rsidR="0057424D" w14:paraId="6A4C9E21" w14:textId="77777777" w:rsidTr="004D57C2">
        <w:trPr>
          <w:cantSplit/>
        </w:trPr>
        <w:tc>
          <w:tcPr>
            <w:tcW w:w="10343" w:type="dxa"/>
            <w:gridSpan w:val="8"/>
            <w:shd w:val="clear" w:color="auto" w:fill="F4F4F4"/>
          </w:tcPr>
          <w:p w14:paraId="0D0740C6" w14:textId="77777777" w:rsidR="0057424D" w:rsidRPr="001D1DDD" w:rsidRDefault="0057424D" w:rsidP="004D57C2">
            <w:pPr>
              <w:keepNext/>
              <w:rPr>
                <w:sz w:val="18"/>
                <w:szCs w:val="18"/>
              </w:rPr>
            </w:pPr>
            <w:r w:rsidRPr="001D1DDD">
              <w:rPr>
                <w:sz w:val="18"/>
                <w:szCs w:val="18"/>
              </w:rPr>
              <w:t xml:space="preserve"> </w:t>
            </w:r>
            <w:proofErr w:type="spellStart"/>
            <w:r w:rsidRPr="001D1DDD">
              <w:rPr>
                <w:sz w:val="18"/>
                <w:szCs w:val="18"/>
              </w:rPr>
              <w:t>Domiciliul</w:t>
            </w:r>
            <w:proofErr w:type="spellEnd"/>
          </w:p>
        </w:tc>
      </w:tr>
      <w:tr w:rsidR="0057424D" w14:paraId="7F752696" w14:textId="77777777" w:rsidTr="004D57C2">
        <w:trPr>
          <w:cantSplit/>
          <w:trHeight w:val="510"/>
        </w:trPr>
        <w:tc>
          <w:tcPr>
            <w:tcW w:w="3212" w:type="dxa"/>
            <w:gridSpan w:val="2"/>
          </w:tcPr>
          <w:p w14:paraId="185B4CA8" w14:textId="77777777" w:rsidR="0057424D" w:rsidRPr="00DC38AF" w:rsidRDefault="0057424D" w:rsidP="004D57C2">
            <w:pPr>
              <w:keepNext/>
              <w:rPr>
                <w:sz w:val="18"/>
                <w:szCs w:val="18"/>
              </w:rPr>
            </w:pPr>
            <w:proofErr w:type="spellStart"/>
            <w:r w:rsidRPr="00DC38AF">
              <w:rPr>
                <w:b/>
                <w:color w:val="0D5F78"/>
                <w:sz w:val="18"/>
                <w:szCs w:val="18"/>
              </w:rPr>
              <w:t>Județul</w:t>
            </w:r>
            <w:proofErr w:type="spellEnd"/>
          </w:p>
          <w:p w14:paraId="01987565" w14:textId="77777777" w:rsidR="0057424D" w:rsidRDefault="0057424D" w:rsidP="004D57C2">
            <w:pPr>
              <w:keepNext/>
            </w:pPr>
          </w:p>
        </w:tc>
        <w:tc>
          <w:tcPr>
            <w:tcW w:w="3212" w:type="dxa"/>
            <w:gridSpan w:val="4"/>
          </w:tcPr>
          <w:p w14:paraId="50DC452F" w14:textId="77777777" w:rsidR="0057424D" w:rsidRPr="001D1DDD" w:rsidRDefault="0057424D" w:rsidP="004D57C2">
            <w:pPr>
              <w:keepNext/>
              <w:rPr>
                <w:sz w:val="18"/>
                <w:szCs w:val="18"/>
              </w:rPr>
            </w:pPr>
            <w:proofErr w:type="spellStart"/>
            <w:r w:rsidRPr="001D1DDD">
              <w:rPr>
                <w:b/>
                <w:color w:val="0D5F78"/>
                <w:sz w:val="18"/>
                <w:szCs w:val="18"/>
              </w:rPr>
              <w:t>Municipiul</w:t>
            </w:r>
            <w:proofErr w:type="spellEnd"/>
            <w:r w:rsidRPr="001D1DDD">
              <w:rPr>
                <w:b/>
                <w:color w:val="0D5F78"/>
                <w:sz w:val="18"/>
                <w:szCs w:val="18"/>
              </w:rPr>
              <w:t xml:space="preserve"> / </w:t>
            </w:r>
            <w:proofErr w:type="spellStart"/>
            <w:r w:rsidRPr="001D1DDD">
              <w:rPr>
                <w:b/>
                <w:color w:val="0D5F78"/>
                <w:sz w:val="18"/>
                <w:szCs w:val="18"/>
              </w:rPr>
              <w:t>orașul</w:t>
            </w:r>
            <w:proofErr w:type="spellEnd"/>
            <w:r w:rsidRPr="001D1DDD">
              <w:rPr>
                <w:b/>
                <w:color w:val="0D5F78"/>
                <w:sz w:val="18"/>
                <w:szCs w:val="18"/>
              </w:rPr>
              <w:t xml:space="preserve"> / </w:t>
            </w:r>
            <w:proofErr w:type="spellStart"/>
            <w:r w:rsidRPr="001D1DDD">
              <w:rPr>
                <w:b/>
                <w:color w:val="0D5F78"/>
                <w:sz w:val="18"/>
                <w:szCs w:val="18"/>
              </w:rPr>
              <w:t>comuna</w:t>
            </w:r>
            <w:proofErr w:type="spellEnd"/>
          </w:p>
          <w:p w14:paraId="2D56FD55" w14:textId="77777777" w:rsidR="0057424D" w:rsidRPr="001D1DDD" w:rsidRDefault="0057424D" w:rsidP="004D57C2">
            <w:pPr>
              <w:keepNext/>
              <w:rPr>
                <w:sz w:val="18"/>
                <w:szCs w:val="18"/>
              </w:rPr>
            </w:pPr>
          </w:p>
        </w:tc>
        <w:tc>
          <w:tcPr>
            <w:tcW w:w="3919" w:type="dxa"/>
            <w:gridSpan w:val="2"/>
          </w:tcPr>
          <w:p w14:paraId="7D418256" w14:textId="77777777" w:rsidR="0057424D" w:rsidRPr="001D1DDD" w:rsidRDefault="0057424D" w:rsidP="004D57C2">
            <w:pPr>
              <w:keepNext/>
              <w:rPr>
                <w:sz w:val="18"/>
                <w:szCs w:val="18"/>
              </w:rPr>
            </w:pPr>
            <w:proofErr w:type="spellStart"/>
            <w:r w:rsidRPr="001D1DDD">
              <w:rPr>
                <w:b/>
                <w:color w:val="0D5F78"/>
                <w:sz w:val="18"/>
                <w:szCs w:val="18"/>
              </w:rPr>
              <w:t>Satul</w:t>
            </w:r>
            <w:proofErr w:type="spellEnd"/>
            <w:r w:rsidRPr="001D1DDD">
              <w:rPr>
                <w:b/>
                <w:color w:val="0D5F78"/>
                <w:sz w:val="18"/>
                <w:szCs w:val="18"/>
              </w:rPr>
              <w:t xml:space="preserve"> / </w:t>
            </w:r>
            <w:proofErr w:type="spellStart"/>
            <w:r w:rsidRPr="001D1DDD">
              <w:rPr>
                <w:b/>
                <w:color w:val="0D5F78"/>
                <w:sz w:val="18"/>
                <w:szCs w:val="18"/>
              </w:rPr>
              <w:t>sectorul</w:t>
            </w:r>
            <w:proofErr w:type="spellEnd"/>
          </w:p>
          <w:p w14:paraId="553222FD" w14:textId="77777777" w:rsidR="0057424D" w:rsidRPr="001D1DDD" w:rsidRDefault="0057424D" w:rsidP="004D57C2">
            <w:pPr>
              <w:keepNext/>
              <w:rPr>
                <w:sz w:val="18"/>
                <w:szCs w:val="18"/>
              </w:rPr>
            </w:pPr>
          </w:p>
        </w:tc>
      </w:tr>
      <w:tr w:rsidR="0057424D" w14:paraId="394D9D40" w14:textId="77777777" w:rsidTr="004D57C2">
        <w:trPr>
          <w:cantSplit/>
          <w:trHeight w:val="510"/>
        </w:trPr>
        <w:tc>
          <w:tcPr>
            <w:tcW w:w="3212" w:type="dxa"/>
            <w:gridSpan w:val="2"/>
          </w:tcPr>
          <w:p w14:paraId="4C565129" w14:textId="77777777" w:rsidR="0057424D" w:rsidRPr="001D1DDD" w:rsidRDefault="0057424D" w:rsidP="004D57C2">
            <w:pPr>
              <w:keepNext/>
              <w:rPr>
                <w:sz w:val="18"/>
                <w:szCs w:val="18"/>
              </w:rPr>
            </w:pPr>
            <w:r w:rsidRPr="001D1DDD">
              <w:rPr>
                <w:b/>
                <w:color w:val="0D5F78"/>
                <w:sz w:val="18"/>
                <w:szCs w:val="18"/>
              </w:rPr>
              <w:t>Strada</w:t>
            </w:r>
          </w:p>
          <w:p w14:paraId="267477B9" w14:textId="77777777" w:rsidR="0057424D" w:rsidRDefault="0057424D" w:rsidP="004D57C2">
            <w:pPr>
              <w:keepNext/>
            </w:pPr>
          </w:p>
        </w:tc>
        <w:tc>
          <w:tcPr>
            <w:tcW w:w="803" w:type="dxa"/>
          </w:tcPr>
          <w:p w14:paraId="5D21C846" w14:textId="77777777" w:rsidR="0057424D" w:rsidRPr="001D1DDD" w:rsidRDefault="0057424D" w:rsidP="004D57C2">
            <w:pPr>
              <w:keepNext/>
              <w:rPr>
                <w:sz w:val="18"/>
                <w:szCs w:val="18"/>
              </w:rPr>
            </w:pPr>
            <w:r w:rsidRPr="001D1DDD">
              <w:rPr>
                <w:b/>
                <w:color w:val="0D5F78"/>
                <w:sz w:val="18"/>
                <w:szCs w:val="18"/>
              </w:rPr>
              <w:t>Nr.</w:t>
            </w:r>
          </w:p>
          <w:p w14:paraId="740D1DFD" w14:textId="77777777" w:rsidR="0057424D" w:rsidRPr="001D1DDD" w:rsidRDefault="0057424D" w:rsidP="004D57C2">
            <w:pPr>
              <w:keepNext/>
              <w:rPr>
                <w:sz w:val="18"/>
                <w:szCs w:val="18"/>
              </w:rPr>
            </w:pPr>
          </w:p>
        </w:tc>
        <w:tc>
          <w:tcPr>
            <w:tcW w:w="803" w:type="dxa"/>
          </w:tcPr>
          <w:p w14:paraId="364456B7" w14:textId="77777777" w:rsidR="0057424D" w:rsidRPr="001D1DDD" w:rsidRDefault="0057424D" w:rsidP="004D57C2">
            <w:pPr>
              <w:keepNext/>
              <w:rPr>
                <w:sz w:val="18"/>
                <w:szCs w:val="18"/>
              </w:rPr>
            </w:pPr>
            <w:r w:rsidRPr="001D1DDD">
              <w:rPr>
                <w:b/>
                <w:color w:val="0D5F78"/>
                <w:sz w:val="18"/>
                <w:szCs w:val="18"/>
              </w:rPr>
              <w:t>Sc.</w:t>
            </w:r>
          </w:p>
          <w:p w14:paraId="76BF8238" w14:textId="77777777" w:rsidR="0057424D" w:rsidRPr="001D1DDD" w:rsidRDefault="0057424D" w:rsidP="004D57C2">
            <w:pPr>
              <w:keepNext/>
              <w:rPr>
                <w:sz w:val="18"/>
                <w:szCs w:val="18"/>
              </w:rPr>
            </w:pPr>
          </w:p>
        </w:tc>
        <w:tc>
          <w:tcPr>
            <w:tcW w:w="803" w:type="dxa"/>
          </w:tcPr>
          <w:p w14:paraId="2BF39315" w14:textId="77777777" w:rsidR="0057424D" w:rsidRPr="001D1DDD" w:rsidRDefault="0057424D" w:rsidP="004D57C2">
            <w:pPr>
              <w:keepNext/>
              <w:rPr>
                <w:sz w:val="18"/>
                <w:szCs w:val="18"/>
              </w:rPr>
            </w:pPr>
            <w:r w:rsidRPr="001D1DDD">
              <w:rPr>
                <w:b/>
                <w:color w:val="0D5F78"/>
                <w:sz w:val="18"/>
                <w:szCs w:val="18"/>
              </w:rPr>
              <w:t>Et.</w:t>
            </w:r>
          </w:p>
          <w:p w14:paraId="3A5E6678" w14:textId="77777777" w:rsidR="0057424D" w:rsidRPr="001D1DDD" w:rsidRDefault="0057424D" w:rsidP="004D57C2">
            <w:pPr>
              <w:keepNext/>
              <w:rPr>
                <w:sz w:val="18"/>
                <w:szCs w:val="18"/>
              </w:rPr>
            </w:pPr>
          </w:p>
        </w:tc>
        <w:tc>
          <w:tcPr>
            <w:tcW w:w="803" w:type="dxa"/>
          </w:tcPr>
          <w:p w14:paraId="528DDB44" w14:textId="77777777" w:rsidR="0057424D" w:rsidRPr="001D1DDD" w:rsidRDefault="0057424D" w:rsidP="004D57C2">
            <w:pPr>
              <w:keepNext/>
              <w:rPr>
                <w:sz w:val="18"/>
                <w:szCs w:val="18"/>
              </w:rPr>
            </w:pPr>
            <w:r w:rsidRPr="001D1DDD">
              <w:rPr>
                <w:b/>
                <w:color w:val="0D5F78"/>
                <w:sz w:val="18"/>
                <w:szCs w:val="18"/>
              </w:rPr>
              <w:t>Ap.</w:t>
            </w:r>
          </w:p>
          <w:p w14:paraId="27219918" w14:textId="77777777" w:rsidR="0057424D" w:rsidRPr="001D1DDD" w:rsidRDefault="0057424D" w:rsidP="004D57C2">
            <w:pPr>
              <w:keepNext/>
              <w:rPr>
                <w:sz w:val="18"/>
                <w:szCs w:val="18"/>
              </w:rPr>
            </w:pPr>
          </w:p>
        </w:tc>
        <w:tc>
          <w:tcPr>
            <w:tcW w:w="1606" w:type="dxa"/>
          </w:tcPr>
          <w:p w14:paraId="4EFAFBF1" w14:textId="77777777" w:rsidR="0057424D" w:rsidRPr="001D1DDD" w:rsidRDefault="0057424D" w:rsidP="004D57C2">
            <w:pPr>
              <w:keepNext/>
              <w:rPr>
                <w:sz w:val="18"/>
                <w:szCs w:val="18"/>
              </w:rPr>
            </w:pPr>
            <w:r w:rsidRPr="001D1DDD">
              <w:rPr>
                <w:b/>
                <w:color w:val="0D5F78"/>
                <w:sz w:val="18"/>
                <w:szCs w:val="18"/>
              </w:rPr>
              <w:t xml:space="preserve">Cod </w:t>
            </w:r>
            <w:proofErr w:type="spellStart"/>
            <w:r w:rsidRPr="001D1DDD">
              <w:rPr>
                <w:b/>
                <w:color w:val="0D5F78"/>
                <w:sz w:val="18"/>
                <w:szCs w:val="18"/>
              </w:rPr>
              <w:t>poștal</w:t>
            </w:r>
            <w:proofErr w:type="spellEnd"/>
          </w:p>
          <w:p w14:paraId="0DA03EAC" w14:textId="77777777" w:rsidR="0057424D" w:rsidRPr="001D1DDD" w:rsidRDefault="0057424D" w:rsidP="004D57C2">
            <w:pPr>
              <w:keepNext/>
              <w:rPr>
                <w:sz w:val="18"/>
                <w:szCs w:val="18"/>
              </w:rPr>
            </w:pPr>
          </w:p>
        </w:tc>
        <w:tc>
          <w:tcPr>
            <w:tcW w:w="2313" w:type="dxa"/>
          </w:tcPr>
          <w:p w14:paraId="5790F219" w14:textId="77777777" w:rsidR="0057424D" w:rsidRPr="001D1DDD" w:rsidRDefault="0057424D" w:rsidP="004D57C2">
            <w:pPr>
              <w:keepNext/>
              <w:rPr>
                <w:sz w:val="18"/>
                <w:szCs w:val="18"/>
              </w:rPr>
            </w:pPr>
            <w:proofErr w:type="spellStart"/>
            <w:r w:rsidRPr="001D1DDD">
              <w:rPr>
                <w:b/>
                <w:color w:val="0D5F78"/>
                <w:sz w:val="18"/>
                <w:szCs w:val="18"/>
              </w:rPr>
              <w:t>Țara</w:t>
            </w:r>
            <w:proofErr w:type="spellEnd"/>
          </w:p>
          <w:p w14:paraId="6EA489F6" w14:textId="77777777" w:rsidR="0057424D" w:rsidRPr="001D1DDD" w:rsidRDefault="0057424D" w:rsidP="004D57C2">
            <w:pPr>
              <w:keepNext/>
              <w:rPr>
                <w:sz w:val="18"/>
                <w:szCs w:val="18"/>
              </w:rPr>
            </w:pPr>
          </w:p>
        </w:tc>
      </w:tr>
      <w:tr w:rsidR="0057424D" w14:paraId="34359D45" w14:textId="77777777" w:rsidTr="004D57C2">
        <w:trPr>
          <w:cantSplit/>
        </w:trPr>
        <w:tc>
          <w:tcPr>
            <w:tcW w:w="10343" w:type="dxa"/>
            <w:gridSpan w:val="8"/>
            <w:shd w:val="clear" w:color="auto" w:fill="F4F4F4"/>
          </w:tcPr>
          <w:p w14:paraId="719675E4" w14:textId="77777777" w:rsidR="0057424D" w:rsidRPr="001D1DDD" w:rsidRDefault="0057424D" w:rsidP="004D57C2">
            <w:pPr>
              <w:keepNext/>
              <w:rPr>
                <w:sz w:val="18"/>
                <w:szCs w:val="18"/>
              </w:rPr>
            </w:pPr>
            <w:r w:rsidRPr="001D1DDD">
              <w:rPr>
                <w:sz w:val="18"/>
                <w:szCs w:val="18"/>
              </w:rPr>
              <w:t xml:space="preserve"> Date de contact</w:t>
            </w:r>
          </w:p>
        </w:tc>
      </w:tr>
      <w:tr w:rsidR="0057424D" w14:paraId="0A2FDDF2" w14:textId="77777777" w:rsidTr="004D57C2">
        <w:trPr>
          <w:cantSplit/>
          <w:trHeight w:val="510"/>
        </w:trPr>
        <w:tc>
          <w:tcPr>
            <w:tcW w:w="4015" w:type="dxa"/>
            <w:gridSpan w:val="3"/>
          </w:tcPr>
          <w:p w14:paraId="07DF3A35" w14:textId="77777777" w:rsidR="0057424D" w:rsidRPr="001D1DDD" w:rsidRDefault="0057424D" w:rsidP="004D57C2">
            <w:pPr>
              <w:keepNext/>
              <w:rPr>
                <w:sz w:val="18"/>
                <w:szCs w:val="18"/>
              </w:rPr>
            </w:pPr>
            <w:proofErr w:type="spellStart"/>
            <w:r w:rsidRPr="001D1DDD">
              <w:rPr>
                <w:b/>
                <w:color w:val="0D5F78"/>
                <w:sz w:val="18"/>
                <w:szCs w:val="18"/>
              </w:rPr>
              <w:t>Telefon</w:t>
            </w:r>
            <w:proofErr w:type="spellEnd"/>
            <w:r w:rsidRPr="001D1DDD">
              <w:rPr>
                <w:b/>
                <w:color w:val="0D5F78"/>
                <w:sz w:val="18"/>
                <w:szCs w:val="18"/>
              </w:rPr>
              <w:t xml:space="preserve"> </w:t>
            </w:r>
          </w:p>
        </w:tc>
        <w:tc>
          <w:tcPr>
            <w:tcW w:w="6328" w:type="dxa"/>
            <w:gridSpan w:val="5"/>
          </w:tcPr>
          <w:p w14:paraId="19C8CA70" w14:textId="77777777" w:rsidR="0057424D" w:rsidRPr="001D1DDD" w:rsidRDefault="0057424D" w:rsidP="004D57C2">
            <w:pPr>
              <w:keepNext/>
              <w:rPr>
                <w:sz w:val="18"/>
                <w:szCs w:val="18"/>
              </w:rPr>
            </w:pPr>
            <w:r w:rsidRPr="001D1DDD">
              <w:rPr>
                <w:b/>
                <w:color w:val="0D5F78"/>
                <w:sz w:val="18"/>
                <w:szCs w:val="18"/>
              </w:rPr>
              <w:t>E-mail</w:t>
            </w:r>
          </w:p>
          <w:p w14:paraId="470AF398" w14:textId="77777777" w:rsidR="0057424D" w:rsidRPr="001D1DDD" w:rsidRDefault="0057424D" w:rsidP="004D57C2">
            <w:pPr>
              <w:keepNext/>
              <w:rPr>
                <w:sz w:val="18"/>
                <w:szCs w:val="18"/>
              </w:rPr>
            </w:pPr>
          </w:p>
        </w:tc>
      </w:tr>
      <w:tr w:rsidR="0057424D" w14:paraId="7AD3FC69" w14:textId="77777777" w:rsidTr="004D57C2">
        <w:trPr>
          <w:cantSplit/>
        </w:trPr>
        <w:tc>
          <w:tcPr>
            <w:tcW w:w="10343" w:type="dxa"/>
            <w:gridSpan w:val="8"/>
            <w:shd w:val="clear" w:color="auto" w:fill="F4F4F4"/>
          </w:tcPr>
          <w:p w14:paraId="69624A94" w14:textId="77777777" w:rsidR="0057424D" w:rsidRPr="001D1DDD" w:rsidRDefault="0057424D" w:rsidP="004D57C2">
            <w:pPr>
              <w:keepNext/>
              <w:rPr>
                <w:sz w:val="18"/>
                <w:szCs w:val="18"/>
              </w:rPr>
            </w:pPr>
            <w:r w:rsidRPr="001D1DDD">
              <w:rPr>
                <w:sz w:val="18"/>
                <w:szCs w:val="18"/>
              </w:rPr>
              <w:t xml:space="preserve"> </w:t>
            </w:r>
            <w:proofErr w:type="spellStart"/>
            <w:r w:rsidRPr="001D1DDD">
              <w:rPr>
                <w:sz w:val="18"/>
                <w:szCs w:val="18"/>
              </w:rPr>
              <w:t>Reprezentare</w:t>
            </w:r>
            <w:proofErr w:type="spellEnd"/>
          </w:p>
        </w:tc>
      </w:tr>
      <w:tr w:rsidR="0057424D" w14:paraId="5502F738" w14:textId="77777777" w:rsidTr="004D57C2">
        <w:trPr>
          <w:cantSplit/>
          <w:trHeight w:val="510"/>
        </w:trPr>
        <w:tc>
          <w:tcPr>
            <w:tcW w:w="6424" w:type="dxa"/>
            <w:gridSpan w:val="6"/>
          </w:tcPr>
          <w:p w14:paraId="31873085" w14:textId="77777777" w:rsidR="0057424D" w:rsidRPr="001D1DDD" w:rsidRDefault="0057424D" w:rsidP="004D57C2">
            <w:pPr>
              <w:keepNext/>
              <w:rPr>
                <w:sz w:val="18"/>
                <w:szCs w:val="18"/>
              </w:rPr>
            </w:pPr>
            <w:proofErr w:type="spellStart"/>
            <w:r w:rsidRPr="001D1DDD">
              <w:rPr>
                <w:b/>
                <w:color w:val="0D5F78"/>
                <w:sz w:val="18"/>
                <w:szCs w:val="18"/>
              </w:rPr>
              <w:t>În</w:t>
            </w:r>
            <w:proofErr w:type="spellEnd"/>
            <w:r w:rsidRPr="001D1DDD">
              <w:rPr>
                <w:b/>
                <w:color w:val="0D5F78"/>
                <w:sz w:val="18"/>
                <w:szCs w:val="18"/>
              </w:rPr>
              <w:t xml:space="preserve"> </w:t>
            </w:r>
            <w:proofErr w:type="spellStart"/>
            <w:r w:rsidRPr="001D1DDD">
              <w:rPr>
                <w:b/>
                <w:color w:val="0D5F78"/>
                <w:sz w:val="18"/>
                <w:szCs w:val="18"/>
              </w:rPr>
              <w:t>calitate</w:t>
            </w:r>
            <w:proofErr w:type="spellEnd"/>
            <w:r w:rsidRPr="001D1DDD">
              <w:rPr>
                <w:b/>
                <w:color w:val="0D5F78"/>
                <w:sz w:val="18"/>
                <w:szCs w:val="18"/>
              </w:rPr>
              <w:t xml:space="preserve"> de </w:t>
            </w:r>
            <w:proofErr w:type="spellStart"/>
            <w:r w:rsidRPr="001D1DDD">
              <w:rPr>
                <w:b/>
                <w:color w:val="0D5F78"/>
                <w:sz w:val="18"/>
                <w:szCs w:val="18"/>
              </w:rPr>
              <w:t>reprezentant</w:t>
            </w:r>
            <w:proofErr w:type="spellEnd"/>
            <w:r w:rsidRPr="001D1DDD">
              <w:rPr>
                <w:b/>
                <w:color w:val="0D5F78"/>
                <w:sz w:val="18"/>
                <w:szCs w:val="18"/>
              </w:rPr>
              <w:t xml:space="preserve"> al</w:t>
            </w:r>
          </w:p>
          <w:p w14:paraId="2A5D3935" w14:textId="77777777" w:rsidR="0057424D" w:rsidRPr="001D1DDD" w:rsidRDefault="0057424D" w:rsidP="004D57C2">
            <w:pPr>
              <w:keepNext/>
              <w:rPr>
                <w:sz w:val="18"/>
                <w:szCs w:val="18"/>
              </w:rPr>
            </w:pPr>
          </w:p>
        </w:tc>
        <w:tc>
          <w:tcPr>
            <w:tcW w:w="3919" w:type="dxa"/>
            <w:gridSpan w:val="2"/>
          </w:tcPr>
          <w:p w14:paraId="55686664" w14:textId="77777777" w:rsidR="0057424D" w:rsidRPr="001D1DDD" w:rsidRDefault="0057424D" w:rsidP="004D57C2">
            <w:pPr>
              <w:keepNext/>
              <w:rPr>
                <w:sz w:val="18"/>
                <w:szCs w:val="18"/>
              </w:rPr>
            </w:pPr>
            <w:r w:rsidRPr="001D1DDD">
              <w:rPr>
                <w:b/>
                <w:color w:val="0D5F78"/>
                <w:sz w:val="18"/>
                <w:szCs w:val="18"/>
              </w:rPr>
              <w:t>CUI / CIF</w:t>
            </w:r>
          </w:p>
          <w:p w14:paraId="212CF6C0" w14:textId="77777777" w:rsidR="0057424D" w:rsidRPr="001D1DDD" w:rsidRDefault="0057424D" w:rsidP="004D57C2">
            <w:pPr>
              <w:keepNext/>
              <w:rPr>
                <w:sz w:val="18"/>
                <w:szCs w:val="18"/>
              </w:rPr>
            </w:pPr>
          </w:p>
        </w:tc>
      </w:tr>
    </w:tbl>
    <w:p w14:paraId="3CF7F31B" w14:textId="77777777" w:rsidR="0092490D" w:rsidRDefault="0092490D">
      <w:pPr>
        <w:spacing w:line="168" w:lineRule="auto"/>
      </w:pPr>
    </w:p>
    <w:p w14:paraId="0F362D53" w14:textId="77777777" w:rsidR="0092490D" w:rsidRPr="0057424D" w:rsidRDefault="008D3852">
      <w:pPr>
        <w:spacing w:before="80" w:after="60"/>
        <w:jc w:val="center"/>
        <w:rPr>
          <w:b/>
          <w:bCs/>
        </w:rPr>
      </w:pPr>
      <w:r w:rsidRPr="0057424D">
        <w:rPr>
          <w:b/>
          <w:bCs/>
          <w:sz w:val="18"/>
        </w:rPr>
        <w:t>în conformitate cu prevederile art. 300 din Legea nr. 169/2026 privind Codul amenajării teritoriului, urbanismului și construcțiilor, solicit</w:t>
      </w:r>
    </w:p>
    <w:p w14:paraId="2C758CD0" w14:textId="77777777" w:rsidR="0092490D" w:rsidRPr="0057424D" w:rsidRDefault="008D3852">
      <w:pPr>
        <w:spacing w:before="80" w:after="60"/>
        <w:jc w:val="center"/>
        <w:rPr>
          <w:b/>
          <w:bCs/>
        </w:rPr>
      </w:pPr>
      <w:r w:rsidRPr="0057424D">
        <w:rPr>
          <w:b/>
          <w:bCs/>
          <w:sz w:val="18"/>
        </w:rPr>
        <w:t>solicit emiterea</w:t>
      </w:r>
    </w:p>
    <w:p w14:paraId="34A7E23A" w14:textId="77777777" w:rsidR="0092490D" w:rsidRPr="0057424D" w:rsidRDefault="008D3852">
      <w:pPr>
        <w:spacing w:after="160"/>
        <w:jc w:val="center"/>
        <w:rPr>
          <w:sz w:val="26"/>
          <w:szCs w:val="26"/>
        </w:rPr>
      </w:pPr>
      <w:r w:rsidRPr="0057424D">
        <w:rPr>
          <w:b/>
          <w:sz w:val="26"/>
          <w:szCs w:val="26"/>
        </w:rPr>
        <w:t>AVIZ DE AMPLASARE</w:t>
      </w:r>
    </w:p>
    <w:p w14:paraId="279E9CAB" w14:textId="390848E8" w:rsidR="0092490D" w:rsidRDefault="0092490D"/>
    <w:tbl>
      <w:tblPr>
        <w:tblStyle w:val="Tabelgril"/>
        <w:tblW w:w="10314"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0314"/>
      </w:tblGrid>
      <w:tr w:rsidR="0092490D" w14:paraId="45B98CD8" w14:textId="77777777" w:rsidTr="0057424D">
        <w:trPr>
          <w:cantSplit/>
        </w:trPr>
        <w:tc>
          <w:tcPr>
            <w:tcW w:w="10314"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rsidTr="0057424D">
        <w:trPr>
          <w:cantSplit/>
        </w:trPr>
        <w:tc>
          <w:tcPr>
            <w:tcW w:w="10314" w:type="dxa"/>
          </w:tcPr>
          <w:p w14:paraId="6A2AF935" w14:textId="77777777" w:rsidR="0092490D" w:rsidRDefault="008D3852">
            <w:pPr>
              <w:keepNext/>
              <w:rPr>
                <w:sz w:val="16"/>
              </w:rPr>
            </w:pPr>
            <w:r>
              <w:rPr>
                <w:sz w:val="16"/>
              </w:rPr>
              <w:t xml:space="preserve">☐ a) rastele pentru biciclete, trotinete și puncte / stații de încărcare pentru </w:t>
            </w:r>
            <w:proofErr w:type="spellStart"/>
            <w:r>
              <w:rPr>
                <w:sz w:val="16"/>
              </w:rPr>
              <w:t>autovehicule</w:t>
            </w:r>
            <w:proofErr w:type="spellEnd"/>
            <w:r>
              <w:rPr>
                <w:sz w:val="16"/>
              </w:rPr>
              <w:t xml:space="preserve"> </w:t>
            </w:r>
            <w:proofErr w:type="spellStart"/>
            <w:r>
              <w:rPr>
                <w:sz w:val="16"/>
              </w:rPr>
              <w:t>electrice</w:t>
            </w:r>
            <w:proofErr w:type="spellEnd"/>
            <w:r>
              <w:rPr>
                <w:sz w:val="16"/>
              </w:rPr>
              <w:t xml:space="preserve"> / </w:t>
            </w:r>
            <w:proofErr w:type="spellStart"/>
            <w:r>
              <w:rPr>
                <w:sz w:val="16"/>
              </w:rPr>
              <w:t>hibride</w:t>
            </w:r>
            <w:proofErr w:type="spellEnd"/>
          </w:p>
          <w:p w14:paraId="7A5D05D8" w14:textId="77777777" w:rsidR="0057424D" w:rsidRDefault="0057424D">
            <w:pPr>
              <w:keepNext/>
            </w:pPr>
          </w:p>
        </w:tc>
      </w:tr>
      <w:tr w:rsidR="0092490D" w14:paraId="6673C1E1" w14:textId="77777777" w:rsidTr="0057424D">
        <w:trPr>
          <w:cantSplit/>
        </w:trPr>
        <w:tc>
          <w:tcPr>
            <w:tcW w:w="10314" w:type="dxa"/>
          </w:tcPr>
          <w:p w14:paraId="69E46A3E" w14:textId="77777777" w:rsidR="0092490D" w:rsidRDefault="008D3852">
            <w:pPr>
              <w:keepNext/>
              <w:rPr>
                <w:sz w:val="16"/>
              </w:rPr>
            </w:pPr>
            <w:r>
              <w:rPr>
                <w:sz w:val="16"/>
              </w:rPr>
              <w:t>☐ b) punct fix de măsurare și punct de măsurare indicativ a calității aerului, cu dotări aferente, conform Legii nr. 104/2011</w:t>
            </w:r>
            <w:r w:rsidR="00D52CF1">
              <w:rPr>
                <w:sz w:val="16"/>
              </w:rPr>
              <w:t xml:space="preserve">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Pr>
                <w:sz w:val="16"/>
              </w:rPr>
              <w:t xml:space="preserve">, cu </w:t>
            </w:r>
            <w:proofErr w:type="spellStart"/>
            <w:r>
              <w:rPr>
                <w:sz w:val="16"/>
              </w:rPr>
              <w:t>modificările</w:t>
            </w:r>
            <w:proofErr w:type="spellEnd"/>
            <w:r>
              <w:rPr>
                <w:sz w:val="16"/>
              </w:rPr>
              <w:t xml:space="preserve"> </w:t>
            </w:r>
            <w:proofErr w:type="spellStart"/>
            <w:r>
              <w:rPr>
                <w:sz w:val="16"/>
              </w:rPr>
              <w:t>ulterioare</w:t>
            </w:r>
            <w:proofErr w:type="spellEnd"/>
          </w:p>
          <w:p w14:paraId="2FC2FD14" w14:textId="2BEEAD93" w:rsidR="0057424D" w:rsidRDefault="0057424D">
            <w:pPr>
              <w:keepNext/>
            </w:pPr>
          </w:p>
        </w:tc>
      </w:tr>
      <w:tr w:rsidR="0092490D" w14:paraId="4B57A567" w14:textId="77777777" w:rsidTr="0057424D">
        <w:trPr>
          <w:cantSplit/>
        </w:trPr>
        <w:tc>
          <w:tcPr>
            <w:tcW w:w="10314" w:type="dxa"/>
          </w:tcPr>
          <w:p w14:paraId="1C27A0A5" w14:textId="77777777" w:rsidR="0092490D" w:rsidRDefault="008D3852">
            <w:pPr>
              <w:keepNext/>
              <w:rPr>
                <w:sz w:val="16"/>
              </w:rPr>
            </w:pPr>
            <w:r>
              <w:rPr>
                <w:sz w:val="16"/>
              </w:rPr>
              <w:t xml:space="preserve">☐ c) puncte / sisteme automate pentru precolectarea și gestionarea deșeurilor reciclabile, recipiente pentru precolectarea deșeurilor, inclusiv platforme </w:t>
            </w:r>
            <w:proofErr w:type="spellStart"/>
            <w:r>
              <w:rPr>
                <w:sz w:val="16"/>
              </w:rPr>
              <w:t>și</w:t>
            </w:r>
            <w:proofErr w:type="spellEnd"/>
            <w:r>
              <w:rPr>
                <w:sz w:val="16"/>
              </w:rPr>
              <w:t xml:space="preserve"> </w:t>
            </w:r>
            <w:proofErr w:type="spellStart"/>
            <w:r>
              <w:rPr>
                <w:sz w:val="16"/>
              </w:rPr>
              <w:t>dotări</w:t>
            </w:r>
            <w:proofErr w:type="spellEnd"/>
            <w:r>
              <w:rPr>
                <w:sz w:val="16"/>
              </w:rPr>
              <w:t xml:space="preserve"> </w:t>
            </w:r>
            <w:proofErr w:type="spellStart"/>
            <w:r>
              <w:rPr>
                <w:sz w:val="16"/>
              </w:rPr>
              <w:t>tehnico-edilitare</w:t>
            </w:r>
            <w:proofErr w:type="spellEnd"/>
            <w:r>
              <w:rPr>
                <w:sz w:val="16"/>
              </w:rPr>
              <w:t xml:space="preserve"> </w:t>
            </w:r>
            <w:proofErr w:type="spellStart"/>
            <w:r>
              <w:rPr>
                <w:sz w:val="16"/>
              </w:rPr>
              <w:t>aferente</w:t>
            </w:r>
            <w:proofErr w:type="spellEnd"/>
          </w:p>
          <w:p w14:paraId="01E1B7DF" w14:textId="77777777" w:rsidR="0057424D" w:rsidRDefault="0057424D">
            <w:pPr>
              <w:keepNext/>
            </w:pPr>
          </w:p>
        </w:tc>
      </w:tr>
      <w:tr w:rsidR="0092490D" w:rsidRPr="00975330" w14:paraId="1CEC34A4" w14:textId="77777777" w:rsidTr="0057424D">
        <w:trPr>
          <w:cantSplit/>
        </w:trPr>
        <w:tc>
          <w:tcPr>
            <w:tcW w:w="10314" w:type="dxa"/>
          </w:tcPr>
          <w:p w14:paraId="42B58CD1" w14:textId="77777777" w:rsidR="0092490D" w:rsidRDefault="008D3852">
            <w:pPr>
              <w:keepNext/>
              <w:rPr>
                <w:sz w:val="16"/>
                <w:lang w:val="fr-FR"/>
              </w:rPr>
            </w:pPr>
            <w:r w:rsidRPr="00990104">
              <w:rPr>
                <w:sz w:val="16"/>
                <w:lang w:val="fr-FR"/>
              </w:rPr>
              <w:t xml:space="preserve">☐ d) </w:t>
            </w:r>
            <w:proofErr w:type="spellStart"/>
            <w:r w:rsidRPr="00990104">
              <w:rPr>
                <w:sz w:val="16"/>
                <w:lang w:val="fr-FR"/>
              </w:rPr>
              <w:t>elemente</w:t>
            </w:r>
            <w:proofErr w:type="spellEnd"/>
            <w:r w:rsidRPr="00990104">
              <w:rPr>
                <w:sz w:val="16"/>
                <w:lang w:val="fr-FR"/>
              </w:rPr>
              <w:t xml:space="preserve"> de </w:t>
            </w:r>
            <w:proofErr w:type="spellStart"/>
            <w:r w:rsidRPr="00990104">
              <w:rPr>
                <w:sz w:val="16"/>
                <w:lang w:val="fr-FR"/>
              </w:rPr>
              <w:t>semnalizare</w:t>
            </w:r>
            <w:proofErr w:type="spellEnd"/>
            <w:r w:rsidRPr="00990104">
              <w:rPr>
                <w:sz w:val="16"/>
                <w:lang w:val="fr-FR"/>
              </w:rPr>
              <w:t xml:space="preserve"> </w:t>
            </w:r>
            <w:proofErr w:type="spellStart"/>
            <w:r w:rsidRPr="00990104">
              <w:rPr>
                <w:sz w:val="16"/>
                <w:lang w:val="fr-FR"/>
              </w:rPr>
              <w:t>rutieră</w:t>
            </w:r>
            <w:proofErr w:type="spellEnd"/>
            <w:r w:rsidRPr="00990104">
              <w:rPr>
                <w:sz w:val="16"/>
                <w:lang w:val="fr-FR"/>
              </w:rPr>
              <w:t xml:space="preserve">, </w:t>
            </w:r>
            <w:proofErr w:type="spellStart"/>
            <w:r w:rsidRPr="00990104">
              <w:rPr>
                <w:sz w:val="16"/>
                <w:lang w:val="fr-FR"/>
              </w:rPr>
              <w:t>plăcuțe</w:t>
            </w:r>
            <w:proofErr w:type="spellEnd"/>
            <w:r w:rsidRPr="00990104">
              <w:rPr>
                <w:sz w:val="16"/>
                <w:lang w:val="fr-FR"/>
              </w:rPr>
              <w:t xml:space="preserve"> de </w:t>
            </w:r>
            <w:proofErr w:type="spellStart"/>
            <w:r w:rsidRPr="00990104">
              <w:rPr>
                <w:sz w:val="16"/>
                <w:lang w:val="fr-FR"/>
              </w:rPr>
              <w:t>nomenclatură</w:t>
            </w:r>
            <w:proofErr w:type="spellEnd"/>
            <w:r w:rsidRPr="00990104">
              <w:rPr>
                <w:sz w:val="16"/>
                <w:lang w:val="fr-FR"/>
              </w:rPr>
              <w:t xml:space="preserve"> / </w:t>
            </w:r>
            <w:proofErr w:type="spellStart"/>
            <w:r w:rsidRPr="00990104">
              <w:rPr>
                <w:sz w:val="16"/>
                <w:lang w:val="fr-FR"/>
              </w:rPr>
              <w:t>identificare</w:t>
            </w:r>
            <w:proofErr w:type="spellEnd"/>
            <w:r w:rsidRPr="00990104">
              <w:rPr>
                <w:sz w:val="16"/>
                <w:lang w:val="fr-FR"/>
              </w:rPr>
              <w:t xml:space="preserve"> </w:t>
            </w:r>
            <w:proofErr w:type="spellStart"/>
            <w:r w:rsidRPr="00990104">
              <w:rPr>
                <w:sz w:val="16"/>
                <w:lang w:val="fr-FR"/>
              </w:rPr>
              <w:t>stradală</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w:t>
            </w:r>
            <w:proofErr w:type="spellStart"/>
            <w:r w:rsidRPr="00990104">
              <w:rPr>
                <w:sz w:val="16"/>
                <w:lang w:val="fr-FR"/>
              </w:rPr>
              <w:t>sisteme</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w:t>
            </w:r>
            <w:proofErr w:type="spellStart"/>
            <w:r w:rsidRPr="00990104">
              <w:rPr>
                <w:sz w:val="16"/>
                <w:lang w:val="fr-FR"/>
              </w:rPr>
              <w:t>video</w:t>
            </w:r>
            <w:proofErr w:type="spellEnd"/>
            <w:r w:rsidRPr="00990104">
              <w:rPr>
                <w:sz w:val="16"/>
                <w:lang w:val="fr-FR"/>
              </w:rPr>
              <w:t xml:space="preserve"> a </w:t>
            </w:r>
            <w:proofErr w:type="spellStart"/>
            <w:r w:rsidRPr="00990104">
              <w:rPr>
                <w:sz w:val="16"/>
                <w:lang w:val="fr-FR"/>
              </w:rPr>
              <w:t>traficului</w:t>
            </w:r>
            <w:proofErr w:type="spellEnd"/>
            <w:r w:rsidRPr="00990104">
              <w:rPr>
                <w:sz w:val="16"/>
                <w:lang w:val="fr-FR"/>
              </w:rPr>
              <w:t xml:space="preserve"> </w:t>
            </w:r>
            <w:proofErr w:type="spellStart"/>
            <w:r w:rsidRPr="00990104">
              <w:rPr>
                <w:sz w:val="16"/>
                <w:lang w:val="fr-FR"/>
              </w:rPr>
              <w:t>rutier</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a </w:t>
            </w:r>
            <w:proofErr w:type="spellStart"/>
            <w:r w:rsidRPr="00990104">
              <w:rPr>
                <w:sz w:val="16"/>
                <w:lang w:val="fr-FR"/>
              </w:rPr>
              <w:t>siguranței</w:t>
            </w:r>
            <w:proofErr w:type="spellEnd"/>
            <w:r w:rsidRPr="00990104">
              <w:rPr>
                <w:sz w:val="16"/>
                <w:lang w:val="fr-FR"/>
              </w:rPr>
              <w:t xml:space="preserve"> </w:t>
            </w:r>
            <w:proofErr w:type="spellStart"/>
            <w:r w:rsidRPr="00990104">
              <w:rPr>
                <w:sz w:val="16"/>
                <w:lang w:val="fr-FR"/>
              </w:rPr>
              <w:t>publice</w:t>
            </w:r>
            <w:proofErr w:type="spellEnd"/>
          </w:p>
          <w:p w14:paraId="7C712D85" w14:textId="77777777" w:rsidR="0057424D" w:rsidRPr="00990104" w:rsidRDefault="0057424D">
            <w:pPr>
              <w:keepNext/>
              <w:rPr>
                <w:lang w:val="fr-FR"/>
              </w:rPr>
            </w:pPr>
          </w:p>
        </w:tc>
      </w:tr>
      <w:tr w:rsidR="0092490D" w14:paraId="641388B9" w14:textId="77777777" w:rsidTr="0057424D">
        <w:trPr>
          <w:cantSplit/>
        </w:trPr>
        <w:tc>
          <w:tcPr>
            <w:tcW w:w="10314" w:type="dxa"/>
          </w:tcPr>
          <w:p w14:paraId="67CEE13B" w14:textId="77777777" w:rsidR="0092490D" w:rsidRDefault="008D3852">
            <w:pPr>
              <w:keepNext/>
              <w:rPr>
                <w:sz w:val="16"/>
              </w:rPr>
            </w:pPr>
            <w:r w:rsidRPr="00990104">
              <w:rPr>
                <w:sz w:val="16"/>
                <w:lang w:val="fr-FR"/>
              </w:rPr>
              <w:t xml:space="preserve"> </w:t>
            </w:r>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w:t>
            </w:r>
            <w:proofErr w:type="spellStart"/>
            <w:r>
              <w:rPr>
                <w:sz w:val="16"/>
              </w:rPr>
              <w:t>dotările</w:t>
            </w:r>
            <w:proofErr w:type="spellEnd"/>
            <w:r>
              <w:rPr>
                <w:sz w:val="16"/>
              </w:rPr>
              <w:t xml:space="preserve"> </w:t>
            </w:r>
            <w:proofErr w:type="spellStart"/>
            <w:r>
              <w:rPr>
                <w:sz w:val="16"/>
              </w:rPr>
              <w:t>aferente</w:t>
            </w:r>
            <w:proofErr w:type="spellEnd"/>
          </w:p>
          <w:p w14:paraId="2CAC2BA8" w14:textId="77777777" w:rsidR="0057424D" w:rsidRDefault="0057424D">
            <w:pPr>
              <w:keepNext/>
            </w:pPr>
          </w:p>
        </w:tc>
      </w:tr>
      <w:tr w:rsidR="0092490D" w14:paraId="7619847E" w14:textId="77777777" w:rsidTr="0057424D">
        <w:trPr>
          <w:cantSplit/>
        </w:trPr>
        <w:tc>
          <w:tcPr>
            <w:tcW w:w="10314" w:type="dxa"/>
          </w:tcPr>
          <w:p w14:paraId="4BBB0C33" w14:textId="77777777" w:rsidR="0092490D" w:rsidRDefault="008D3852">
            <w:pPr>
              <w:keepNext/>
              <w:rPr>
                <w:sz w:val="16"/>
              </w:rPr>
            </w:pPr>
            <w:r>
              <w:rPr>
                <w:sz w:val="16"/>
              </w:rPr>
              <w:t xml:space="preserve">☐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w:t>
            </w:r>
            <w:proofErr w:type="spellStart"/>
            <w:r>
              <w:rPr>
                <w:sz w:val="16"/>
              </w:rPr>
              <w:t>excepția</w:t>
            </w:r>
            <w:proofErr w:type="spellEnd"/>
            <w:r>
              <w:rPr>
                <w:sz w:val="16"/>
              </w:rPr>
              <w:t xml:space="preserve"> </w:t>
            </w:r>
            <w:proofErr w:type="spellStart"/>
            <w:r>
              <w:rPr>
                <w:sz w:val="16"/>
              </w:rPr>
              <w:t>energiei</w:t>
            </w:r>
            <w:proofErr w:type="spellEnd"/>
            <w:r>
              <w:rPr>
                <w:sz w:val="16"/>
              </w:rPr>
              <w:t xml:space="preserve"> </w:t>
            </w:r>
            <w:proofErr w:type="spellStart"/>
            <w:r>
              <w:rPr>
                <w:sz w:val="16"/>
              </w:rPr>
              <w:t>electrice</w:t>
            </w:r>
            <w:proofErr w:type="spellEnd"/>
          </w:p>
          <w:p w14:paraId="5C70FFFD" w14:textId="77777777" w:rsidR="0057424D" w:rsidRDefault="0057424D">
            <w:pPr>
              <w:keepNext/>
            </w:pPr>
          </w:p>
        </w:tc>
      </w:tr>
      <w:tr w:rsidR="0092490D" w14:paraId="3D14304B" w14:textId="77777777" w:rsidTr="0057424D">
        <w:trPr>
          <w:cantSplit/>
        </w:trPr>
        <w:tc>
          <w:tcPr>
            <w:tcW w:w="10314" w:type="dxa"/>
          </w:tcPr>
          <w:p w14:paraId="7C60EC2E" w14:textId="77777777" w:rsidR="0092490D" w:rsidRDefault="008D3852">
            <w:pPr>
              <w:keepNext/>
              <w:rPr>
                <w:sz w:val="16"/>
              </w:rPr>
            </w:pPr>
            <w:r>
              <w:rPr>
                <w:sz w:val="16"/>
              </w:rPr>
              <w:t xml:space="preserve">☐ g) mobilier necesar practicării comerțului de întâmpinare, în baza unui regulament aprobat de consiliul local al unității administrativ-teritoriale sau al </w:t>
            </w:r>
            <w:proofErr w:type="spellStart"/>
            <w:r>
              <w:rPr>
                <w:sz w:val="16"/>
              </w:rPr>
              <w:t>sectorului</w:t>
            </w:r>
            <w:proofErr w:type="spellEnd"/>
            <w:r>
              <w:rPr>
                <w:sz w:val="16"/>
              </w:rPr>
              <w:t xml:space="preserve"> </w:t>
            </w:r>
            <w:proofErr w:type="spellStart"/>
            <w:r>
              <w:rPr>
                <w:sz w:val="16"/>
              </w:rPr>
              <w:t>municipiului</w:t>
            </w:r>
            <w:proofErr w:type="spellEnd"/>
            <w:r>
              <w:rPr>
                <w:sz w:val="16"/>
              </w:rPr>
              <w:t xml:space="preserve"> </w:t>
            </w:r>
            <w:proofErr w:type="spellStart"/>
            <w:r>
              <w:rPr>
                <w:sz w:val="16"/>
              </w:rPr>
              <w:t>București</w:t>
            </w:r>
            <w:proofErr w:type="spellEnd"/>
          </w:p>
          <w:p w14:paraId="4BFCD214" w14:textId="77777777" w:rsidR="0057424D" w:rsidRDefault="0057424D">
            <w:pPr>
              <w:keepNext/>
            </w:pPr>
          </w:p>
        </w:tc>
      </w:tr>
      <w:tr w:rsidR="0092490D" w:rsidRPr="00975330" w14:paraId="311CD8D5" w14:textId="77777777" w:rsidTr="0057424D">
        <w:trPr>
          <w:cantSplit/>
        </w:trPr>
        <w:tc>
          <w:tcPr>
            <w:tcW w:w="10314" w:type="dxa"/>
          </w:tcPr>
          <w:p w14:paraId="30FB72B8" w14:textId="77777777" w:rsidR="0092490D" w:rsidRDefault="008D3852">
            <w:pPr>
              <w:keepNext/>
              <w:rPr>
                <w:sz w:val="16"/>
                <w:lang w:val="fr-FR"/>
              </w:rPr>
            </w:pPr>
            <w:r w:rsidRPr="00990104">
              <w:rPr>
                <w:sz w:val="16"/>
                <w:lang w:val="fr-FR"/>
              </w:rPr>
              <w:t xml:space="preserve">☐ h) </w:t>
            </w:r>
            <w:proofErr w:type="spellStart"/>
            <w:r w:rsidRPr="00990104">
              <w:rPr>
                <w:sz w:val="16"/>
                <w:lang w:val="fr-FR"/>
              </w:rPr>
              <w:t>amenajări</w:t>
            </w:r>
            <w:proofErr w:type="spellEnd"/>
            <w:r w:rsidRPr="00990104">
              <w:rPr>
                <w:sz w:val="16"/>
                <w:lang w:val="fr-FR"/>
              </w:rPr>
              <w:t xml:space="preserve"> </w:t>
            </w:r>
            <w:proofErr w:type="spellStart"/>
            <w:r w:rsidRPr="00990104">
              <w:rPr>
                <w:sz w:val="16"/>
                <w:lang w:val="fr-FR"/>
              </w:rPr>
              <w:t>temporare</w:t>
            </w:r>
            <w:proofErr w:type="spellEnd"/>
            <w:r w:rsidRPr="00990104">
              <w:rPr>
                <w:sz w:val="16"/>
                <w:lang w:val="fr-FR"/>
              </w:rPr>
              <w:t xml:space="preserve"> </w:t>
            </w:r>
            <w:proofErr w:type="spellStart"/>
            <w:r w:rsidRPr="00990104">
              <w:rPr>
                <w:sz w:val="16"/>
                <w:lang w:val="fr-FR"/>
              </w:rPr>
              <w:t>în</w:t>
            </w:r>
            <w:proofErr w:type="spellEnd"/>
            <w:r w:rsidRPr="00990104">
              <w:rPr>
                <w:sz w:val="16"/>
                <w:lang w:val="fr-FR"/>
              </w:rPr>
              <w:t xml:space="preserve"> </w:t>
            </w:r>
            <w:proofErr w:type="spellStart"/>
            <w:r w:rsidRPr="00990104">
              <w:rPr>
                <w:sz w:val="16"/>
                <w:lang w:val="fr-FR"/>
              </w:rPr>
              <w:t>aer</w:t>
            </w:r>
            <w:proofErr w:type="spellEnd"/>
            <w:r w:rsidRPr="00990104">
              <w:rPr>
                <w:sz w:val="16"/>
                <w:lang w:val="fr-FR"/>
              </w:rPr>
              <w:t xml:space="preserve"> liber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activitățile</w:t>
            </w:r>
            <w:proofErr w:type="spellEnd"/>
            <w:r w:rsidRPr="00990104">
              <w:rPr>
                <w:sz w:val="16"/>
                <w:lang w:val="fr-FR"/>
              </w:rPr>
              <w:t xml:space="preserve"> de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întruniri</w:t>
            </w:r>
            <w:proofErr w:type="spellEnd"/>
            <w:r w:rsidRPr="00990104">
              <w:rPr>
                <w:sz w:val="16"/>
                <w:lang w:val="fr-FR"/>
              </w:rPr>
              <w:t xml:space="preserve">, concerte, </w:t>
            </w:r>
            <w:proofErr w:type="spellStart"/>
            <w:r w:rsidRPr="00990104">
              <w:rPr>
                <w:sz w:val="16"/>
                <w:lang w:val="fr-FR"/>
              </w:rPr>
              <w:t>proiecții</w:t>
            </w:r>
            <w:proofErr w:type="spellEnd"/>
            <w:r w:rsidRPr="00990104">
              <w:rPr>
                <w:sz w:val="16"/>
                <w:lang w:val="fr-FR"/>
              </w:rPr>
              <w:t xml:space="preserve"> de filme, </w:t>
            </w:r>
            <w:proofErr w:type="spellStart"/>
            <w:r w:rsidRPr="00990104">
              <w:rPr>
                <w:sz w:val="16"/>
                <w:lang w:val="fr-FR"/>
              </w:rPr>
              <w:t>târguri</w:t>
            </w:r>
            <w:proofErr w:type="spellEnd"/>
            <w:r w:rsidRPr="00990104">
              <w:rPr>
                <w:sz w:val="16"/>
                <w:lang w:val="fr-FR"/>
              </w:rPr>
              <w:t xml:space="preserve">, </w:t>
            </w:r>
            <w:proofErr w:type="spellStart"/>
            <w:r w:rsidRPr="00990104">
              <w:rPr>
                <w:sz w:val="16"/>
                <w:lang w:val="fr-FR"/>
              </w:rPr>
              <w:t>expoziții</w:t>
            </w:r>
            <w:proofErr w:type="spellEnd"/>
            <w:r w:rsidRPr="00990104">
              <w:rPr>
                <w:sz w:val="16"/>
                <w:lang w:val="fr-FR"/>
              </w:rPr>
              <w:t xml:space="preserve">, </w:t>
            </w:r>
            <w:proofErr w:type="spellStart"/>
            <w:r w:rsidRPr="00990104">
              <w:rPr>
                <w:sz w:val="16"/>
                <w:lang w:val="fr-FR"/>
              </w:rPr>
              <w:t>jocuri</w:t>
            </w:r>
            <w:proofErr w:type="spellEnd"/>
            <w:r w:rsidRPr="00990104">
              <w:rPr>
                <w:sz w:val="16"/>
                <w:lang w:val="fr-FR"/>
              </w:rPr>
              <w:t xml:space="preserve"> de </w:t>
            </w:r>
            <w:proofErr w:type="spellStart"/>
            <w:r w:rsidRPr="00990104">
              <w:rPr>
                <w:sz w:val="16"/>
                <w:lang w:val="fr-FR"/>
              </w:rPr>
              <w:t>artificii</w:t>
            </w:r>
            <w:proofErr w:type="spellEnd"/>
            <w:r w:rsidRPr="00990104">
              <w:rPr>
                <w:sz w:val="16"/>
                <w:lang w:val="fr-FR"/>
              </w:rPr>
              <w:t xml:space="preserve"> </w:t>
            </w:r>
            <w:proofErr w:type="spellStart"/>
            <w:r w:rsidRPr="00990104">
              <w:rPr>
                <w:sz w:val="16"/>
                <w:lang w:val="fr-FR"/>
              </w:rPr>
              <w:t>sau</w:t>
            </w:r>
            <w:proofErr w:type="spellEnd"/>
            <w:r w:rsidRPr="00990104">
              <w:rPr>
                <w:sz w:val="16"/>
                <w:lang w:val="fr-FR"/>
              </w:rPr>
              <w:t xml:space="preserv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pirotehnice</w:t>
            </w:r>
            <w:proofErr w:type="spellEnd"/>
            <w:r w:rsidRPr="00990104">
              <w:rPr>
                <w:sz w:val="16"/>
                <w:lang w:val="fr-FR"/>
              </w:rPr>
              <w:t xml:space="preserve">, </w:t>
            </w:r>
            <w:proofErr w:type="spellStart"/>
            <w:r w:rsidRPr="00990104">
              <w:rPr>
                <w:sz w:val="16"/>
                <w:lang w:val="fr-FR"/>
              </w:rPr>
              <w:t>circuri</w:t>
            </w:r>
            <w:proofErr w:type="spellEnd"/>
            <w:r w:rsidRPr="00990104">
              <w:rPr>
                <w:sz w:val="16"/>
                <w:lang w:val="fr-FR"/>
              </w:rPr>
              <w:t xml:space="preserve">, </w:t>
            </w:r>
            <w:proofErr w:type="spellStart"/>
            <w:r w:rsidRPr="00990104">
              <w:rPr>
                <w:sz w:val="16"/>
                <w:lang w:val="fr-FR"/>
              </w:rPr>
              <w:t>alimentație</w:t>
            </w:r>
            <w:proofErr w:type="spellEnd"/>
            <w:r w:rsidRPr="00990104">
              <w:rPr>
                <w:sz w:val="16"/>
                <w:lang w:val="fr-FR"/>
              </w:rPr>
              <w:t xml:space="preserve"> </w:t>
            </w:r>
            <w:proofErr w:type="spellStart"/>
            <w:r w:rsidRPr="00990104">
              <w:rPr>
                <w:sz w:val="16"/>
                <w:lang w:val="fr-FR"/>
              </w:rPr>
              <w:t>publică</w:t>
            </w:r>
            <w:proofErr w:type="spellEnd"/>
            <w:r w:rsidRPr="00990104">
              <w:rPr>
                <w:sz w:val="16"/>
                <w:lang w:val="fr-FR"/>
              </w:rPr>
              <w:t xml:space="preserve">, </w:t>
            </w:r>
            <w:proofErr w:type="spellStart"/>
            <w:r w:rsidRPr="00990104">
              <w:rPr>
                <w:sz w:val="16"/>
                <w:lang w:val="fr-FR"/>
              </w:rPr>
              <w:t>patinoare</w:t>
            </w:r>
            <w:proofErr w:type="spellEnd"/>
            <w:r w:rsidRPr="00990104">
              <w:rPr>
                <w:sz w:val="16"/>
                <w:lang w:val="fr-FR"/>
              </w:rPr>
              <w:t xml:space="preserve">, </w:t>
            </w:r>
            <w:proofErr w:type="spellStart"/>
            <w:r w:rsidRPr="00990104">
              <w:rPr>
                <w:sz w:val="16"/>
                <w:lang w:val="fr-FR"/>
              </w:rPr>
              <w:t>parcuri</w:t>
            </w:r>
            <w:proofErr w:type="spellEnd"/>
            <w:r w:rsidRPr="00990104">
              <w:rPr>
                <w:sz w:val="16"/>
                <w:lang w:val="fr-FR"/>
              </w:rPr>
              <w:t xml:space="preserve"> de </w:t>
            </w:r>
            <w:proofErr w:type="spellStart"/>
            <w:r w:rsidRPr="00990104">
              <w:rPr>
                <w:sz w:val="16"/>
                <w:lang w:val="fr-FR"/>
              </w:rPr>
              <w:t>distracții</w:t>
            </w:r>
            <w:proofErr w:type="spellEnd"/>
          </w:p>
          <w:p w14:paraId="4A8D7DB8" w14:textId="77777777" w:rsidR="0057424D" w:rsidRPr="00990104" w:rsidRDefault="0057424D">
            <w:pPr>
              <w:keepNext/>
              <w:rPr>
                <w:lang w:val="fr-FR"/>
              </w:rPr>
            </w:pPr>
          </w:p>
        </w:tc>
      </w:tr>
      <w:tr w:rsidR="0092490D" w:rsidRPr="00975330" w14:paraId="1F58E5B0" w14:textId="77777777" w:rsidTr="0057424D">
        <w:trPr>
          <w:cantSplit/>
        </w:trPr>
        <w:tc>
          <w:tcPr>
            <w:tcW w:w="10314" w:type="dxa"/>
          </w:tcPr>
          <w:p w14:paraId="1E977335" w14:textId="77777777" w:rsidR="0092490D" w:rsidRDefault="008D3852">
            <w:pPr>
              <w:rPr>
                <w:sz w:val="16"/>
                <w:lang w:val="fr-FR"/>
              </w:rPr>
            </w:pPr>
            <w:r w:rsidRPr="00990104">
              <w:rPr>
                <w:sz w:val="16"/>
                <w:lang w:val="fr-FR"/>
              </w:rPr>
              <w:t xml:space="preserve">☐ i) </w:t>
            </w:r>
            <w:proofErr w:type="spellStart"/>
            <w:r w:rsidRPr="00990104">
              <w:rPr>
                <w:sz w:val="16"/>
                <w:lang w:val="fr-FR"/>
              </w:rPr>
              <w:t>stație</w:t>
            </w:r>
            <w:proofErr w:type="spellEnd"/>
            <w:r w:rsidRPr="00990104">
              <w:rPr>
                <w:sz w:val="16"/>
                <w:lang w:val="fr-FR"/>
              </w:rPr>
              <w:t xml:space="preserve"> </w:t>
            </w:r>
            <w:proofErr w:type="spellStart"/>
            <w:r w:rsidRPr="00990104">
              <w:rPr>
                <w:sz w:val="16"/>
                <w:lang w:val="fr-FR"/>
              </w:rPr>
              <w:t>automată</w:t>
            </w:r>
            <w:proofErr w:type="spellEnd"/>
            <w:r w:rsidRPr="00990104">
              <w:rPr>
                <w:sz w:val="16"/>
                <w:lang w:val="fr-FR"/>
              </w:rPr>
              <w:t xml:space="preserve"> </w:t>
            </w:r>
            <w:proofErr w:type="spellStart"/>
            <w:r w:rsidRPr="00990104">
              <w:rPr>
                <w:sz w:val="16"/>
                <w:lang w:val="fr-FR"/>
              </w:rPr>
              <w:t>fixă</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a </w:t>
            </w:r>
            <w:proofErr w:type="spellStart"/>
            <w:r w:rsidRPr="00990104">
              <w:rPr>
                <w:sz w:val="16"/>
                <w:lang w:val="fr-FR"/>
              </w:rPr>
              <w:t>nivelului</w:t>
            </w:r>
            <w:proofErr w:type="spellEnd"/>
            <w:r w:rsidRPr="00990104">
              <w:rPr>
                <w:sz w:val="16"/>
                <w:lang w:val="fr-FR"/>
              </w:rPr>
              <w:t xml:space="preserve"> de </w:t>
            </w:r>
            <w:proofErr w:type="spellStart"/>
            <w:r w:rsidRPr="00990104">
              <w:rPr>
                <w:sz w:val="16"/>
                <w:lang w:val="fr-FR"/>
              </w:rPr>
              <w:t>zgomot</w:t>
            </w:r>
            <w:proofErr w:type="spellEnd"/>
            <w:r w:rsidRPr="00990104">
              <w:rPr>
                <w:sz w:val="16"/>
                <w:lang w:val="fr-FR"/>
              </w:rPr>
              <w:t xml:space="preserve"> ambiant</w:t>
            </w:r>
          </w:p>
          <w:p w14:paraId="3AB726D1" w14:textId="77777777" w:rsidR="0057424D" w:rsidRPr="00990104" w:rsidRDefault="0057424D">
            <w:pPr>
              <w:rPr>
                <w:lang w:val="fr-FR"/>
              </w:rPr>
            </w:pPr>
          </w:p>
        </w:tc>
      </w:tr>
    </w:tbl>
    <w:p w14:paraId="30704889" w14:textId="77777777" w:rsidR="0092490D" w:rsidRPr="00990104" w:rsidRDefault="0092490D">
      <w:pPr>
        <w:spacing w:line="168" w:lineRule="auto"/>
        <w:rPr>
          <w:lang w:val="fr-FR"/>
        </w:rPr>
      </w:pPr>
    </w:p>
    <w:tbl>
      <w:tblPr>
        <w:tblStyle w:val="Tabelgril"/>
        <w:tblW w:w="10314"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3087"/>
      </w:tblGrid>
      <w:tr w:rsidR="0092490D" w14:paraId="0EB34617" w14:textId="77777777" w:rsidTr="0057424D">
        <w:trPr>
          <w:cantSplit/>
        </w:trPr>
        <w:tc>
          <w:tcPr>
            <w:tcW w:w="10314"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rsidTr="0057424D">
        <w:trPr>
          <w:cantSplit/>
        </w:trPr>
        <w:tc>
          <w:tcPr>
            <w:tcW w:w="10314" w:type="dxa"/>
            <w:gridSpan w:val="6"/>
          </w:tcPr>
          <w:p w14:paraId="254F0568" w14:textId="77777777" w:rsidR="0092490D" w:rsidRDefault="008D3852">
            <w:pPr>
              <w:keepNext/>
              <w:rPr>
                <w:sz w:val="16"/>
              </w:rPr>
            </w:pPr>
            <w:r>
              <w:rPr>
                <w:sz w:val="16"/>
              </w:rPr>
              <w:t xml:space="preserve"> ☐ </w:t>
            </w:r>
            <w:proofErr w:type="spellStart"/>
            <w:r>
              <w:rPr>
                <w:sz w:val="16"/>
              </w:rPr>
              <w:t>teren</w:t>
            </w:r>
            <w:proofErr w:type="spellEnd"/>
            <w:r>
              <w:rPr>
                <w:sz w:val="16"/>
              </w:rPr>
              <w:t xml:space="preserve">     ☐ </w:t>
            </w:r>
            <w:proofErr w:type="spellStart"/>
            <w:r>
              <w:rPr>
                <w:sz w:val="16"/>
              </w:rPr>
              <w:t>construcții</w:t>
            </w:r>
            <w:proofErr w:type="spellEnd"/>
          </w:p>
          <w:p w14:paraId="0E949CD3" w14:textId="77777777" w:rsidR="0057424D" w:rsidRDefault="0057424D">
            <w:pPr>
              <w:keepNext/>
            </w:pPr>
          </w:p>
        </w:tc>
      </w:tr>
      <w:tr w:rsidR="0092490D" w14:paraId="5A367007" w14:textId="77777777" w:rsidTr="0057424D">
        <w:trPr>
          <w:cantSplit/>
          <w:trHeight w:val="510"/>
        </w:trPr>
        <w:tc>
          <w:tcPr>
            <w:tcW w:w="3212" w:type="dxa"/>
            <w:gridSpan w:val="2"/>
          </w:tcPr>
          <w:p w14:paraId="1F8D82FE" w14:textId="77777777" w:rsidR="0092490D" w:rsidRDefault="008D3852">
            <w:pPr>
              <w:keepNext/>
            </w:pPr>
            <w:r>
              <w:rPr>
                <w:b/>
                <w:color w:val="0D5F78"/>
              </w:rPr>
              <w:t>Județ</w:t>
            </w:r>
          </w:p>
          <w:p w14:paraId="12E71F2C" w14:textId="07F71939" w:rsidR="0092490D" w:rsidRDefault="0057424D">
            <w:pPr>
              <w:keepNext/>
            </w:pPr>
            <w:r w:rsidRPr="002946FC">
              <w:rPr>
                <w:b/>
                <w:sz w:val="18"/>
                <w:szCs w:val="18"/>
              </w:rPr>
              <w:t>BISTRIȚA-NĂSĂUD</w:t>
            </w:r>
          </w:p>
        </w:tc>
        <w:tc>
          <w:tcPr>
            <w:tcW w:w="3212" w:type="dxa"/>
            <w:gridSpan w:val="2"/>
          </w:tcPr>
          <w:p w14:paraId="7953D360" w14:textId="77777777" w:rsidR="0092490D" w:rsidRDefault="008D3852" w:rsidP="0057424D">
            <w:pPr>
              <w:keepNext/>
              <w:rPr>
                <w:b/>
                <w:color w:val="0D5F78"/>
              </w:rPr>
            </w:pPr>
            <w:proofErr w:type="spellStart"/>
            <w:r>
              <w:rPr>
                <w:b/>
                <w:color w:val="0D5F78"/>
              </w:rPr>
              <w:t>Municipiu</w:t>
            </w:r>
            <w:r w:rsidR="0057424D">
              <w:rPr>
                <w:b/>
                <w:color w:val="0D5F78"/>
              </w:rPr>
              <w:t>l</w:t>
            </w:r>
            <w:proofErr w:type="spellEnd"/>
          </w:p>
          <w:p w14:paraId="677503DC" w14:textId="1AA20983" w:rsidR="0057424D" w:rsidRDefault="0057424D" w:rsidP="0057424D">
            <w:pPr>
              <w:keepNext/>
            </w:pPr>
            <w:r w:rsidRPr="002946FC">
              <w:rPr>
                <w:b/>
                <w:sz w:val="18"/>
                <w:szCs w:val="18"/>
              </w:rPr>
              <w:t>BISTRIȚA</w:t>
            </w:r>
          </w:p>
        </w:tc>
        <w:tc>
          <w:tcPr>
            <w:tcW w:w="3890" w:type="dxa"/>
            <w:gridSpan w:val="2"/>
          </w:tcPr>
          <w:p w14:paraId="0F21EACA" w14:textId="0D7DDE50" w:rsidR="0092490D" w:rsidRDefault="0057424D">
            <w:pPr>
              <w:keepNext/>
            </w:pPr>
            <w:proofErr w:type="spellStart"/>
            <w:r>
              <w:rPr>
                <w:b/>
                <w:color w:val="0D5F78"/>
              </w:rPr>
              <w:t>Localitatea</w:t>
            </w:r>
            <w:proofErr w:type="spellEnd"/>
            <w:r>
              <w:rPr>
                <w:b/>
                <w:color w:val="0D5F78"/>
              </w:rPr>
              <w:t xml:space="preserve"> </w:t>
            </w:r>
            <w:proofErr w:type="spellStart"/>
            <w:r>
              <w:rPr>
                <w:b/>
                <w:color w:val="0D5F78"/>
              </w:rPr>
              <w:t>componentă</w:t>
            </w:r>
            <w:proofErr w:type="spellEnd"/>
          </w:p>
          <w:p w14:paraId="2338EF06" w14:textId="77777777" w:rsidR="0092490D" w:rsidRDefault="0092490D">
            <w:pPr>
              <w:keepNext/>
            </w:pPr>
          </w:p>
        </w:tc>
      </w:tr>
      <w:tr w:rsidR="0092490D" w14:paraId="51CC4E81" w14:textId="77777777" w:rsidTr="0057424D">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3087"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rsidTr="0057424D">
        <w:trPr>
          <w:cantSplit/>
          <w:trHeight w:val="510"/>
        </w:trPr>
        <w:tc>
          <w:tcPr>
            <w:tcW w:w="5621" w:type="dxa"/>
            <w:gridSpan w:val="3"/>
          </w:tcPr>
          <w:p w14:paraId="25EC7A84" w14:textId="77777777"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14:paraId="7C24D0A6" w14:textId="77777777" w:rsidR="0092490D" w:rsidRPr="00990104" w:rsidRDefault="008D3852">
            <w:pPr>
              <w:keepNext/>
              <w:rPr>
                <w:lang w:val="fr-FR"/>
              </w:rPr>
            </w:pPr>
            <w:proofErr w:type="spellStart"/>
            <w:proofErr w:type="gramStart"/>
            <w:r w:rsidRPr="00990104">
              <w:rPr>
                <w:i/>
                <w:color w:val="7A7A7A"/>
                <w:lang w:val="fr-FR"/>
              </w:rPr>
              <w:t>dacă</w:t>
            </w:r>
            <w:proofErr w:type="spellEnd"/>
            <w:proofErr w:type="gram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14:paraId="2B656113" w14:textId="77777777" w:rsidR="0092490D" w:rsidRPr="00990104" w:rsidRDefault="0092490D">
            <w:pPr>
              <w:keepNext/>
              <w:rPr>
                <w:lang w:val="fr-FR"/>
              </w:rPr>
            </w:pPr>
          </w:p>
        </w:tc>
        <w:tc>
          <w:tcPr>
            <w:tcW w:w="4693" w:type="dxa"/>
            <w:gridSpan w:val="3"/>
          </w:tcPr>
          <w:p w14:paraId="6B49D79D" w14:textId="77777777" w:rsidR="0092490D" w:rsidRDefault="008D3852">
            <w:pPr>
              <w:keepNext/>
            </w:pPr>
            <w:r>
              <w:rPr>
                <w:b/>
                <w:color w:val="0D5F78"/>
              </w:rPr>
              <w:t xml:space="preserve">Carte </w:t>
            </w:r>
            <w:proofErr w:type="spellStart"/>
            <w:r>
              <w:rPr>
                <w:b/>
                <w:color w:val="0D5F78"/>
              </w:rPr>
              <w:t>funciară</w:t>
            </w:r>
            <w:proofErr w:type="spellEnd"/>
            <w:r>
              <w:rPr>
                <w:b/>
                <w:color w:val="0D5F78"/>
              </w:rPr>
              <w:t xml:space="preserve"> nr.</w:t>
            </w:r>
          </w:p>
          <w:p w14:paraId="0AE18757" w14:textId="77777777" w:rsidR="0092490D" w:rsidRDefault="0092490D">
            <w:pPr>
              <w:keepNext/>
            </w:pPr>
          </w:p>
        </w:tc>
      </w:tr>
      <w:tr w:rsidR="0092490D" w14:paraId="47979600" w14:textId="77777777" w:rsidTr="0057424D">
        <w:trPr>
          <w:cantSplit/>
        </w:trPr>
        <w:tc>
          <w:tcPr>
            <w:tcW w:w="10314" w:type="dxa"/>
            <w:gridSpan w:val="6"/>
          </w:tcPr>
          <w:p w14:paraId="0D887906" w14:textId="77777777" w:rsidR="0092490D" w:rsidRDefault="008D3852">
            <w:r>
              <w:rPr>
                <w:sz w:val="16"/>
              </w:rPr>
              <w:t xml:space="preserve"> ☐ extras de carte funciară actualizat, anexat     ☐ plan de încadrare în zonă în sistem Stereo 70, anexat</w:t>
            </w:r>
          </w:p>
        </w:tc>
      </w:tr>
    </w:tbl>
    <w:p w14:paraId="1D624808" w14:textId="77777777" w:rsidR="0092490D" w:rsidRDefault="0092490D">
      <w:pPr>
        <w:spacing w:line="168" w:lineRule="auto"/>
      </w:pPr>
    </w:p>
    <w:tbl>
      <w:tblPr>
        <w:tblStyle w:val="Tabelgril"/>
        <w:tblW w:w="10314"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0314"/>
      </w:tblGrid>
      <w:tr w:rsidR="0092490D" w14:paraId="5B44F8C0" w14:textId="77777777" w:rsidTr="0057424D">
        <w:trPr>
          <w:cantSplit/>
        </w:trPr>
        <w:tc>
          <w:tcPr>
            <w:tcW w:w="10314"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rsidTr="0057424D">
        <w:trPr>
          <w:cantSplit/>
          <w:trHeight w:val="510"/>
        </w:trPr>
        <w:tc>
          <w:tcPr>
            <w:tcW w:w="10314" w:type="dxa"/>
          </w:tcPr>
          <w:p w14:paraId="0007D005" w14:textId="77777777"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elgril"/>
        <w:tblW w:w="10314"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0314"/>
      </w:tblGrid>
      <w:tr w:rsidR="0092490D" w14:paraId="473E4B79" w14:textId="77777777" w:rsidTr="0057424D">
        <w:trPr>
          <w:cantSplit/>
        </w:trPr>
        <w:tc>
          <w:tcPr>
            <w:tcW w:w="10314"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rsidTr="0057424D">
        <w:trPr>
          <w:cantSplit/>
        </w:trPr>
        <w:tc>
          <w:tcPr>
            <w:tcW w:w="10314" w:type="dxa"/>
          </w:tcPr>
          <w:p w14:paraId="3BE23D1F" w14:textId="77777777" w:rsidR="0092490D" w:rsidRDefault="008D3852">
            <w:pPr>
              <w:keepNext/>
              <w:rPr>
                <w:sz w:val="16"/>
                <w:lang w:val="fr-FR"/>
              </w:rPr>
            </w:pPr>
            <w:r w:rsidRPr="00990104">
              <w:rPr>
                <w:sz w:val="16"/>
                <w:lang w:val="fr-FR"/>
              </w:rPr>
              <w:t xml:space="preserve">☐ copie a </w:t>
            </w:r>
            <w:proofErr w:type="spellStart"/>
            <w:r w:rsidRPr="00990104">
              <w:rPr>
                <w:sz w:val="16"/>
                <w:lang w:val="fr-FR"/>
              </w:rPr>
              <w:t>certificatului</w:t>
            </w:r>
            <w:proofErr w:type="spellEnd"/>
            <w:r w:rsidRPr="00990104">
              <w:rPr>
                <w:sz w:val="16"/>
                <w:lang w:val="fr-FR"/>
              </w:rPr>
              <w:t xml:space="preserve"> de </w:t>
            </w:r>
            <w:proofErr w:type="spellStart"/>
            <w:r w:rsidRPr="00990104">
              <w:rPr>
                <w:sz w:val="16"/>
                <w:lang w:val="fr-FR"/>
              </w:rPr>
              <w:t>înregistrare</w:t>
            </w:r>
            <w:proofErr w:type="spellEnd"/>
            <w:r w:rsidRPr="00990104">
              <w:rPr>
                <w:sz w:val="16"/>
                <w:lang w:val="fr-FR"/>
              </w:rPr>
              <w:t xml:space="preserve"> (C.U.I.)</w:t>
            </w:r>
          </w:p>
          <w:p w14:paraId="453BDEFF" w14:textId="77777777" w:rsidR="0057424D" w:rsidRPr="00990104" w:rsidRDefault="0057424D">
            <w:pPr>
              <w:keepNext/>
              <w:rPr>
                <w:lang w:val="fr-FR"/>
              </w:rPr>
            </w:pPr>
          </w:p>
          <w:p w14:paraId="43089B7A" w14:textId="77777777" w:rsidR="0092490D" w:rsidRDefault="008D3852">
            <w:pPr>
              <w:keepNext/>
              <w:rPr>
                <w:sz w:val="16"/>
                <w:lang w:val="fr-FR"/>
              </w:rPr>
            </w:pPr>
            <w:r w:rsidRPr="00990104">
              <w:rPr>
                <w:sz w:val="16"/>
                <w:lang w:val="fr-FR"/>
              </w:rPr>
              <w:t xml:space="preserve">☐ copie a </w:t>
            </w:r>
            <w:proofErr w:type="spellStart"/>
            <w:r w:rsidRPr="00990104">
              <w:rPr>
                <w:sz w:val="16"/>
                <w:lang w:val="fr-FR"/>
              </w:rPr>
              <w:t>actului</w:t>
            </w:r>
            <w:proofErr w:type="spellEnd"/>
            <w:r w:rsidRPr="00990104">
              <w:rPr>
                <w:sz w:val="16"/>
                <w:lang w:val="fr-FR"/>
              </w:rPr>
              <w:t xml:space="preserve"> de </w:t>
            </w:r>
            <w:proofErr w:type="spellStart"/>
            <w:r w:rsidRPr="00990104">
              <w:rPr>
                <w:sz w:val="16"/>
                <w:lang w:val="fr-FR"/>
              </w:rPr>
              <w:t>identitate</w:t>
            </w:r>
            <w:proofErr w:type="spellEnd"/>
            <w:r w:rsidRPr="00990104">
              <w:rPr>
                <w:sz w:val="16"/>
                <w:lang w:val="fr-FR"/>
              </w:rPr>
              <w:t xml:space="preserve"> al </w:t>
            </w:r>
            <w:proofErr w:type="spellStart"/>
            <w:r w:rsidRPr="00990104">
              <w:rPr>
                <w:sz w:val="16"/>
                <w:lang w:val="fr-FR"/>
              </w:rPr>
              <w:t>asociatului</w:t>
            </w:r>
            <w:proofErr w:type="spellEnd"/>
            <w:r w:rsidRPr="00990104">
              <w:rPr>
                <w:sz w:val="16"/>
                <w:lang w:val="fr-FR"/>
              </w:rPr>
              <w:t xml:space="preserve"> / </w:t>
            </w:r>
            <w:proofErr w:type="spellStart"/>
            <w:r w:rsidRPr="00990104">
              <w:rPr>
                <w:sz w:val="16"/>
                <w:lang w:val="fr-FR"/>
              </w:rPr>
              <w:t>administratorului</w:t>
            </w:r>
            <w:proofErr w:type="spellEnd"/>
          </w:p>
          <w:p w14:paraId="714F91C5" w14:textId="77777777" w:rsidR="0057424D" w:rsidRPr="00990104" w:rsidRDefault="0057424D">
            <w:pPr>
              <w:keepNext/>
              <w:rPr>
                <w:lang w:val="fr-FR"/>
              </w:rPr>
            </w:pPr>
          </w:p>
        </w:tc>
      </w:tr>
      <w:tr w:rsidR="0092490D" w:rsidRPr="00975330" w14:paraId="36A877AF" w14:textId="77777777" w:rsidTr="0057424D">
        <w:trPr>
          <w:cantSplit/>
        </w:trPr>
        <w:tc>
          <w:tcPr>
            <w:tcW w:w="10314" w:type="dxa"/>
          </w:tcPr>
          <w:p w14:paraId="32ED229B" w14:textId="77777777" w:rsidR="0092490D" w:rsidRDefault="008D3852">
            <w:pPr>
              <w:keepNext/>
              <w:rPr>
                <w:sz w:val="16"/>
                <w:lang w:val="fr-FR"/>
              </w:rPr>
            </w:pPr>
            <w:r w:rsidRPr="00990104">
              <w:rPr>
                <w:sz w:val="16"/>
                <w:lang w:val="fr-FR"/>
              </w:rPr>
              <w:t xml:space="preserve"> ☐ extras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 plan de </w:t>
            </w:r>
            <w:proofErr w:type="spellStart"/>
            <w:r w:rsidRPr="00990104">
              <w:rPr>
                <w:sz w:val="16"/>
                <w:lang w:val="fr-FR"/>
              </w:rPr>
              <w:t>amplasament</w:t>
            </w:r>
            <w:proofErr w:type="spellEnd"/>
            <w:r w:rsidRPr="00990104">
              <w:rPr>
                <w:sz w:val="16"/>
                <w:lang w:val="fr-FR"/>
              </w:rPr>
              <w:t xml:space="preserve">     ☐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p w14:paraId="2BE977DF" w14:textId="77777777" w:rsidR="0057424D" w:rsidRPr="00990104" w:rsidRDefault="0057424D">
            <w:pPr>
              <w:keepNext/>
              <w:rPr>
                <w:lang w:val="fr-FR"/>
              </w:rPr>
            </w:pPr>
          </w:p>
        </w:tc>
      </w:tr>
      <w:tr w:rsidR="0092490D" w14:paraId="582FCAF4" w14:textId="77777777" w:rsidTr="0057424D">
        <w:trPr>
          <w:cantSplit/>
        </w:trPr>
        <w:tc>
          <w:tcPr>
            <w:tcW w:w="10314" w:type="dxa"/>
          </w:tcPr>
          <w:p w14:paraId="3D1C48BD" w14:textId="77777777" w:rsidR="0092490D" w:rsidRDefault="008D3852">
            <w:pPr>
              <w:keepNext/>
              <w:rPr>
                <w:sz w:val="16"/>
              </w:rPr>
            </w:pPr>
            <w:r w:rsidRPr="00990104">
              <w:rPr>
                <w:sz w:val="16"/>
                <w:lang w:val="fr-FR"/>
              </w:rPr>
              <w:t xml:space="preserve"> </w:t>
            </w:r>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 </w:t>
            </w:r>
            <w:proofErr w:type="spellStart"/>
            <w:r>
              <w:rPr>
                <w:sz w:val="16"/>
              </w:rPr>
              <w:t>avizul</w:t>
            </w:r>
            <w:proofErr w:type="spellEnd"/>
            <w:r>
              <w:rPr>
                <w:sz w:val="16"/>
              </w:rPr>
              <w:t xml:space="preserve"> anterior, </w:t>
            </w:r>
            <w:proofErr w:type="spellStart"/>
            <w:r>
              <w:rPr>
                <w:sz w:val="16"/>
              </w:rPr>
              <w:t>după</w:t>
            </w:r>
            <w:proofErr w:type="spellEnd"/>
            <w:r>
              <w:rPr>
                <w:sz w:val="16"/>
              </w:rPr>
              <w:t xml:space="preserve"> </w:t>
            </w:r>
            <w:proofErr w:type="spellStart"/>
            <w:r>
              <w:rPr>
                <w:sz w:val="16"/>
              </w:rPr>
              <w:t>caz</w:t>
            </w:r>
            <w:proofErr w:type="spellEnd"/>
          </w:p>
          <w:p w14:paraId="78044DF6" w14:textId="77777777" w:rsidR="0057424D" w:rsidRDefault="0057424D">
            <w:pPr>
              <w:keepNext/>
            </w:pPr>
          </w:p>
        </w:tc>
      </w:tr>
      <w:tr w:rsidR="0092490D" w14:paraId="21DFED06" w14:textId="77777777" w:rsidTr="0057424D">
        <w:trPr>
          <w:cantSplit/>
        </w:trPr>
        <w:tc>
          <w:tcPr>
            <w:tcW w:w="10314"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280B1A6B" w14:textId="77777777" w:rsidR="0092490D" w:rsidRDefault="0092490D"/>
          <w:p w14:paraId="44080ABA" w14:textId="77777777" w:rsidR="0057424D" w:rsidRDefault="0057424D"/>
          <w:p w14:paraId="0381FD7B" w14:textId="77777777" w:rsidR="0057424D" w:rsidRDefault="0057424D"/>
        </w:tc>
      </w:tr>
    </w:tbl>
    <w:p w14:paraId="1001F8AC" w14:textId="77777777" w:rsidR="0092490D" w:rsidRDefault="0092490D">
      <w:pPr>
        <w:spacing w:line="168" w:lineRule="auto"/>
      </w:pPr>
    </w:p>
    <w:sectPr w:rsidR="0092490D" w:rsidSect="00034616">
      <w:headerReference w:type="default" r:id="rId11"/>
      <w:footerReference w:type="default" r:id="rId12"/>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888A6" w14:textId="77777777" w:rsidR="003100EF" w:rsidRDefault="003100EF">
      <w:r>
        <w:separator/>
      </w:r>
    </w:p>
  </w:endnote>
  <w:endnote w:type="continuationSeparator" w:id="0">
    <w:p w14:paraId="5E51BB40" w14:textId="77777777" w:rsidR="003100EF" w:rsidRDefault="00310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Subsol"/>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3BA41" w14:textId="77777777" w:rsidR="003100EF" w:rsidRDefault="003100EF">
      <w:r>
        <w:separator/>
      </w:r>
    </w:p>
  </w:footnote>
  <w:footnote w:type="continuationSeparator" w:id="0">
    <w:p w14:paraId="2DCD8065" w14:textId="77777777" w:rsidR="003100EF" w:rsidRDefault="00310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634" w14:textId="3AE7FEBF" w:rsidR="00975330" w:rsidRDefault="00975330">
    <w:pPr>
      <w:pStyle w:val="Antet"/>
      <w:rPr>
        <w:color w:val="595959"/>
      </w:rPr>
    </w:pPr>
    <w:r>
      <w:rPr>
        <w:color w:val="595959"/>
      </w:rPr>
      <w:t xml:space="preserve">F_05 · </w:t>
    </w:r>
    <w:proofErr w:type="spellStart"/>
    <w:r>
      <w:rPr>
        <w:color w:val="595959"/>
      </w:rPr>
      <w:t>versiunea</w:t>
    </w:r>
    <w:proofErr w:type="spellEnd"/>
    <w:r>
      <w:rPr>
        <w:color w:val="595959"/>
      </w:rPr>
      <w:t xml:space="preserve"> 1.0</w:t>
    </w:r>
  </w:p>
  <w:p w14:paraId="2AB49B24" w14:textId="77777777" w:rsidR="00975330" w:rsidRDefault="009753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857845429">
    <w:abstractNumId w:val="8"/>
  </w:num>
  <w:num w:numId="2" w16cid:durableId="1375882756">
    <w:abstractNumId w:val="6"/>
  </w:num>
  <w:num w:numId="3" w16cid:durableId="551694423">
    <w:abstractNumId w:val="5"/>
  </w:num>
  <w:num w:numId="4" w16cid:durableId="1412195344">
    <w:abstractNumId w:val="4"/>
  </w:num>
  <w:num w:numId="5" w16cid:durableId="1321884468">
    <w:abstractNumId w:val="7"/>
  </w:num>
  <w:num w:numId="6" w16cid:durableId="1556815031">
    <w:abstractNumId w:val="3"/>
  </w:num>
  <w:num w:numId="7" w16cid:durableId="946541176">
    <w:abstractNumId w:val="2"/>
  </w:num>
  <w:num w:numId="8" w16cid:durableId="826633663">
    <w:abstractNumId w:val="1"/>
  </w:num>
  <w:num w:numId="9" w16cid:durableId="85736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72F"/>
    <w:rsid w:val="00034616"/>
    <w:rsid w:val="0006063C"/>
    <w:rsid w:val="00111A69"/>
    <w:rsid w:val="0015074B"/>
    <w:rsid w:val="0029639D"/>
    <w:rsid w:val="003100EF"/>
    <w:rsid w:val="00326F90"/>
    <w:rsid w:val="0057424D"/>
    <w:rsid w:val="00627198"/>
    <w:rsid w:val="008D3852"/>
    <w:rsid w:val="0092490D"/>
    <w:rsid w:val="00975330"/>
    <w:rsid w:val="00990104"/>
    <w:rsid w:val="00AA1D8D"/>
    <w:rsid w:val="00AB55EB"/>
    <w:rsid w:val="00B47730"/>
    <w:rsid w:val="00BC56AE"/>
    <w:rsid w:val="00CB0664"/>
    <w:rsid w:val="00D52CF1"/>
    <w:rsid w:val="00DC729B"/>
    <w:rsid w:val="00E61A6B"/>
    <w:rsid w:val="00EC2169"/>
    <w:rsid w:val="00FA0C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deparagrafimplicit"/>
    <w:uiPriority w:val="99"/>
    <w:unhideWhenUsed/>
    <w:rsid w:val="005742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rimariabistrita.ro" TargetMode="External"/><Relationship Id="rId4" Type="http://schemas.openxmlformats.org/officeDocument/2006/relationships/settings" Target="settings.xml"/><Relationship Id="rId9" Type="http://schemas.openxmlformats.org/officeDocument/2006/relationships/hyperlink" Target="mailto:primaria@municipiulbistrita.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556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Floarea-Olivia TIMOCE</cp:lastModifiedBy>
  <cp:revision>2</cp:revision>
  <dcterms:created xsi:type="dcterms:W3CDTF">2013-12-23T23:15:00Z</dcterms:created>
  <dcterms:modified xsi:type="dcterms:W3CDTF">2026-09-23T12:33:00Z</dcterms:modified>
  <cp:category/>
</cp:coreProperties>
</file>