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BB2ADA" w14:paraId="1967A584" w14:textId="77777777" w:rsidTr="00000F7F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0B4A6706" w14:textId="77777777" w:rsidR="00BB2ADA" w:rsidRPr="008B59BF" w:rsidRDefault="00BB2ADA" w:rsidP="00000F7F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7C1C52EE" wp14:editId="65A675B6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405F0C4C" w14:textId="77777777" w:rsidR="00BB2ADA" w:rsidRPr="001D1DDD" w:rsidRDefault="00BB2ADA" w:rsidP="00000F7F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BB2ADA" w14:paraId="35DC837E" w14:textId="77777777" w:rsidTr="00000F7F">
        <w:trPr>
          <w:cantSplit/>
          <w:trHeight w:val="328"/>
        </w:trPr>
        <w:tc>
          <w:tcPr>
            <w:tcW w:w="1606" w:type="dxa"/>
            <w:vMerge/>
          </w:tcPr>
          <w:p w14:paraId="38456DA1" w14:textId="77777777" w:rsidR="00BB2ADA" w:rsidRPr="008B59BF" w:rsidRDefault="00BB2ADA" w:rsidP="00000F7F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5A8B8790" w14:textId="77777777" w:rsidR="00BB2ADA" w:rsidRPr="001D1DDD" w:rsidRDefault="00BB2ADA" w:rsidP="00000F7F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BB2ADA" w14:paraId="5AD06CCA" w14:textId="77777777" w:rsidTr="00000F7F">
        <w:trPr>
          <w:cantSplit/>
          <w:trHeight w:val="1126"/>
        </w:trPr>
        <w:tc>
          <w:tcPr>
            <w:tcW w:w="1606" w:type="dxa"/>
            <w:vMerge/>
          </w:tcPr>
          <w:p w14:paraId="67AD4CFE" w14:textId="77777777" w:rsidR="00BB2ADA" w:rsidRPr="008B59BF" w:rsidRDefault="00BB2ADA" w:rsidP="00000F7F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7E6F8C67" w14:textId="77777777" w:rsidR="00BB2ADA" w:rsidRPr="001D1DDD" w:rsidRDefault="00BB2ADA" w:rsidP="00000F7F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186A4D59" w14:textId="77777777" w:rsidR="00BB2ADA" w:rsidRDefault="00BB2ADA" w:rsidP="00000F7F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4126019C" w14:textId="77777777" w:rsidR="00BB2ADA" w:rsidRPr="001D1DDD" w:rsidRDefault="00BB2ADA" w:rsidP="00000F7F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6A1892F0" w14:textId="77777777" w:rsidR="00BB2ADA" w:rsidRDefault="00BB2ADA" w:rsidP="00000F7F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4BC9F626" w14:textId="77777777" w:rsidR="00BB2ADA" w:rsidRPr="001D1DDD" w:rsidRDefault="00BB2ADA" w:rsidP="00000F7F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1DF4FE67" w14:textId="77777777" w:rsidR="00BB2ADA" w:rsidRPr="006A2001" w:rsidRDefault="00BB2ADA" w:rsidP="00000F7F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BB2ADA" w14:paraId="5A975ECA" w14:textId="77777777" w:rsidTr="00000F7F">
        <w:trPr>
          <w:cantSplit/>
          <w:trHeight w:val="510"/>
        </w:trPr>
        <w:tc>
          <w:tcPr>
            <w:tcW w:w="1606" w:type="dxa"/>
            <w:vMerge/>
          </w:tcPr>
          <w:p w14:paraId="08EA6424" w14:textId="77777777" w:rsidR="00BB2ADA" w:rsidRPr="008B59BF" w:rsidRDefault="00BB2ADA" w:rsidP="00000F7F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3107BFE" w14:textId="77777777" w:rsidR="00BB2ADA" w:rsidRPr="001D1DDD" w:rsidRDefault="00BB2ADA" w:rsidP="00000F7F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4A717A9E" w14:textId="77777777" w:rsidR="00BB2ADA" w:rsidRPr="001D1DDD" w:rsidRDefault="00BB2ADA" w:rsidP="00000F7F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7E79D3D7" w14:textId="77777777" w:rsidR="00BB2ADA" w:rsidRPr="001D1DDD" w:rsidRDefault="00BB2ADA" w:rsidP="00000F7F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22C0D425" w14:textId="77777777" w:rsidR="00BB2ADA" w:rsidRPr="001D1DDD" w:rsidRDefault="00BB2ADA" w:rsidP="00000F7F">
            <w:pPr>
              <w:keepNext/>
              <w:rPr>
                <w:sz w:val="18"/>
                <w:szCs w:val="18"/>
              </w:rPr>
            </w:pPr>
          </w:p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BB2ADA" w:rsidRDefault="00000000">
      <w:pPr>
        <w:spacing w:after="120"/>
        <w:jc w:val="center"/>
        <w:rPr>
          <w:b/>
          <w:bCs/>
          <w:sz w:val="22"/>
          <w:lang w:val="fr-FR"/>
        </w:rPr>
      </w:pPr>
      <w:proofErr w:type="spellStart"/>
      <w:proofErr w:type="gramStart"/>
      <w:r w:rsidRPr="00BB2ADA">
        <w:rPr>
          <w:b/>
          <w:bCs/>
          <w:sz w:val="22"/>
          <w:lang w:val="fr-FR"/>
        </w:rPr>
        <w:t>privind</w:t>
      </w:r>
      <w:proofErr w:type="spellEnd"/>
      <w:proofErr w:type="gramEnd"/>
      <w:r w:rsidRPr="00BB2ADA">
        <w:rPr>
          <w:b/>
          <w:bCs/>
          <w:sz w:val="22"/>
          <w:lang w:val="fr-FR"/>
        </w:rPr>
        <w:t xml:space="preserve"> </w:t>
      </w:r>
      <w:proofErr w:type="spellStart"/>
      <w:r w:rsidRPr="00BB2ADA">
        <w:rPr>
          <w:b/>
          <w:bCs/>
          <w:sz w:val="22"/>
          <w:lang w:val="fr-FR"/>
        </w:rPr>
        <w:t>necesitatea</w:t>
      </w:r>
      <w:proofErr w:type="spellEnd"/>
      <w:r w:rsidRPr="00BB2ADA">
        <w:rPr>
          <w:b/>
          <w:bCs/>
          <w:sz w:val="22"/>
          <w:lang w:val="fr-FR"/>
        </w:rPr>
        <w:t xml:space="preserve"> </w:t>
      </w:r>
      <w:proofErr w:type="spellStart"/>
      <w:r w:rsidRPr="00BB2ADA">
        <w:rPr>
          <w:b/>
          <w:bCs/>
          <w:sz w:val="22"/>
          <w:lang w:val="fr-FR"/>
        </w:rPr>
        <w:t>solicitării</w:t>
      </w:r>
      <w:proofErr w:type="spellEnd"/>
      <w:r w:rsidRPr="00BB2ADA">
        <w:rPr>
          <w:b/>
          <w:bCs/>
          <w:sz w:val="22"/>
          <w:lang w:val="fr-FR"/>
        </w:rPr>
        <w:t xml:space="preserve"> </w:t>
      </w:r>
      <w:proofErr w:type="spellStart"/>
      <w:r w:rsidRPr="00BB2ADA">
        <w:rPr>
          <w:b/>
          <w:bCs/>
          <w:sz w:val="22"/>
          <w:lang w:val="fr-FR"/>
        </w:rPr>
        <w:t>și</w:t>
      </w:r>
      <w:proofErr w:type="spellEnd"/>
      <w:r w:rsidRPr="00BB2ADA">
        <w:rPr>
          <w:b/>
          <w:bCs/>
          <w:sz w:val="22"/>
          <w:lang w:val="fr-FR"/>
        </w:rPr>
        <w:t xml:space="preserve"> </w:t>
      </w:r>
      <w:proofErr w:type="spellStart"/>
      <w:r w:rsidRPr="00BB2ADA">
        <w:rPr>
          <w:b/>
          <w:bCs/>
          <w:sz w:val="22"/>
          <w:lang w:val="fr-FR"/>
        </w:rPr>
        <w:t>emiterii</w:t>
      </w:r>
      <w:proofErr w:type="spellEnd"/>
      <w:r w:rsidRPr="00BB2ADA">
        <w:rPr>
          <w:b/>
          <w:bCs/>
          <w:sz w:val="22"/>
          <w:lang w:val="fr-FR"/>
        </w:rPr>
        <w:t xml:space="preserve"> </w:t>
      </w:r>
      <w:proofErr w:type="spellStart"/>
      <w:r w:rsidRPr="00BB2ADA">
        <w:rPr>
          <w:b/>
          <w:bCs/>
          <w:sz w:val="22"/>
          <w:lang w:val="fr-FR"/>
        </w:rPr>
        <w:t>unei</w:t>
      </w:r>
      <w:proofErr w:type="spellEnd"/>
      <w:r w:rsidRPr="00BB2ADA">
        <w:rPr>
          <w:b/>
          <w:bCs/>
          <w:sz w:val="22"/>
          <w:lang w:val="fr-FR"/>
        </w:rPr>
        <w:t xml:space="preserve"> </w:t>
      </w:r>
      <w:proofErr w:type="spellStart"/>
      <w:r w:rsidRPr="00BB2ADA">
        <w:rPr>
          <w:b/>
          <w:bCs/>
          <w:sz w:val="22"/>
          <w:lang w:val="fr-FR"/>
        </w:rPr>
        <w:t>autorizații</w:t>
      </w:r>
      <w:proofErr w:type="spellEnd"/>
      <w:r w:rsidRPr="00BB2ADA">
        <w:rPr>
          <w:b/>
          <w:bCs/>
          <w:sz w:val="22"/>
          <w:lang w:val="fr-FR"/>
        </w:rPr>
        <w:t xml:space="preserve"> de construire</w:t>
      </w:r>
    </w:p>
    <w:p w14:paraId="1B4B5C28" w14:textId="77777777" w:rsidR="001A0C53" w:rsidRPr="00BB2ADA" w:rsidRDefault="001A0C53">
      <w:pPr>
        <w:spacing w:after="60"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5355"/>
      </w:tblGrid>
      <w:tr w:rsidR="001A0C53" w:rsidRPr="00BB2ADA" w14:paraId="6C2A2698" w14:textId="77777777" w:rsidTr="00BB2ADA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351B1CBC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r w:rsidRPr="00BB2ADA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B2ADA">
              <w:rPr>
                <w:b/>
                <w:sz w:val="18"/>
                <w:szCs w:val="18"/>
              </w:rPr>
              <w:t xml:space="preserve">1. </w:t>
            </w:r>
            <w:r w:rsidRPr="00BB2ADA">
              <w:rPr>
                <w:b/>
                <w:color w:val="000000"/>
                <w:sz w:val="18"/>
                <w:szCs w:val="18"/>
              </w:rPr>
              <w:t>REFERINȚE</w:t>
            </w:r>
          </w:p>
        </w:tc>
      </w:tr>
      <w:tr w:rsidR="001A0C53" w:rsidRPr="00BB2ADA" w14:paraId="43F1111E" w14:textId="77777777" w:rsidTr="00BB2ADA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Notificarea</w:t>
            </w:r>
            <w:proofErr w:type="spellEnd"/>
            <w:r w:rsidRPr="00BB2ADA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2ABB0E32" w14:textId="77777777" w:rsidR="001A0C53" w:rsidRPr="00BB2ADA" w:rsidRDefault="001A0C5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651C4F0E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r w:rsidRPr="00BB2ADA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0A11C373" w14:textId="77777777" w:rsidR="001A0C53" w:rsidRPr="00BB2ADA" w:rsidRDefault="001A0C5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6683D3D0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r w:rsidRPr="00BB2ADA">
              <w:rPr>
                <w:b/>
                <w:color w:val="0D5F78"/>
                <w:sz w:val="18"/>
                <w:szCs w:val="18"/>
              </w:rPr>
              <w:t xml:space="preserve">a </w:t>
            </w: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beneficiarului</w:t>
            </w:r>
            <w:proofErr w:type="spellEnd"/>
          </w:p>
          <w:p w14:paraId="6A61C5E0" w14:textId="77777777" w:rsidR="001A0C53" w:rsidRPr="00BB2ADA" w:rsidRDefault="001A0C53">
            <w:pPr>
              <w:keepNext/>
              <w:rPr>
                <w:sz w:val="18"/>
                <w:szCs w:val="18"/>
              </w:rPr>
            </w:pPr>
          </w:p>
        </w:tc>
      </w:tr>
      <w:tr w:rsidR="001A0C53" w:rsidRPr="00BB2ADA" w14:paraId="0882C2F9" w14:textId="77777777" w:rsidTr="00BB2ADA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Pr="00BB2ADA" w:rsidRDefault="00000000">
            <w:pPr>
              <w:rPr>
                <w:sz w:val="18"/>
                <w:szCs w:val="18"/>
              </w:rPr>
            </w:pP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Proiect</w:t>
            </w:r>
            <w:proofErr w:type="spellEnd"/>
            <w:r w:rsidRPr="00BB2ADA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BB2ADA">
              <w:rPr>
                <w:b/>
                <w:color w:val="0D5F78"/>
                <w:sz w:val="18"/>
                <w:szCs w:val="18"/>
              </w:rPr>
              <w:t>cod</w:t>
            </w:r>
            <w:proofErr w:type="gramEnd"/>
          </w:p>
          <w:p w14:paraId="0705968E" w14:textId="77777777" w:rsidR="001A0C53" w:rsidRPr="00BB2ADA" w:rsidRDefault="001A0C53">
            <w:pPr>
              <w:rPr>
                <w:sz w:val="18"/>
                <w:szCs w:val="18"/>
              </w:rPr>
            </w:pPr>
          </w:p>
        </w:tc>
        <w:tc>
          <w:tcPr>
            <w:tcW w:w="6961" w:type="dxa"/>
            <w:gridSpan w:val="2"/>
          </w:tcPr>
          <w:p w14:paraId="7C6D893E" w14:textId="77777777" w:rsidR="001A0C53" w:rsidRPr="00BB2ADA" w:rsidRDefault="00000000">
            <w:pPr>
              <w:rPr>
                <w:sz w:val="18"/>
                <w:szCs w:val="18"/>
              </w:rPr>
            </w:pP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Imobilul</w:t>
            </w:r>
            <w:proofErr w:type="spellEnd"/>
          </w:p>
          <w:p w14:paraId="1137108E" w14:textId="77777777" w:rsidR="001A0C53" w:rsidRPr="00BB2ADA" w:rsidRDefault="001A0C53">
            <w:pPr>
              <w:rPr>
                <w:sz w:val="18"/>
                <w:szCs w:val="18"/>
              </w:rPr>
            </w:pPr>
          </w:p>
        </w:tc>
      </w:tr>
    </w:tbl>
    <w:p w14:paraId="1B7E8474" w14:textId="77777777" w:rsidR="001A0C53" w:rsidRPr="00BB2ADA" w:rsidRDefault="001A0C5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1A0C53" w:rsidRPr="00BB2ADA" w14:paraId="695DDD03" w14:textId="77777777" w:rsidTr="00BB2ADA">
        <w:trPr>
          <w:cantSplit/>
        </w:trPr>
        <w:tc>
          <w:tcPr>
            <w:tcW w:w="10173" w:type="dxa"/>
            <w:shd w:val="clear" w:color="auto" w:fill="F4F4F4"/>
          </w:tcPr>
          <w:p w14:paraId="5FAC203E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r w:rsidRPr="00BB2ADA">
              <w:rPr>
                <w:b/>
                <w:sz w:val="18"/>
                <w:szCs w:val="18"/>
              </w:rPr>
              <w:t xml:space="preserve"> 2. </w:t>
            </w:r>
            <w:r w:rsidRPr="00BB2ADA">
              <w:rPr>
                <w:b/>
                <w:color w:val="000000"/>
                <w:sz w:val="18"/>
                <w:szCs w:val="18"/>
              </w:rPr>
              <w:t>INFORMAREA</w:t>
            </w:r>
          </w:p>
        </w:tc>
      </w:tr>
      <w:tr w:rsidR="001A0C53" w:rsidRPr="00BB2ADA" w14:paraId="554D78EC" w14:textId="77777777" w:rsidTr="00BB2ADA">
        <w:trPr>
          <w:cantSplit/>
        </w:trPr>
        <w:tc>
          <w:tcPr>
            <w:tcW w:w="10173" w:type="dxa"/>
            <w:shd w:val="clear" w:color="auto" w:fill="F4F4F4"/>
          </w:tcPr>
          <w:p w14:paraId="50F4AAE8" w14:textId="285EA0F2" w:rsidR="001A0C53" w:rsidRPr="00BB2ADA" w:rsidRDefault="00000000">
            <w:pPr>
              <w:keepNext/>
              <w:spacing w:line="228" w:lineRule="auto"/>
              <w:rPr>
                <w:sz w:val="18"/>
                <w:szCs w:val="18"/>
              </w:rPr>
            </w:pPr>
            <w:proofErr w:type="spellStart"/>
            <w:r w:rsidRPr="00BB2ADA">
              <w:rPr>
                <w:sz w:val="18"/>
                <w:szCs w:val="18"/>
              </w:rPr>
              <w:t>Lucrările</w:t>
            </w:r>
            <w:proofErr w:type="spellEnd"/>
            <w:r w:rsidRPr="00BB2ADA">
              <w:rPr>
                <w:sz w:val="18"/>
                <w:szCs w:val="18"/>
              </w:rPr>
              <w:t xml:space="preserve"> care fac </w:t>
            </w:r>
            <w:proofErr w:type="spellStart"/>
            <w:r w:rsidRPr="00BB2ADA">
              <w:rPr>
                <w:sz w:val="18"/>
                <w:szCs w:val="18"/>
              </w:rPr>
              <w:t>obiectul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notificării</w:t>
            </w:r>
            <w:proofErr w:type="spellEnd"/>
            <w:r w:rsidRPr="00BB2ADA">
              <w:rPr>
                <w:sz w:val="18"/>
                <w:szCs w:val="18"/>
              </w:rPr>
              <w:t xml:space="preserve"> NU se </w:t>
            </w:r>
            <w:proofErr w:type="spellStart"/>
            <w:r w:rsidRPr="00BB2ADA">
              <w:rPr>
                <w:sz w:val="18"/>
                <w:szCs w:val="18"/>
              </w:rPr>
              <w:t>încadrează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în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categoriile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prevăzute</w:t>
            </w:r>
            <w:proofErr w:type="spellEnd"/>
            <w:r w:rsidRPr="00BB2ADA">
              <w:rPr>
                <w:sz w:val="18"/>
                <w:szCs w:val="18"/>
              </w:rPr>
              <w:t xml:space="preserve"> la art. 294 din Lege</w:t>
            </w:r>
            <w:r w:rsidR="00290F63" w:rsidRPr="00BB2ADA">
              <w:rPr>
                <w:sz w:val="18"/>
                <w:szCs w:val="18"/>
              </w:rPr>
              <w:t>a nr.169/2026</w:t>
            </w:r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și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necesită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obținerea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autorizației</w:t>
            </w:r>
            <w:proofErr w:type="spellEnd"/>
            <w:r w:rsidRPr="00BB2ADA">
              <w:rPr>
                <w:sz w:val="18"/>
                <w:szCs w:val="18"/>
              </w:rPr>
              <w:t xml:space="preserve"> de </w:t>
            </w:r>
            <w:proofErr w:type="spellStart"/>
            <w:r w:rsidRPr="00BB2ADA">
              <w:rPr>
                <w:sz w:val="18"/>
                <w:szCs w:val="18"/>
              </w:rPr>
              <w:t>construire</w:t>
            </w:r>
            <w:proofErr w:type="spellEnd"/>
            <w:r w:rsidRPr="00BB2ADA">
              <w:rPr>
                <w:sz w:val="18"/>
                <w:szCs w:val="18"/>
              </w:rPr>
              <w:t>.</w:t>
            </w:r>
          </w:p>
        </w:tc>
      </w:tr>
      <w:tr w:rsidR="001A0C53" w:rsidRPr="00BB2ADA" w14:paraId="56B7D206" w14:textId="77777777" w:rsidTr="00BB2ADA">
        <w:trPr>
          <w:cantSplit/>
        </w:trPr>
        <w:tc>
          <w:tcPr>
            <w:tcW w:w="10173" w:type="dxa"/>
            <w:shd w:val="clear" w:color="auto" w:fill="F4F4F4"/>
          </w:tcPr>
          <w:p w14:paraId="1824CC21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Motivarea</w:t>
            </w:r>
            <w:proofErr w:type="spellEnd"/>
            <w:r w:rsidRPr="00BB2ADA">
              <w:rPr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sz w:val="18"/>
                <w:szCs w:val="18"/>
              </w:rPr>
              <w:t>încadrării</w:t>
            </w:r>
            <w:proofErr w:type="spellEnd"/>
          </w:p>
        </w:tc>
      </w:tr>
      <w:tr w:rsidR="001A0C53" w:rsidRPr="00BB2ADA" w14:paraId="266A0E7A" w14:textId="77777777" w:rsidTr="00BB2ADA">
        <w:trPr>
          <w:cantSplit/>
        </w:trPr>
        <w:tc>
          <w:tcPr>
            <w:tcW w:w="10173" w:type="dxa"/>
          </w:tcPr>
          <w:p w14:paraId="65010752" w14:textId="77777777" w:rsidR="001A0C53" w:rsidRPr="00BB2ADA" w:rsidRDefault="001A0C53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7382B824" w14:textId="77777777" w:rsidR="001A0C53" w:rsidRPr="00BB2ADA" w:rsidRDefault="001A0C53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78DF37BC" w14:textId="77777777" w:rsidR="001A0C53" w:rsidRPr="00BB2ADA" w:rsidRDefault="001A0C53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</w:tbl>
    <w:p w14:paraId="4DBA1671" w14:textId="77777777" w:rsidR="001A0C53" w:rsidRPr="00BB2ADA" w:rsidRDefault="001A0C5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2143"/>
      </w:tblGrid>
      <w:tr w:rsidR="001A0C53" w:rsidRPr="00BB2ADA" w14:paraId="3451C745" w14:textId="77777777" w:rsidTr="00BB2ADA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76FBC8C3" w14:textId="77777777" w:rsidR="001A0C53" w:rsidRPr="00BB2ADA" w:rsidRDefault="00000000">
            <w:pPr>
              <w:keepNext/>
              <w:rPr>
                <w:sz w:val="18"/>
                <w:szCs w:val="18"/>
              </w:rPr>
            </w:pPr>
            <w:r w:rsidRPr="00BB2ADA">
              <w:rPr>
                <w:b/>
                <w:sz w:val="18"/>
                <w:szCs w:val="18"/>
              </w:rPr>
              <w:t xml:space="preserve"> 3. </w:t>
            </w:r>
            <w:r w:rsidRPr="00BB2ADA">
              <w:rPr>
                <w:b/>
                <w:color w:val="000000"/>
                <w:sz w:val="18"/>
                <w:szCs w:val="18"/>
              </w:rPr>
              <w:t>SEMNĂTURA</w:t>
            </w:r>
          </w:p>
        </w:tc>
      </w:tr>
      <w:tr w:rsidR="001A0C53" w:rsidRPr="00BB2ADA" w14:paraId="4F9E6B10" w14:textId="77777777" w:rsidTr="00BB2ADA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Pr="00BB2ADA" w:rsidRDefault="00000000">
            <w:pPr>
              <w:rPr>
                <w:sz w:val="18"/>
                <w:szCs w:val="18"/>
              </w:rPr>
            </w:pP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Reprezentantul</w:t>
            </w:r>
            <w:proofErr w:type="spellEnd"/>
            <w:r w:rsidRPr="00BB2ADA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autorității</w:t>
            </w:r>
            <w:proofErr w:type="spellEnd"/>
            <w:r w:rsidRPr="00BB2ADA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numele</w:t>
            </w:r>
            <w:proofErr w:type="spellEnd"/>
            <w:r w:rsidRPr="00BB2ADA">
              <w:rPr>
                <w:b/>
                <w:color w:val="0D5F78"/>
                <w:sz w:val="18"/>
                <w:szCs w:val="18"/>
              </w:rPr>
              <w:t xml:space="preserve"> </w:t>
            </w:r>
          </w:p>
          <w:p w14:paraId="4CDCF2FE" w14:textId="77777777" w:rsidR="001A0C53" w:rsidRPr="00BB2ADA" w:rsidRDefault="001A0C53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5362DCF4" w14:textId="77777777" w:rsidR="001A0C53" w:rsidRPr="00BB2ADA" w:rsidRDefault="00000000">
            <w:pPr>
              <w:rPr>
                <w:sz w:val="18"/>
                <w:szCs w:val="18"/>
              </w:rPr>
            </w:pPr>
            <w:r w:rsidRPr="00BB2ADA">
              <w:rPr>
                <w:b/>
                <w:color w:val="0D5F78"/>
                <w:sz w:val="18"/>
                <w:szCs w:val="18"/>
              </w:rPr>
              <w:t>Data</w:t>
            </w:r>
          </w:p>
          <w:p w14:paraId="12C35EF3" w14:textId="77777777" w:rsidR="001A0C53" w:rsidRPr="00BB2ADA" w:rsidRDefault="001A0C53">
            <w:pPr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6C1E4FBD" w14:textId="3985B498" w:rsidR="001A0C53" w:rsidRPr="00BB2ADA" w:rsidRDefault="00290F63">
            <w:pPr>
              <w:rPr>
                <w:sz w:val="18"/>
                <w:szCs w:val="18"/>
              </w:rPr>
            </w:pPr>
            <w:proofErr w:type="spellStart"/>
            <w:r w:rsidRPr="00BB2ADA">
              <w:rPr>
                <w:b/>
                <w:color w:val="0D5F78"/>
                <w:sz w:val="18"/>
                <w:szCs w:val="18"/>
              </w:rPr>
              <w:t>Semnatura</w:t>
            </w:r>
            <w:proofErr w:type="spellEnd"/>
          </w:p>
          <w:p w14:paraId="61E60017" w14:textId="77777777" w:rsidR="001A0C53" w:rsidRPr="00BB2ADA" w:rsidRDefault="001A0C53">
            <w:pPr>
              <w:rPr>
                <w:sz w:val="18"/>
                <w:szCs w:val="18"/>
              </w:rPr>
            </w:pPr>
          </w:p>
        </w:tc>
      </w:tr>
    </w:tbl>
    <w:p w14:paraId="0B7E368F" w14:textId="77777777" w:rsidR="001A0C53" w:rsidRPr="00BB2ADA" w:rsidRDefault="001A0C53">
      <w:pPr>
        <w:spacing w:line="168" w:lineRule="auto"/>
        <w:rPr>
          <w:sz w:val="18"/>
          <w:szCs w:val="18"/>
        </w:rPr>
      </w:pPr>
    </w:p>
    <w:sectPr w:rsidR="001A0C53" w:rsidRPr="00BB2AD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4C04" w14:textId="77777777" w:rsidR="003026E8" w:rsidRDefault="003026E8">
      <w:r>
        <w:separator/>
      </w:r>
    </w:p>
  </w:endnote>
  <w:endnote w:type="continuationSeparator" w:id="0">
    <w:p w14:paraId="4455EAD4" w14:textId="77777777" w:rsidR="003026E8" w:rsidRDefault="0030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2E38" w14:textId="77777777" w:rsidR="003026E8" w:rsidRDefault="003026E8">
      <w:r>
        <w:separator/>
      </w:r>
    </w:p>
  </w:footnote>
  <w:footnote w:type="continuationSeparator" w:id="0">
    <w:p w14:paraId="574B9FE5" w14:textId="77777777" w:rsidR="003026E8" w:rsidRDefault="00302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C53"/>
    <w:rsid w:val="00290F63"/>
    <w:rsid w:val="0029639D"/>
    <w:rsid w:val="003026E8"/>
    <w:rsid w:val="00326F90"/>
    <w:rsid w:val="006C103E"/>
    <w:rsid w:val="00AA1D8D"/>
    <w:rsid w:val="00AB207E"/>
    <w:rsid w:val="00B47730"/>
    <w:rsid w:val="00BB2ADA"/>
    <w:rsid w:val="00CB0664"/>
    <w:rsid w:val="00E44460"/>
    <w:rsid w:val="00E54D23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BB2A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2</cp:revision>
  <dcterms:created xsi:type="dcterms:W3CDTF">2013-12-23T23:15:00Z</dcterms:created>
  <dcterms:modified xsi:type="dcterms:W3CDTF">2026-09-23T12:14:00Z</dcterms:modified>
  <cp:category/>
</cp:coreProperties>
</file>