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2607" w14:textId="6D6E5C61" w:rsidR="00F03D52" w:rsidRDefault="00F03D52" w:rsidP="00F03D52">
      <w:pPr>
        <w:pStyle w:val="Antet"/>
        <w:rPr>
          <w:color w:val="595959"/>
        </w:rPr>
      </w:pPr>
      <w:r w:rsidRPr="000723B2">
        <w:rPr>
          <w:b/>
          <w:bCs/>
          <w:i/>
          <w:iCs/>
          <w:color w:val="595959"/>
          <w:szCs w:val="15"/>
          <w:u w:val="single"/>
        </w:rPr>
        <w:t>Anexa nr.1</w:t>
      </w:r>
      <w:r w:rsidRPr="00F8517F">
        <w:rPr>
          <w:b/>
          <w:bCs/>
          <w:i/>
          <w:iCs/>
          <w:color w:val="595959"/>
          <w:sz w:val="24"/>
          <w:szCs w:val="24"/>
          <w:u w:val="single"/>
        </w:rPr>
        <w:t xml:space="preserve"> </w:t>
      </w:r>
      <w:r>
        <w:rPr>
          <w:color w:val="595959"/>
        </w:rPr>
        <w:t>F_CU_01 · versiunea 1.0</w:t>
      </w:r>
    </w:p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9C048D" w14:paraId="0982EE5D" w14:textId="77777777" w:rsidTr="00111760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131AF692" w14:textId="77777777" w:rsidR="009C048D" w:rsidRPr="008B59BF" w:rsidRDefault="009C048D" w:rsidP="00111760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48384027" wp14:editId="3101FDEC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0C71EC4D" w14:textId="77777777" w:rsidR="009C048D" w:rsidRPr="001D1DDD" w:rsidRDefault="009C048D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9C048D" w14:paraId="6E4894E9" w14:textId="77777777" w:rsidTr="00111760">
        <w:trPr>
          <w:cantSplit/>
          <w:trHeight w:val="328"/>
        </w:trPr>
        <w:tc>
          <w:tcPr>
            <w:tcW w:w="1606" w:type="dxa"/>
            <w:vMerge/>
          </w:tcPr>
          <w:p w14:paraId="7EFF1596" w14:textId="77777777" w:rsidR="009C048D" w:rsidRPr="008B59BF" w:rsidRDefault="009C048D" w:rsidP="00111760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1AEC175A" w14:textId="77777777" w:rsidR="009C048D" w:rsidRPr="001D1DDD" w:rsidRDefault="009C048D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9C048D" w14:paraId="5CF65FB8" w14:textId="77777777" w:rsidTr="00111760">
        <w:trPr>
          <w:cantSplit/>
          <w:trHeight w:val="1126"/>
        </w:trPr>
        <w:tc>
          <w:tcPr>
            <w:tcW w:w="1606" w:type="dxa"/>
            <w:vMerge/>
          </w:tcPr>
          <w:p w14:paraId="718597D7" w14:textId="77777777" w:rsidR="009C048D" w:rsidRPr="008B59BF" w:rsidRDefault="009C048D" w:rsidP="00111760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2D1F1435" w14:textId="77777777" w:rsidR="009C048D" w:rsidRPr="001D1DDD" w:rsidRDefault="009C048D" w:rsidP="0011176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C570DE6" w14:textId="77777777" w:rsidR="009C048D" w:rsidRDefault="009C048D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52BCDF76" w14:textId="77777777" w:rsidR="009C048D" w:rsidRPr="001D1DDD" w:rsidRDefault="009C048D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32D58078" w14:textId="77777777" w:rsidR="009C048D" w:rsidRDefault="009C048D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43AE43D3" w14:textId="77777777" w:rsidR="009C048D" w:rsidRPr="001D1DDD" w:rsidRDefault="009C048D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0F6CD364" w14:textId="77777777" w:rsidR="009C048D" w:rsidRPr="006A2001" w:rsidRDefault="009C048D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9C048D" w14:paraId="5E1434BE" w14:textId="77777777" w:rsidTr="00111760">
        <w:trPr>
          <w:cantSplit/>
          <w:trHeight w:val="510"/>
        </w:trPr>
        <w:tc>
          <w:tcPr>
            <w:tcW w:w="1606" w:type="dxa"/>
            <w:vMerge/>
          </w:tcPr>
          <w:p w14:paraId="72C2FF1D" w14:textId="77777777" w:rsidR="009C048D" w:rsidRPr="008B59BF" w:rsidRDefault="009C048D" w:rsidP="00111760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3DC2039B" w14:textId="77777777" w:rsidR="009C048D" w:rsidRPr="001D1DDD" w:rsidRDefault="009C048D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571125C0" w14:textId="77777777" w:rsidR="009C048D" w:rsidRPr="001D1DDD" w:rsidRDefault="009C048D" w:rsidP="00111760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47E22BCA" w14:textId="77777777" w:rsidR="009C048D" w:rsidRPr="001D1DDD" w:rsidRDefault="009C048D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4AB6B395" w14:textId="77777777" w:rsidR="009C048D" w:rsidRPr="001D1DDD" w:rsidRDefault="009C048D" w:rsidP="00111760">
            <w:pPr>
              <w:keepNext/>
              <w:rPr>
                <w:sz w:val="18"/>
                <w:szCs w:val="18"/>
              </w:rPr>
            </w:pPr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BD4241" w14:paraId="5B8127F4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38D842A3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1. </w:t>
            </w:r>
            <w:r w:rsidRPr="001D1DDD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BD4241" w:rsidRPr="00917520" w14:paraId="224D3884" w14:textId="77777777" w:rsidTr="00560F10">
        <w:trPr>
          <w:cantSplit/>
          <w:trHeight w:val="389"/>
        </w:trPr>
        <w:tc>
          <w:tcPr>
            <w:tcW w:w="10343" w:type="dxa"/>
          </w:tcPr>
          <w:p w14:paraId="10337CF3" w14:textId="5902216A" w:rsidR="00BD4241" w:rsidRPr="001D1DDD" w:rsidRDefault="00000000" w:rsidP="004C33ED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r w:rsidR="001D1DDD"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 w:rsidR="001D1DDD">
              <w:rPr>
                <w:sz w:val="18"/>
                <w:szCs w:val="18"/>
                <w:lang w:val="fr-FR"/>
              </w:rPr>
              <w:t>:</w:t>
            </w:r>
            <w:r w:rsidR="004C33ED">
              <w:rPr>
                <w:lang w:val="fr-FR"/>
              </w:rPr>
              <w:t xml:space="preserve"> </w:t>
            </w:r>
            <w:r w:rsidR="004C33ED" w:rsidRPr="001F6BAE">
              <w:rPr>
                <w:b/>
                <w:bCs/>
                <w:sz w:val="19"/>
                <w:szCs w:val="19"/>
                <w:lang w:val="fr-FR"/>
              </w:rPr>
              <w:t>PRIM</w:t>
            </w:r>
            <w:r w:rsidR="001D1DDD" w:rsidRPr="001F6BAE">
              <w:rPr>
                <w:b/>
                <w:bCs/>
                <w:sz w:val="19"/>
                <w:szCs w:val="19"/>
                <w:lang w:val="fr-FR"/>
              </w:rPr>
              <w:t>Ă</w:t>
            </w:r>
            <w:r w:rsidR="004C33ED" w:rsidRPr="001F6BAE">
              <w:rPr>
                <w:b/>
                <w:bCs/>
                <w:sz w:val="19"/>
                <w:szCs w:val="19"/>
                <w:lang w:val="fr-FR"/>
              </w:rPr>
              <w:t>RIA MUNICIPIULUI BISTRI</w:t>
            </w:r>
            <w:r w:rsidR="001D1DDD" w:rsidRPr="001F6BAE">
              <w:rPr>
                <w:b/>
                <w:bCs/>
                <w:sz w:val="19"/>
                <w:szCs w:val="19"/>
                <w:lang w:val="fr-FR"/>
              </w:rPr>
              <w:t>Ț</w:t>
            </w:r>
            <w:r w:rsidR="004C33ED" w:rsidRPr="001F6BAE">
              <w:rPr>
                <w:b/>
                <w:bCs/>
                <w:sz w:val="19"/>
                <w:szCs w:val="19"/>
                <w:lang w:val="fr-FR"/>
              </w:rPr>
              <w:t>A</w:t>
            </w:r>
          </w:p>
        </w:tc>
      </w:tr>
    </w:tbl>
    <w:p w14:paraId="4A1A8C50" w14:textId="16170098" w:rsidR="00BD4241" w:rsidRPr="00A256C2" w:rsidRDefault="00240135" w:rsidP="00240135">
      <w:pPr>
        <w:tabs>
          <w:tab w:val="left" w:pos="6375"/>
        </w:tabs>
        <w:spacing w:line="168" w:lineRule="auto"/>
        <w:rPr>
          <w:lang w:val="fr-FR"/>
        </w:rPr>
      </w:pPr>
      <w:r>
        <w:rPr>
          <w:lang w:val="fr-FR"/>
        </w:rPr>
        <w:tab/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313"/>
      </w:tblGrid>
      <w:tr w:rsidR="00BD4241" w14:paraId="6254D53F" w14:textId="77777777" w:rsidTr="00560F10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7785C7F4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2. </w:t>
            </w:r>
            <w:r w:rsidRPr="001D1DDD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BD4241" w14:paraId="7C34C75B" w14:textId="77777777" w:rsidTr="00560F10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06BA1AF7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722" w:type="dxa"/>
            <w:gridSpan w:val="3"/>
          </w:tcPr>
          <w:p w14:paraId="2CA91F04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 w:rsidTr="00560F10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0FD0D623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Act de identitate</w:t>
            </w:r>
          </w:p>
        </w:tc>
      </w:tr>
      <w:tr w:rsidR="00BD4241" w14:paraId="642D4D2F" w14:textId="77777777" w:rsidTr="00560F10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5F5ABD" w:rsidRDefault="00000000">
            <w:pPr>
              <w:keepNext/>
              <w:rPr>
                <w:sz w:val="18"/>
                <w:szCs w:val="18"/>
              </w:rPr>
            </w:pPr>
            <w:r w:rsidRPr="005F5ABD">
              <w:rPr>
                <w:b/>
                <w:color w:val="0D5F78"/>
                <w:sz w:val="18"/>
                <w:szCs w:val="18"/>
              </w:rPr>
              <w:t>Seria</w:t>
            </w:r>
          </w:p>
          <w:p w14:paraId="2CE8C383" w14:textId="77777777" w:rsidR="00BD4241" w:rsidRPr="005F5AB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8A133C8" w14:textId="77777777" w:rsidR="00BD4241" w:rsidRPr="005F5ABD" w:rsidRDefault="00000000">
            <w:pPr>
              <w:keepNext/>
              <w:rPr>
                <w:sz w:val="18"/>
                <w:szCs w:val="18"/>
              </w:rPr>
            </w:pPr>
            <w:r w:rsidRPr="005F5ABD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5B4C6C87" w14:textId="77777777" w:rsidR="00BD4241" w:rsidRPr="005F5AB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0D7A84B1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3041307A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4FED784F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71F40872" w14:textId="77777777" w:rsidTr="00560F10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38F6DFCA" w14:textId="77777777" w:rsidR="00BD4241" w:rsidRPr="005F5ABD" w:rsidRDefault="00000000">
            <w:pPr>
              <w:keepNext/>
              <w:rPr>
                <w:sz w:val="18"/>
                <w:szCs w:val="18"/>
              </w:rPr>
            </w:pPr>
            <w:r w:rsidRPr="005F5ABD">
              <w:rPr>
                <w:sz w:val="18"/>
                <w:szCs w:val="18"/>
              </w:rPr>
              <w:t xml:space="preserve"> Domiciliul</w:t>
            </w:r>
          </w:p>
        </w:tc>
      </w:tr>
      <w:tr w:rsidR="00BD4241" w14:paraId="3933B7C8" w14:textId="77777777" w:rsidTr="00560F10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5F5ABD" w:rsidRDefault="00000000">
            <w:pPr>
              <w:keepNext/>
              <w:rPr>
                <w:sz w:val="18"/>
                <w:szCs w:val="18"/>
              </w:rPr>
            </w:pPr>
            <w:r w:rsidRPr="005F5ABD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02B03665" w14:textId="77777777" w:rsidR="00BD4241" w:rsidRPr="005F5AB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12749B16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1E6E4F5F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08E7A1B8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207F9BCC" w14:textId="77777777" w:rsidTr="00560F10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Nr.</w:t>
            </w:r>
          </w:p>
          <w:p w14:paraId="6DAB33F7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BF58011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Sc.</w:t>
            </w:r>
          </w:p>
          <w:p w14:paraId="743EF765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EA5DB1F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Et.</w:t>
            </w:r>
          </w:p>
          <w:p w14:paraId="2BD410CD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1954877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Ap.</w:t>
            </w:r>
          </w:p>
          <w:p w14:paraId="5709B55A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A7F1969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68FE9CAC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0ACD4FEC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Țara</w:t>
            </w:r>
          </w:p>
          <w:p w14:paraId="017FD79F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45AD70AC" w14:textId="77777777" w:rsidTr="00560F10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5A889AF4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Date de contact</w:t>
            </w:r>
          </w:p>
        </w:tc>
      </w:tr>
      <w:tr w:rsidR="00BD4241" w14:paraId="0056C1DA" w14:textId="77777777" w:rsidTr="00560F10">
        <w:trPr>
          <w:cantSplit/>
          <w:trHeight w:val="510"/>
        </w:trPr>
        <w:tc>
          <w:tcPr>
            <w:tcW w:w="4015" w:type="dxa"/>
            <w:gridSpan w:val="3"/>
          </w:tcPr>
          <w:p w14:paraId="061FE1EC" w14:textId="3F7EB7F0" w:rsidR="00BD4241" w:rsidRPr="001D1DDD" w:rsidRDefault="00000000" w:rsidP="00BF107C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</w:tc>
        <w:tc>
          <w:tcPr>
            <w:tcW w:w="6328" w:type="dxa"/>
            <w:gridSpan w:val="5"/>
          </w:tcPr>
          <w:p w14:paraId="102AC599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53EB2E29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03BDA35B" w14:textId="77777777" w:rsidTr="00560F10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1B576B57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Reprezentare</w:t>
            </w:r>
          </w:p>
        </w:tc>
      </w:tr>
      <w:tr w:rsidR="00BD4241" w14:paraId="652BC137" w14:textId="77777777" w:rsidTr="00560F10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6970A0EC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20DA7EB0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793AF090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17520" w14:paraId="53ABF932" w14:textId="77777777" w:rsidTr="00560F10">
        <w:trPr>
          <w:cantSplit/>
        </w:trPr>
        <w:tc>
          <w:tcPr>
            <w:tcW w:w="10343" w:type="dxa"/>
            <w:gridSpan w:val="8"/>
          </w:tcPr>
          <w:p w14:paraId="5AA05364" w14:textId="04311261" w:rsidR="001D1DDD" w:rsidRPr="001D1DDD" w:rsidRDefault="00000000">
            <w:pPr>
              <w:rPr>
                <w:sz w:val="18"/>
                <w:szCs w:val="18"/>
                <w:lang w:val="fr-FR"/>
              </w:rPr>
            </w:pPr>
            <w:r w:rsidRPr="001D1DDD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55F72AB1" w14:textId="77777777" w:rsidR="00BD4241" w:rsidRPr="00712608" w:rsidRDefault="00000000">
      <w:pPr>
        <w:spacing w:before="80" w:after="60"/>
        <w:jc w:val="center"/>
        <w:rPr>
          <w:b/>
          <w:bCs/>
          <w:sz w:val="18"/>
          <w:szCs w:val="18"/>
          <w:lang w:val="fr-FR"/>
        </w:rPr>
      </w:pPr>
      <w:r w:rsidRPr="00712608">
        <w:rPr>
          <w:b/>
          <w:bCs/>
          <w:sz w:val="18"/>
          <w:szCs w:val="18"/>
          <w:lang w:val="fr-FR"/>
        </w:rPr>
        <w:t>solicit emiterea</w:t>
      </w:r>
    </w:p>
    <w:p w14:paraId="458BA7BA" w14:textId="77777777" w:rsidR="00917520" w:rsidRPr="001D1DDD" w:rsidRDefault="00000000">
      <w:pPr>
        <w:spacing w:after="160"/>
        <w:jc w:val="center"/>
        <w:rPr>
          <w:b/>
          <w:sz w:val="22"/>
          <w:lang w:val="fr-FR"/>
        </w:rPr>
      </w:pPr>
      <w:r w:rsidRPr="001D1DDD">
        <w:rPr>
          <w:b/>
          <w:sz w:val="22"/>
          <w:lang w:val="fr-FR"/>
        </w:rPr>
        <w:t>CERTIFICATULUI DE URBANISM</w:t>
      </w:r>
    </w:p>
    <w:p w14:paraId="062DB540" w14:textId="5897DD0E" w:rsidR="00BD4241" w:rsidRPr="001D1DDD" w:rsidRDefault="00000000">
      <w:pPr>
        <w:spacing w:after="160"/>
        <w:jc w:val="center"/>
        <w:rPr>
          <w:b/>
          <w:sz w:val="22"/>
          <w:lang w:val="fr-FR"/>
        </w:rPr>
      </w:pPr>
      <w:r w:rsidRPr="001D1DDD">
        <w:rPr>
          <w:b/>
          <w:sz w:val="22"/>
          <w:lang w:val="fr-FR"/>
        </w:rPr>
        <w:t xml:space="preserve"> </w:t>
      </w:r>
      <w:r w:rsidR="00D43559">
        <w:rPr>
          <w:b/>
          <w:sz w:val="22"/>
          <w:lang w:val="fr-FR"/>
        </w:rPr>
        <w:t>pentru</w:t>
      </w:r>
    </w:p>
    <w:p w14:paraId="44A1332E" w14:textId="12DABAD3" w:rsidR="00462384" w:rsidRPr="001D1DDD" w:rsidRDefault="00917520">
      <w:pPr>
        <w:spacing w:after="160"/>
        <w:jc w:val="center"/>
        <w:rPr>
          <w:b/>
          <w:sz w:val="22"/>
          <w:lang w:val="fr-FR"/>
        </w:rPr>
      </w:pPr>
      <w:r w:rsidRPr="001D1DDD">
        <w:rPr>
          <w:rFonts w:ascii="Segoe UI Symbol" w:hAnsi="Segoe UI Symbol" w:cs="Segoe UI Symbol"/>
          <w:sz w:val="22"/>
          <w:lang w:val="fr-FR"/>
        </w:rPr>
        <w:t xml:space="preserve">☐ </w:t>
      </w:r>
      <w:r w:rsidR="00462384" w:rsidRPr="001D1DDD">
        <w:rPr>
          <w:b/>
          <w:sz w:val="22"/>
          <w:lang w:val="fr-FR"/>
        </w:rPr>
        <w:t xml:space="preserve">CONSTRUIRE / </w:t>
      </w:r>
      <w:r w:rsidRPr="001D1DDD">
        <w:rPr>
          <w:rFonts w:ascii="Segoe UI Symbol" w:hAnsi="Segoe UI Symbol" w:cs="Segoe UI Symbol"/>
          <w:sz w:val="22"/>
          <w:lang w:val="fr-FR"/>
        </w:rPr>
        <w:t xml:space="preserve">☐ </w:t>
      </w:r>
      <w:r w:rsidR="00462384" w:rsidRPr="001D1DDD">
        <w:rPr>
          <w:b/>
          <w:sz w:val="22"/>
          <w:lang w:val="fr-FR"/>
        </w:rPr>
        <w:t>DESFIINȚARE</w:t>
      </w:r>
    </w:p>
    <w:p w14:paraId="386D6A02" w14:textId="671F2F38" w:rsidR="00BD4241" w:rsidRPr="00D43559" w:rsidRDefault="00A256C2" w:rsidP="001D1DDD">
      <w:pPr>
        <w:spacing w:after="160"/>
        <w:jc w:val="center"/>
        <w:rPr>
          <w:sz w:val="22"/>
          <w:lang w:val="fr-FR"/>
        </w:rPr>
      </w:pPr>
      <w:r w:rsidRPr="00D43559">
        <w:rPr>
          <w:rFonts w:ascii="Segoe UI Symbol" w:hAnsi="Segoe UI Symbol" w:cs="Segoe UI Symbol"/>
          <w:sz w:val="22"/>
          <w:lang w:val="fr-FR"/>
        </w:rPr>
        <w:t>☐</w:t>
      </w:r>
      <w:r w:rsidRPr="00D43559">
        <w:rPr>
          <w:sz w:val="22"/>
          <w:lang w:val="fr-FR"/>
        </w:rPr>
        <w:t xml:space="preserve"> pentru clădiri și amenajări  </w:t>
      </w:r>
      <w:r w:rsidR="00917520" w:rsidRPr="00D43559">
        <w:rPr>
          <w:sz w:val="22"/>
          <w:lang w:val="fr-FR"/>
        </w:rPr>
        <w:t>/</w:t>
      </w:r>
      <w:r w:rsidRPr="00D43559">
        <w:rPr>
          <w:sz w:val="22"/>
          <w:lang w:val="fr-FR"/>
        </w:rPr>
        <w:t xml:space="preserve">   </w:t>
      </w:r>
      <w:r w:rsidR="00462384" w:rsidRPr="00D43559">
        <w:rPr>
          <w:rFonts w:ascii="Segoe UI Symbol" w:hAnsi="Segoe UI Symbol" w:cs="Segoe UI Symbol"/>
          <w:sz w:val="22"/>
          <w:lang w:val="fr-FR"/>
        </w:rPr>
        <w:t>☐</w:t>
      </w:r>
      <w:r w:rsidR="00462384" w:rsidRPr="00D43559">
        <w:rPr>
          <w:sz w:val="22"/>
          <w:lang w:val="fr-FR"/>
        </w:rPr>
        <w:t xml:space="preserve"> lucrări inginerești  </w:t>
      </w:r>
      <w:r w:rsidR="00917520" w:rsidRPr="00D43559">
        <w:rPr>
          <w:sz w:val="22"/>
          <w:lang w:val="fr-FR"/>
        </w:rPr>
        <w:t>/</w:t>
      </w:r>
      <w:r w:rsidR="00462384" w:rsidRPr="00D43559">
        <w:rPr>
          <w:sz w:val="22"/>
          <w:lang w:val="fr-FR"/>
        </w:rPr>
        <w:t xml:space="preserve">   </w:t>
      </w:r>
      <w:r w:rsidRPr="00D43559">
        <w:rPr>
          <w:rFonts w:ascii="Segoe UI Symbol" w:hAnsi="Segoe UI Symbol" w:cs="Segoe UI Symbol"/>
          <w:sz w:val="22"/>
          <w:lang w:val="fr-FR"/>
        </w:rPr>
        <w:t>☐</w:t>
      </w:r>
      <w:r w:rsidRPr="00D43559">
        <w:rPr>
          <w:sz w:val="22"/>
          <w:lang w:val="fr-FR"/>
        </w:rPr>
        <w:t xml:space="preserve"> pentru construc</w:t>
      </w:r>
      <w:r w:rsidRPr="00D43559">
        <w:rPr>
          <w:rFonts w:cs="Times New Roman"/>
          <w:sz w:val="22"/>
          <w:lang w:val="fr-FR"/>
        </w:rPr>
        <w:t>ț</w:t>
      </w:r>
      <w:r w:rsidRPr="00D43559">
        <w:rPr>
          <w:sz w:val="22"/>
          <w:lang w:val="fr-FR"/>
        </w:rPr>
        <w:t>ii cu caracter special</w:t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BD4241" w:rsidRPr="001D1DDD" w14:paraId="0F02257A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5888B12E" w14:textId="1131FE8E" w:rsidR="00BD4241" w:rsidRPr="00D43559" w:rsidRDefault="00000000">
            <w:pPr>
              <w:keepNext/>
              <w:rPr>
                <w:b/>
                <w:bCs/>
                <w:sz w:val="18"/>
                <w:szCs w:val="18"/>
              </w:rPr>
            </w:pPr>
            <w:r w:rsidRPr="001D1DDD">
              <w:rPr>
                <w:sz w:val="18"/>
                <w:szCs w:val="18"/>
                <w:lang w:val="fr-FR"/>
              </w:rPr>
              <w:t xml:space="preserve"> </w:t>
            </w:r>
            <w:r w:rsidRPr="00D43559">
              <w:rPr>
                <w:sz w:val="18"/>
                <w:szCs w:val="18"/>
              </w:rPr>
              <w:t xml:space="preserve">în </w:t>
            </w:r>
            <w:r w:rsidR="00A256C2" w:rsidRPr="00D43559">
              <w:rPr>
                <w:sz w:val="18"/>
                <w:szCs w:val="18"/>
              </w:rPr>
              <w:t>vederea realizării</w:t>
            </w:r>
            <w:r w:rsidR="00A256C2" w:rsidRPr="00D43559">
              <w:rPr>
                <w:b/>
                <w:bCs/>
                <w:sz w:val="18"/>
                <w:szCs w:val="18"/>
              </w:rPr>
              <w:t xml:space="preserve"> obiectivului de investiții</w:t>
            </w:r>
            <w:r w:rsidRPr="00D43559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BD4241" w:rsidRPr="001D1DDD" w14:paraId="50990383" w14:textId="77777777" w:rsidTr="00560F10">
        <w:trPr>
          <w:cantSplit/>
        </w:trPr>
        <w:tc>
          <w:tcPr>
            <w:tcW w:w="10343" w:type="dxa"/>
          </w:tcPr>
          <w:p w14:paraId="3132C2B5" w14:textId="77777777" w:rsidR="00560F10" w:rsidRDefault="00560F10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461177FF" w14:textId="247C7134" w:rsidR="001D1DDD" w:rsidRPr="001D1DDD" w:rsidRDefault="001D1DDD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</w:t>
            </w:r>
            <w:r w:rsidR="00560F10">
              <w:rPr>
                <w:sz w:val="18"/>
                <w:szCs w:val="18"/>
              </w:rPr>
              <w:t>…………</w:t>
            </w:r>
          </w:p>
          <w:p w14:paraId="0B54D5C1" w14:textId="2FBD757E" w:rsidR="001D1DDD" w:rsidRPr="001D1DDD" w:rsidRDefault="001D1DDD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...</w:t>
            </w:r>
            <w:r w:rsidR="00560F10">
              <w:rPr>
                <w:sz w:val="18"/>
                <w:szCs w:val="18"/>
              </w:rPr>
              <w:t>.................</w:t>
            </w: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3116"/>
      </w:tblGrid>
      <w:tr w:rsidR="00BD4241" w14:paraId="02B56E76" w14:textId="77777777" w:rsidTr="00560F10">
        <w:trPr>
          <w:cantSplit/>
        </w:trPr>
        <w:tc>
          <w:tcPr>
            <w:tcW w:w="10343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 w:rsidTr="00560F10">
        <w:trPr>
          <w:cantSplit/>
        </w:trPr>
        <w:tc>
          <w:tcPr>
            <w:tcW w:w="10343" w:type="dxa"/>
            <w:gridSpan w:val="7"/>
          </w:tcPr>
          <w:p w14:paraId="1AD8C5A2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☐ teren     ☐ construcții</w:t>
            </w:r>
          </w:p>
          <w:p w14:paraId="055B5A5F" w14:textId="77777777" w:rsidR="001D1DDD" w:rsidRPr="001D1DDD" w:rsidRDefault="001D1DDD">
            <w:pPr>
              <w:keepNext/>
              <w:rPr>
                <w:sz w:val="18"/>
                <w:szCs w:val="18"/>
              </w:rPr>
            </w:pPr>
          </w:p>
        </w:tc>
      </w:tr>
      <w:tr w:rsidR="00BD4241" w14:paraId="4648DBC2" w14:textId="77777777" w:rsidTr="00560F10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1B01471E" w14:textId="5FF7AB1B" w:rsidR="00BD4241" w:rsidRPr="00D15598" w:rsidRDefault="00D15598">
            <w:pPr>
              <w:keepNext/>
              <w:rPr>
                <w:b/>
                <w:bCs/>
                <w:sz w:val="18"/>
                <w:szCs w:val="18"/>
              </w:rPr>
            </w:pPr>
            <w:r w:rsidRPr="00D15598">
              <w:rPr>
                <w:b/>
                <w:bCs/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3"/>
          </w:tcPr>
          <w:p w14:paraId="38CE09C2" w14:textId="5359240D" w:rsidR="00D43559" w:rsidRDefault="00000000" w:rsidP="00D43559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Municipiu</w:t>
            </w:r>
            <w:r w:rsidR="00D43559">
              <w:rPr>
                <w:b/>
                <w:color w:val="0D5F78"/>
                <w:sz w:val="18"/>
                <w:szCs w:val="18"/>
              </w:rPr>
              <w:t>l</w:t>
            </w:r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</w:p>
          <w:p w14:paraId="204B4E58" w14:textId="37A7BB6D" w:rsidR="00BD4241" w:rsidRPr="00D15598" w:rsidRDefault="00D15598" w:rsidP="00D43559">
            <w:pPr>
              <w:keepNext/>
              <w:rPr>
                <w:b/>
                <w:bCs/>
                <w:sz w:val="18"/>
                <w:szCs w:val="18"/>
              </w:rPr>
            </w:pPr>
            <w:r w:rsidRPr="00D15598">
              <w:rPr>
                <w:b/>
                <w:bCs/>
                <w:sz w:val="18"/>
                <w:szCs w:val="18"/>
              </w:rPr>
              <w:t>BISTRIȚA</w:t>
            </w:r>
          </w:p>
        </w:tc>
        <w:tc>
          <w:tcPr>
            <w:tcW w:w="3919" w:type="dxa"/>
            <w:gridSpan w:val="2"/>
          </w:tcPr>
          <w:p w14:paraId="04095758" w14:textId="1AA3423E" w:rsidR="00BD4241" w:rsidRPr="001D1DDD" w:rsidRDefault="00D15598">
            <w:pPr>
              <w:keepNext/>
              <w:rPr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Localitatea componentă</w:t>
            </w:r>
          </w:p>
          <w:p w14:paraId="7568887B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413F74BA" w14:textId="77777777" w:rsidTr="00560F10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DE8BF00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4FD81C0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C6769DB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Nr.</w:t>
            </w:r>
          </w:p>
          <w:p w14:paraId="0654DEDD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116" w:type="dxa"/>
          </w:tcPr>
          <w:p w14:paraId="00F671C5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09774FDD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06DC80B1" w14:textId="77777777" w:rsidTr="00560F10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1D1DDD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Număr cadastral/ele</w:t>
            </w:r>
          </w:p>
          <w:p w14:paraId="2511787E" w14:textId="77777777" w:rsidR="00BD4241" w:rsidRPr="001D1DDD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2A482E4D" w14:textId="77777777" w:rsidR="00BD4241" w:rsidRPr="001D1DDD" w:rsidRDefault="00BD4241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722" w:type="dxa"/>
            <w:gridSpan w:val="3"/>
          </w:tcPr>
          <w:p w14:paraId="2E25001D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5C821E97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14:paraId="3BF4AAB7" w14:textId="77777777" w:rsidTr="00560F10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Suprafața terenului (m²)</w:t>
            </w:r>
          </w:p>
          <w:p w14:paraId="7A8081F1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525" w:type="dxa"/>
            <w:gridSpan w:val="4"/>
          </w:tcPr>
          <w:p w14:paraId="2F05F5A9" w14:textId="77777777" w:rsidR="00BD4241" w:rsidRPr="001D1DDD" w:rsidRDefault="0000000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Suprafața construcției (m²)</w:t>
            </w:r>
          </w:p>
          <w:p w14:paraId="12AE18A8" w14:textId="77777777" w:rsidR="00BD4241" w:rsidRPr="001D1DDD" w:rsidRDefault="00BD4241">
            <w:pPr>
              <w:keepNext/>
              <w:rPr>
                <w:sz w:val="18"/>
                <w:szCs w:val="18"/>
              </w:rPr>
            </w:pPr>
          </w:p>
        </w:tc>
      </w:tr>
    </w:tbl>
    <w:p w14:paraId="484D8D92" w14:textId="77777777" w:rsidR="00BD4241" w:rsidRDefault="00000000">
      <w:r>
        <w:br w:type="page"/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BD4241" w:rsidRPr="00560F10" w14:paraId="59225C5D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62D9B30B" w14:textId="77777777" w:rsidR="001D1DDD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560F10">
              <w:rPr>
                <w:b/>
                <w:sz w:val="18"/>
                <w:szCs w:val="18"/>
              </w:rPr>
              <w:lastRenderedPageBreak/>
              <w:t xml:space="preserve"> 4. </w:t>
            </w:r>
            <w:r w:rsidRPr="00560F10">
              <w:rPr>
                <w:b/>
                <w:color w:val="000000"/>
                <w:sz w:val="18"/>
                <w:szCs w:val="18"/>
              </w:rPr>
              <w:t>ÎNCADRAREA LUCRĂRILOR</w:t>
            </w:r>
          </w:p>
          <w:p w14:paraId="623CFF7D" w14:textId="7894BB4C" w:rsidR="00D15598" w:rsidRPr="00D15598" w:rsidRDefault="00D15598">
            <w:pPr>
              <w:keepNext/>
              <w:rPr>
                <w:b/>
                <w:color w:val="000000"/>
                <w:sz w:val="18"/>
                <w:szCs w:val="18"/>
              </w:rPr>
            </w:pPr>
          </w:p>
        </w:tc>
      </w:tr>
      <w:tr w:rsidR="00BD4241" w:rsidRPr="00560F10" w14:paraId="6D8D566C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11256C2C" w14:textId="5CCD4351" w:rsidR="001D1DDD" w:rsidRDefault="00000000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>A</w:t>
            </w:r>
            <w:r w:rsidR="005F5ABD">
              <w:rPr>
                <w:b/>
                <w:bCs/>
                <w:sz w:val="18"/>
                <w:szCs w:val="18"/>
                <w:lang w:val="fr-FR"/>
              </w:rPr>
              <w:t>.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 xml:space="preserve"> Lucrări de construcții noi</w:t>
            </w:r>
          </w:p>
          <w:p w14:paraId="163E4297" w14:textId="77AED2DB" w:rsidR="00D15598" w:rsidRPr="00560F10" w:rsidRDefault="00D15598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BD4241" w:rsidRPr="00560F10" w14:paraId="4CBB7AF4" w14:textId="77777777" w:rsidTr="00560F10">
        <w:trPr>
          <w:cantSplit/>
        </w:trPr>
        <w:tc>
          <w:tcPr>
            <w:tcW w:w="10343" w:type="dxa"/>
          </w:tcPr>
          <w:p w14:paraId="438531E8" w14:textId="42824D8D" w:rsidR="00BD4241" w:rsidRPr="00560F10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D43559"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clădiri civile     ☐ clădiri industriale     ☐ clădiri agricole     ☐ construcții cu caracter special</w:t>
            </w:r>
          </w:p>
          <w:p w14:paraId="62395695" w14:textId="77777777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00BD24BB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73A6A089" w14:textId="77777777" w:rsidR="00BD4241" w:rsidRPr="00560F10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917520" w:rsidRPr="00560F10">
              <w:rPr>
                <w:sz w:val="18"/>
                <w:szCs w:val="18"/>
                <w:lang w:val="fr-FR"/>
              </w:rPr>
              <w:t>r</w:t>
            </w:r>
            <w:r w:rsidRPr="00560F10">
              <w:rPr>
                <w:sz w:val="18"/>
                <w:szCs w:val="18"/>
                <w:lang w:val="fr-FR"/>
              </w:rPr>
              <w:t>ealizate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(se va bifa, în masura în care sunt cunoscute solicitantului informațiile cu privire la amplasarea în zona de protecție/protejată) </w:t>
            </w:r>
            <w:r w:rsidRPr="00560F10">
              <w:rPr>
                <w:sz w:val="18"/>
                <w:szCs w:val="18"/>
                <w:lang w:val="fr-FR"/>
              </w:rPr>
              <w:t>:</w:t>
            </w:r>
          </w:p>
          <w:p w14:paraId="4F68C0E6" w14:textId="043F5594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16707DF8" w14:textId="77777777" w:rsidTr="00560F10">
        <w:trPr>
          <w:cantSplit/>
        </w:trPr>
        <w:tc>
          <w:tcPr>
            <w:tcW w:w="10343" w:type="dxa"/>
          </w:tcPr>
          <w:p w14:paraId="3CDAE2BC" w14:textId="063536C1" w:rsidR="00D43559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D43559">
              <w:rPr>
                <w:sz w:val="18"/>
                <w:szCs w:val="18"/>
                <w:lang w:val="fr-FR"/>
              </w:rPr>
              <w:t xml:space="preserve">                    </w:t>
            </w:r>
            <w:r w:rsidRPr="00560F10">
              <w:rPr>
                <w:sz w:val="18"/>
                <w:szCs w:val="18"/>
                <w:lang w:val="fr-FR"/>
              </w:rPr>
              <w:t xml:space="preserve">☐ în afara zonei de protecție a monumentelor   </w:t>
            </w:r>
            <w:r w:rsidR="00D43559">
              <w:rPr>
                <w:sz w:val="18"/>
                <w:szCs w:val="18"/>
                <w:lang w:val="fr-FR"/>
              </w:rPr>
              <w:t xml:space="preserve">     </w:t>
            </w:r>
            <w:r w:rsidRPr="00560F10">
              <w:rPr>
                <w:sz w:val="18"/>
                <w:szCs w:val="18"/>
                <w:lang w:val="fr-FR"/>
              </w:rPr>
              <w:t xml:space="preserve">  ☐ în zona de protecție a monumentelor    </w:t>
            </w:r>
          </w:p>
          <w:p w14:paraId="2132DAA8" w14:textId="54601C94" w:rsidR="00BD4241" w:rsidRPr="00560F10" w:rsidRDefault="00D4355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 xml:space="preserve">☐ în afara zonelor construite protejate  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☐ în zone construite protejate  </w:t>
            </w:r>
            <w:r>
              <w:rPr>
                <w:sz w:val="18"/>
                <w:szCs w:val="18"/>
                <w:lang w:val="fr-FR"/>
              </w:rPr>
              <w:t xml:space="preserve">  </w:t>
            </w:r>
            <w:r w:rsidR="00A256C2" w:rsidRPr="00560F10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nu sunt cunoscute solicitantului astfel de informații     </w:t>
            </w:r>
          </w:p>
          <w:p w14:paraId="7336BFFF" w14:textId="18BC78A2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53A5BE4F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751C5C80" w14:textId="2049F5D0" w:rsidR="00917520" w:rsidRPr="00560F10" w:rsidRDefault="00000000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560F10">
              <w:rPr>
                <w:b/>
                <w:bCs/>
                <w:sz w:val="18"/>
                <w:szCs w:val="18"/>
                <w:lang w:val="fr-FR"/>
              </w:rPr>
              <w:t xml:space="preserve"> B</w:t>
            </w:r>
            <w:r w:rsidR="00917520" w:rsidRPr="00560F10">
              <w:rPr>
                <w:b/>
                <w:bCs/>
                <w:sz w:val="18"/>
                <w:szCs w:val="18"/>
                <w:lang w:val="fr-FR"/>
              </w:rPr>
              <w:t>.</w:t>
            </w:r>
            <w:r w:rsidR="005F5ABD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>Intervenții asupra construcțiilor existente</w:t>
            </w:r>
            <w:r w:rsidR="00917520" w:rsidRPr="00560F10">
              <w:rPr>
                <w:b/>
                <w:bCs/>
                <w:sz w:val="18"/>
                <w:szCs w:val="18"/>
                <w:lang w:val="fr-FR"/>
              </w:rPr>
              <w:t xml:space="preserve"> realizate : </w:t>
            </w:r>
          </w:p>
          <w:p w14:paraId="5AF8E044" w14:textId="6634ABEF" w:rsidR="00BD4241" w:rsidRPr="00560F10" w:rsidRDefault="00917520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☐ 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>B.1. la alte clădiri decât cele prevăzute la lit. B.2</w:t>
            </w:r>
            <w:r w:rsidR="005F5ABD">
              <w:rPr>
                <w:b/>
                <w:bCs/>
                <w:sz w:val="18"/>
                <w:szCs w:val="18"/>
                <w:lang w:val="fr-FR"/>
              </w:rPr>
              <w:t>.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 xml:space="preserve"> și B.3</w:t>
            </w:r>
            <w:r w:rsidR="005F5ABD">
              <w:rPr>
                <w:b/>
                <w:bCs/>
                <w:sz w:val="18"/>
                <w:szCs w:val="18"/>
                <w:lang w:val="fr-FR"/>
              </w:rPr>
              <w:t>.</w:t>
            </w:r>
          </w:p>
          <w:p w14:paraId="749D5A7F" w14:textId="7913D592" w:rsidR="001D1DDD" w:rsidRPr="00560F10" w:rsidRDefault="001D1DDD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BD4241" w:rsidRPr="00560F10" w14:paraId="68DB9200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1F2F6725" w14:textId="246C009C" w:rsidR="001D1DDD" w:rsidRDefault="00000000">
            <w:pPr>
              <w:keepNext/>
              <w:rPr>
                <w:b/>
                <w:bCs/>
                <w:sz w:val="18"/>
                <w:szCs w:val="18"/>
              </w:rPr>
            </w:pPr>
            <w:r w:rsidRPr="00560F10">
              <w:rPr>
                <w:sz w:val="18"/>
                <w:szCs w:val="18"/>
              </w:rPr>
              <w:t xml:space="preserve"> </w:t>
            </w:r>
            <w:r w:rsidR="00917520" w:rsidRPr="00560F10">
              <w:rPr>
                <w:sz w:val="18"/>
                <w:szCs w:val="18"/>
                <w:lang w:val="fr-FR"/>
              </w:rPr>
              <w:t xml:space="preserve">☐ </w:t>
            </w:r>
            <w:r w:rsidRPr="00560F10">
              <w:rPr>
                <w:b/>
                <w:bCs/>
                <w:sz w:val="18"/>
                <w:szCs w:val="18"/>
              </w:rPr>
              <w:t>B.2</w:t>
            </w:r>
            <w:r w:rsidR="005F5ABD">
              <w:rPr>
                <w:b/>
                <w:bCs/>
                <w:sz w:val="18"/>
                <w:szCs w:val="18"/>
              </w:rPr>
              <w:t xml:space="preserve">. </w:t>
            </w:r>
            <w:r w:rsidRPr="00560F10">
              <w:rPr>
                <w:b/>
                <w:bCs/>
                <w:sz w:val="18"/>
                <w:szCs w:val="18"/>
              </w:rPr>
              <w:t>l</w:t>
            </w:r>
            <w:r w:rsidR="00917520" w:rsidRPr="00560F10">
              <w:rPr>
                <w:b/>
                <w:bCs/>
                <w:sz w:val="18"/>
                <w:szCs w:val="18"/>
              </w:rPr>
              <w:t>a construcții</w:t>
            </w:r>
            <w:r w:rsidRPr="00560F10">
              <w:rPr>
                <w:b/>
                <w:bCs/>
                <w:sz w:val="18"/>
                <w:szCs w:val="18"/>
              </w:rPr>
              <w:t>:</w:t>
            </w:r>
          </w:p>
          <w:p w14:paraId="43929143" w14:textId="0535B008" w:rsidR="00D15598" w:rsidRPr="00560F10" w:rsidRDefault="00D15598">
            <w:pPr>
              <w:keepNext/>
              <w:rPr>
                <w:b/>
                <w:bCs/>
                <w:sz w:val="18"/>
                <w:szCs w:val="18"/>
              </w:rPr>
            </w:pPr>
          </w:p>
        </w:tc>
      </w:tr>
      <w:tr w:rsidR="00BD4241" w:rsidRPr="00560F10" w14:paraId="38C10CCA" w14:textId="77777777" w:rsidTr="00560F10">
        <w:trPr>
          <w:cantSplit/>
        </w:trPr>
        <w:tc>
          <w:tcPr>
            <w:tcW w:w="10343" w:type="dxa"/>
          </w:tcPr>
          <w:p w14:paraId="14A5775A" w14:textId="1BE5DFFC" w:rsidR="00D15598" w:rsidRDefault="00D15598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  <w:r w:rsidRPr="00560F10">
              <w:rPr>
                <w:sz w:val="18"/>
                <w:szCs w:val="18"/>
              </w:rPr>
              <w:t xml:space="preserve">☐ monument istoric stabilite potrivit Legii nr. 422/2001 privind protejarea monumentelor istorice, republicată, cu modificările </w:t>
            </w:r>
            <w:r>
              <w:rPr>
                <w:sz w:val="18"/>
                <w:szCs w:val="18"/>
              </w:rPr>
              <w:t xml:space="preserve">  </w:t>
            </w:r>
          </w:p>
          <w:p w14:paraId="72F73BC3" w14:textId="77777777" w:rsidR="001D1DDD" w:rsidRDefault="00D15598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</w:t>
            </w:r>
            <w:r w:rsidRPr="00560F10">
              <w:rPr>
                <w:sz w:val="18"/>
                <w:szCs w:val="18"/>
              </w:rPr>
              <w:t>și completările ulterioare, inclusiv la anexele acestora identificate în același imobil (teren și/sau construcții)</w:t>
            </w:r>
          </w:p>
          <w:p w14:paraId="4A7D01F6" w14:textId="562A673A" w:rsidR="00D43559" w:rsidRPr="00560F10" w:rsidRDefault="00D43559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560F10" w14:paraId="68A8984F" w14:textId="77777777" w:rsidTr="00560F10">
        <w:trPr>
          <w:cantSplit/>
        </w:trPr>
        <w:tc>
          <w:tcPr>
            <w:tcW w:w="10343" w:type="dxa"/>
          </w:tcPr>
          <w:p w14:paraId="39F6059D" w14:textId="5CCE7E24" w:rsidR="00BD4241" w:rsidRPr="00560F10" w:rsidRDefault="00D15598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  <w:r w:rsidRPr="00560F10">
              <w:rPr>
                <w:sz w:val="18"/>
                <w:szCs w:val="18"/>
              </w:rPr>
              <w:t>☐ aflate în zona de protecție a monumentelor istorice</w:t>
            </w:r>
          </w:p>
          <w:p w14:paraId="611473BA" w14:textId="6A0B37E4" w:rsidR="001D1DDD" w:rsidRPr="00560F10" w:rsidRDefault="001D1DDD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560F10" w14:paraId="2E03D770" w14:textId="77777777" w:rsidTr="00560F10">
        <w:trPr>
          <w:cantSplit/>
        </w:trPr>
        <w:tc>
          <w:tcPr>
            <w:tcW w:w="10343" w:type="dxa"/>
          </w:tcPr>
          <w:p w14:paraId="3C0A555A" w14:textId="59F474AB" w:rsidR="00BD4241" w:rsidRPr="00560F10" w:rsidRDefault="00D15598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aflate în zone construite protejate, stabilite potrivit legii</w:t>
            </w:r>
          </w:p>
          <w:p w14:paraId="26E80490" w14:textId="059D6448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399BC221" w14:textId="77777777" w:rsidTr="00560F10">
        <w:trPr>
          <w:cantSplit/>
        </w:trPr>
        <w:tc>
          <w:tcPr>
            <w:tcW w:w="10343" w:type="dxa"/>
          </w:tcPr>
          <w:p w14:paraId="08D65CAA" w14:textId="122CA7B4" w:rsidR="00BD4241" w:rsidRPr="00560F10" w:rsidRDefault="00D15598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cu valoare arhitecturală sau istorică deosebită, stabilite prin documentații de urbanism aprobate</w:t>
            </w:r>
          </w:p>
          <w:p w14:paraId="646CB655" w14:textId="3A8D83ED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0E0553C6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7B26CA15" w14:textId="7BC91D04" w:rsidR="00BD4241" w:rsidRPr="00560F10" w:rsidRDefault="00917520">
            <w:pPr>
              <w:keepNext/>
              <w:rPr>
                <w:sz w:val="18"/>
                <w:szCs w:val="18"/>
                <w:lang w:val="fr-FR"/>
              </w:rPr>
            </w:pPr>
            <w:r w:rsidRPr="00560F10">
              <w:rPr>
                <w:b/>
                <w:bCs/>
                <w:sz w:val="18"/>
                <w:szCs w:val="18"/>
                <w:lang w:val="fr-FR"/>
              </w:rPr>
              <w:t>☐  B.3</w:t>
            </w:r>
            <w:r w:rsidR="005F5ABD">
              <w:rPr>
                <w:b/>
                <w:bCs/>
                <w:sz w:val="18"/>
                <w:szCs w:val="18"/>
                <w:lang w:val="fr-FR"/>
              </w:rPr>
              <w:t xml:space="preserve">. </w:t>
            </w:r>
            <w:r w:rsidRPr="00560F10">
              <w:rPr>
                <w:b/>
                <w:bCs/>
                <w:sz w:val="18"/>
                <w:szCs w:val="18"/>
                <w:lang w:val="fr-FR"/>
              </w:rPr>
              <w:t>la clădiri / construcții cu caracter special</w:t>
            </w:r>
            <w:r w:rsidRPr="00560F10">
              <w:rPr>
                <w:sz w:val="18"/>
                <w:szCs w:val="18"/>
                <w:lang w:val="fr-FR"/>
              </w:rPr>
              <w:t xml:space="preserve">           </w:t>
            </w:r>
            <w:r w:rsidR="005F5ABD">
              <w:rPr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sz w:val="18"/>
                <w:szCs w:val="18"/>
                <w:lang w:val="fr-FR"/>
              </w:rPr>
              <w:t xml:space="preserve">  ☐ altele decât cele stabilite la lit. B.2</w:t>
            </w:r>
            <w:r w:rsidR="005F5ABD">
              <w:rPr>
                <w:sz w:val="18"/>
                <w:szCs w:val="18"/>
                <w:lang w:val="fr-FR"/>
              </w:rPr>
              <w:t>.</w:t>
            </w:r>
          </w:p>
          <w:p w14:paraId="2773515E" w14:textId="1E16CC47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239F77F8" w14:textId="77777777" w:rsidTr="00560F10">
        <w:trPr>
          <w:cantSplit/>
        </w:trPr>
        <w:tc>
          <w:tcPr>
            <w:tcW w:w="10343" w:type="dxa"/>
          </w:tcPr>
          <w:p w14:paraId="608C0336" w14:textId="7133C8FD" w:rsidR="00BD4241" w:rsidRPr="00560F10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917520" w:rsidRPr="00560F10">
              <w:rPr>
                <w:sz w:val="18"/>
                <w:szCs w:val="18"/>
                <w:lang w:val="fr-FR"/>
              </w:rPr>
              <w:t xml:space="preserve">                                                                                                ☐ din categoria celor stabilite la lit. B.2</w:t>
            </w:r>
            <w:r w:rsidR="005F5ABD">
              <w:rPr>
                <w:sz w:val="18"/>
                <w:szCs w:val="18"/>
                <w:lang w:val="fr-FR"/>
              </w:rPr>
              <w:t>.</w:t>
            </w:r>
          </w:p>
          <w:p w14:paraId="7D6B977C" w14:textId="5D3DCD24" w:rsidR="001D1DDD" w:rsidRPr="00560F10" w:rsidRDefault="001D1DD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560F10" w14:paraId="61FD499A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1251A242" w14:textId="546DBA74" w:rsidR="001D1DDD" w:rsidRDefault="00000000">
            <w:pPr>
              <w:keepNext/>
              <w:rPr>
                <w:b/>
                <w:bCs/>
                <w:sz w:val="18"/>
                <w:szCs w:val="18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Pr="00D15598">
              <w:rPr>
                <w:b/>
                <w:bCs/>
                <w:sz w:val="18"/>
                <w:szCs w:val="18"/>
              </w:rPr>
              <w:t>C</w:t>
            </w:r>
            <w:r w:rsidR="005F5ABD">
              <w:rPr>
                <w:b/>
                <w:bCs/>
                <w:sz w:val="18"/>
                <w:szCs w:val="18"/>
              </w:rPr>
              <w:t xml:space="preserve">. </w:t>
            </w:r>
            <w:r w:rsidRPr="00D15598">
              <w:rPr>
                <w:b/>
                <w:bCs/>
                <w:sz w:val="18"/>
                <w:szCs w:val="18"/>
              </w:rPr>
              <w:t>Amenajări</w:t>
            </w:r>
          </w:p>
          <w:p w14:paraId="37CA2BC1" w14:textId="2E54C5D1" w:rsidR="00D15598" w:rsidRPr="00D15598" w:rsidRDefault="00D15598">
            <w:pPr>
              <w:keepNext/>
              <w:rPr>
                <w:b/>
                <w:bCs/>
                <w:sz w:val="18"/>
                <w:szCs w:val="18"/>
              </w:rPr>
            </w:pPr>
          </w:p>
        </w:tc>
      </w:tr>
      <w:tr w:rsidR="00BD4241" w:rsidRPr="00560F10" w14:paraId="34F7FA5C" w14:textId="77777777" w:rsidTr="00560F10">
        <w:trPr>
          <w:cantSplit/>
        </w:trPr>
        <w:tc>
          <w:tcPr>
            <w:tcW w:w="10343" w:type="dxa"/>
          </w:tcPr>
          <w:p w14:paraId="6C5C8177" w14:textId="11BC9C82" w:rsidR="00D15598" w:rsidRDefault="00000000">
            <w:pPr>
              <w:keepNext/>
              <w:rPr>
                <w:sz w:val="18"/>
                <w:szCs w:val="18"/>
              </w:rPr>
            </w:pPr>
            <w:r w:rsidRPr="00560F10">
              <w:rPr>
                <w:sz w:val="18"/>
                <w:szCs w:val="18"/>
              </w:rPr>
              <w:t xml:space="preserve"> </w:t>
            </w:r>
            <w:r w:rsidR="00D15598">
              <w:rPr>
                <w:sz w:val="18"/>
                <w:szCs w:val="18"/>
              </w:rPr>
              <w:t xml:space="preserve">                     </w:t>
            </w:r>
            <w:r w:rsidRPr="00560F10">
              <w:rPr>
                <w:sz w:val="18"/>
                <w:szCs w:val="18"/>
              </w:rPr>
              <w:t xml:space="preserve">☐ amenajări civile     ☐ amenajări și îmbunătățiri funciare    ☐ construcții provizorii / cu caracter temporar   </w:t>
            </w:r>
          </w:p>
          <w:p w14:paraId="365BEE2E" w14:textId="77777777" w:rsidR="00D15598" w:rsidRDefault="00D15598">
            <w:pPr>
              <w:keepNext/>
              <w:rPr>
                <w:sz w:val="18"/>
                <w:szCs w:val="18"/>
              </w:rPr>
            </w:pPr>
          </w:p>
          <w:p w14:paraId="7BAB5651" w14:textId="0BCCD3AA" w:rsidR="00D15598" w:rsidRDefault="00D15598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</w:t>
            </w:r>
            <w:r w:rsidRPr="00560F10">
              <w:rPr>
                <w:sz w:val="18"/>
                <w:szCs w:val="18"/>
              </w:rPr>
              <w:t xml:space="preserve">☐ cercetarea / prospectarea </w:t>
            </w:r>
            <w:r>
              <w:rPr>
                <w:sz w:val="18"/>
                <w:szCs w:val="18"/>
              </w:rPr>
              <w:t>t</w:t>
            </w:r>
            <w:r w:rsidRPr="00560F10">
              <w:rPr>
                <w:sz w:val="18"/>
                <w:szCs w:val="18"/>
              </w:rPr>
              <w:t xml:space="preserve">erenurilor, foraje, excavări  </w:t>
            </w:r>
            <w:r>
              <w:rPr>
                <w:sz w:val="18"/>
                <w:szCs w:val="18"/>
              </w:rPr>
              <w:t xml:space="preserve"> </w:t>
            </w:r>
            <w:r w:rsidRPr="00560F1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</w:t>
            </w:r>
            <w:r w:rsidRPr="00560F10">
              <w:rPr>
                <w:sz w:val="18"/>
                <w:szCs w:val="18"/>
              </w:rPr>
              <w:t xml:space="preserve">  ☐ cercetări pentru zăcăminte naturale     ☐ spații verzi, plantate </w:t>
            </w:r>
          </w:p>
          <w:p w14:paraId="32ACAD1B" w14:textId="7FCD2257" w:rsidR="00D15598" w:rsidRDefault="00000000">
            <w:pPr>
              <w:keepNext/>
              <w:rPr>
                <w:sz w:val="18"/>
                <w:szCs w:val="18"/>
              </w:rPr>
            </w:pPr>
            <w:r w:rsidRPr="00560F10">
              <w:rPr>
                <w:sz w:val="18"/>
                <w:szCs w:val="18"/>
              </w:rPr>
              <w:t xml:space="preserve">    </w:t>
            </w:r>
            <w:r w:rsidR="00D15598">
              <w:rPr>
                <w:sz w:val="18"/>
                <w:szCs w:val="18"/>
              </w:rPr>
              <w:t xml:space="preserve">               </w:t>
            </w:r>
          </w:p>
          <w:p w14:paraId="5598C6F4" w14:textId="4BE0C938" w:rsidR="00BD4241" w:rsidRPr="00560F10" w:rsidRDefault="00D15598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</w:t>
            </w:r>
            <w:r w:rsidRPr="00560F10">
              <w:rPr>
                <w:sz w:val="18"/>
                <w:szCs w:val="18"/>
              </w:rPr>
              <w:t xml:space="preserve">☐ spații publice   </w:t>
            </w:r>
            <w:r>
              <w:rPr>
                <w:sz w:val="18"/>
                <w:szCs w:val="18"/>
              </w:rPr>
              <w:t xml:space="preserve">    </w:t>
            </w:r>
            <w:r w:rsidRPr="00560F10">
              <w:rPr>
                <w:sz w:val="18"/>
                <w:szCs w:val="18"/>
              </w:rPr>
              <w:t xml:space="preserve">  ☐ organizare de șantier</w:t>
            </w:r>
          </w:p>
          <w:p w14:paraId="4CFD8584" w14:textId="77777777" w:rsidR="001D1DDD" w:rsidRPr="00560F10" w:rsidRDefault="001D1DDD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560F10" w14:paraId="18FED438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0091C909" w14:textId="34069684" w:rsidR="001D1DDD" w:rsidRDefault="00000000">
            <w:pPr>
              <w:keepNext/>
              <w:rPr>
                <w:b/>
                <w:bCs/>
                <w:sz w:val="18"/>
                <w:szCs w:val="18"/>
              </w:rPr>
            </w:pPr>
            <w:r w:rsidRPr="00560F10">
              <w:rPr>
                <w:sz w:val="18"/>
                <w:szCs w:val="18"/>
              </w:rPr>
              <w:t xml:space="preserve"> </w:t>
            </w:r>
            <w:r w:rsidRPr="00D15598">
              <w:rPr>
                <w:b/>
                <w:bCs/>
                <w:sz w:val="18"/>
                <w:szCs w:val="18"/>
              </w:rPr>
              <w:t>D</w:t>
            </w:r>
            <w:r w:rsidR="005F5ABD">
              <w:rPr>
                <w:b/>
                <w:bCs/>
                <w:sz w:val="18"/>
                <w:szCs w:val="18"/>
              </w:rPr>
              <w:t xml:space="preserve">. </w:t>
            </w:r>
            <w:r w:rsidRPr="00D15598">
              <w:rPr>
                <w:b/>
                <w:bCs/>
                <w:sz w:val="18"/>
                <w:szCs w:val="18"/>
              </w:rPr>
              <w:t>Lucrări inginerești</w:t>
            </w:r>
          </w:p>
          <w:p w14:paraId="284C7A5C" w14:textId="1E473F51" w:rsidR="00D15598" w:rsidRPr="00D15598" w:rsidRDefault="00D15598">
            <w:pPr>
              <w:keepNext/>
              <w:rPr>
                <w:b/>
                <w:bCs/>
                <w:sz w:val="18"/>
                <w:szCs w:val="18"/>
              </w:rPr>
            </w:pPr>
          </w:p>
        </w:tc>
      </w:tr>
      <w:tr w:rsidR="00BD4241" w:rsidRPr="00560F10" w14:paraId="4831990D" w14:textId="77777777" w:rsidTr="00560F10">
        <w:trPr>
          <w:cantSplit/>
        </w:trPr>
        <w:tc>
          <w:tcPr>
            <w:tcW w:w="10343" w:type="dxa"/>
          </w:tcPr>
          <w:p w14:paraId="0320360C" w14:textId="45B9A3B3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infrastructură de transport</w:t>
            </w:r>
          </w:p>
          <w:p w14:paraId="2DEA9841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05C62BB3" w14:textId="394DF877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infrastructură energetică</w:t>
            </w:r>
          </w:p>
          <w:p w14:paraId="717485D9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1E87347E" w14:textId="32B33FE0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rețele de comunicații electronice</w:t>
            </w:r>
          </w:p>
          <w:p w14:paraId="10AFB848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43F594AA" w14:textId="00B53E54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gospodărirea apelor</w:t>
            </w:r>
          </w:p>
          <w:p w14:paraId="0B27E3BE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3F55129D" w14:textId="24A81C8A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hidrotehnice</w:t>
            </w:r>
          </w:p>
          <w:p w14:paraId="2A3FB7BF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3DB7F2E4" w14:textId="41EE3CC8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miniere</w:t>
            </w:r>
          </w:p>
          <w:p w14:paraId="5F948E5F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  <w:p w14:paraId="670979D1" w14:textId="6750F075" w:rsidR="00BD4241" w:rsidRPr="00560F10" w:rsidRDefault="00D15598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  </w:t>
            </w:r>
            <w:r w:rsidRPr="00560F10">
              <w:rPr>
                <w:sz w:val="18"/>
                <w:szCs w:val="18"/>
                <w:lang w:val="fr-FR"/>
              </w:rPr>
              <w:t>☐ alte lucrări inginerești necesare realizării unor obiective de interes public</w:t>
            </w:r>
          </w:p>
          <w:p w14:paraId="54EDF735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31C957AC" w14:textId="77777777" w:rsidR="00BD4241" w:rsidRDefault="00BD4241">
      <w:pPr>
        <w:spacing w:line="168" w:lineRule="auto"/>
        <w:rPr>
          <w:sz w:val="18"/>
          <w:szCs w:val="18"/>
          <w:lang w:val="fr-FR"/>
        </w:rPr>
      </w:pPr>
    </w:p>
    <w:p w14:paraId="6C3A5449" w14:textId="77777777" w:rsidR="00D15598" w:rsidRPr="00560F10" w:rsidRDefault="00D15598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BD4241" w:rsidRPr="00560F10" w14:paraId="581ADD5E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528EB3E1" w14:textId="77777777" w:rsidR="001D1DDD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560F10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b/>
                <w:sz w:val="18"/>
                <w:szCs w:val="18"/>
              </w:rPr>
              <w:t xml:space="preserve">5. </w:t>
            </w:r>
            <w:r w:rsidRPr="00560F10">
              <w:rPr>
                <w:b/>
                <w:color w:val="000000"/>
                <w:sz w:val="18"/>
                <w:szCs w:val="18"/>
              </w:rPr>
              <w:t>SE ANEXEAZĂ</w:t>
            </w:r>
          </w:p>
          <w:p w14:paraId="1435340F" w14:textId="771B6539" w:rsidR="00D15598" w:rsidRPr="00D15598" w:rsidRDefault="00D15598">
            <w:pPr>
              <w:keepNext/>
              <w:rPr>
                <w:b/>
                <w:color w:val="000000"/>
                <w:sz w:val="18"/>
                <w:szCs w:val="18"/>
              </w:rPr>
            </w:pPr>
          </w:p>
        </w:tc>
      </w:tr>
      <w:tr w:rsidR="00BD4241" w:rsidRPr="00560F10" w14:paraId="5B0ED88D" w14:textId="77777777" w:rsidTr="00560F10">
        <w:trPr>
          <w:cantSplit/>
        </w:trPr>
        <w:tc>
          <w:tcPr>
            <w:tcW w:w="10343" w:type="dxa"/>
          </w:tcPr>
          <w:p w14:paraId="258ED4C6" w14:textId="761FD05F" w:rsidR="001D1DDD" w:rsidRPr="00560F10" w:rsidRDefault="00000000">
            <w:pPr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D43559">
              <w:rPr>
                <w:sz w:val="18"/>
                <w:szCs w:val="18"/>
                <w:lang w:val="fr-FR"/>
              </w:rPr>
              <w:t xml:space="preserve">                  </w:t>
            </w:r>
            <w:r w:rsidRPr="00560F10">
              <w:rPr>
                <w:sz w:val="18"/>
                <w:szCs w:val="18"/>
                <w:lang w:val="fr-FR"/>
              </w:rPr>
              <w:t xml:space="preserve">☐ extras de carte funciară actualizat   </w:t>
            </w:r>
          </w:p>
          <w:p w14:paraId="19DE41B0" w14:textId="6126B8DD" w:rsidR="00200AB0" w:rsidRPr="00560F10" w:rsidRDefault="00000000">
            <w:pPr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 </w:t>
            </w:r>
          </w:p>
          <w:p w14:paraId="5F8B3B38" w14:textId="5501CA38" w:rsidR="001D1DDD" w:rsidRPr="00560F10" w:rsidRDefault="00D4355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</w:t>
            </w:r>
            <w:r w:rsidR="00200AB0" w:rsidRPr="00560F10">
              <w:rPr>
                <w:sz w:val="18"/>
                <w:szCs w:val="18"/>
                <w:lang w:val="fr-FR"/>
              </w:rPr>
              <w:t xml:space="preserve"> ☐ plan de situație propus, cu amprenta la sol a corpurilor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de clădire</w:t>
            </w:r>
            <w:r w:rsidR="00200AB0" w:rsidRPr="00560F10">
              <w:rPr>
                <w:sz w:val="18"/>
                <w:szCs w:val="18"/>
                <w:lang w:val="fr-FR"/>
              </w:rPr>
              <w:t xml:space="preserve"> propuse spre construire /desființare / extindere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</w:t>
            </w:r>
          </w:p>
          <w:p w14:paraId="0D86EE92" w14:textId="73856547" w:rsidR="00A256C2" w:rsidRPr="00560F10" w:rsidRDefault="00200AB0">
            <w:pPr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   </w:t>
            </w:r>
          </w:p>
          <w:p w14:paraId="378A4C47" w14:textId="6A3521DB" w:rsidR="00BD4241" w:rsidRPr="00560F10" w:rsidRDefault="00D4355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                </w:t>
            </w:r>
            <w:r w:rsidR="00A256C2" w:rsidRPr="00560F10">
              <w:rPr>
                <w:sz w:val="18"/>
                <w:szCs w:val="18"/>
                <w:lang w:val="fr-FR"/>
              </w:rPr>
              <w:t>☐ plan de încadrare în zonă</w:t>
            </w:r>
            <w:r w:rsidR="00745F29" w:rsidRPr="00560F10">
              <w:rPr>
                <w:sz w:val="18"/>
                <w:szCs w:val="18"/>
                <w:lang w:val="fr-FR"/>
              </w:rPr>
              <w:t xml:space="preserve"> în sistem Stereo 70</w:t>
            </w:r>
            <w:r w:rsidR="00A256C2" w:rsidRPr="00560F10">
              <w:rPr>
                <w:sz w:val="18"/>
                <w:szCs w:val="18"/>
                <w:lang w:val="fr-FR"/>
              </w:rPr>
              <w:t xml:space="preserve">     ☐ descrierea succintă a investiției     ☐ împuternicirea, dacă este cazul</w:t>
            </w:r>
          </w:p>
          <w:p w14:paraId="19AB48A6" w14:textId="5112B693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639687AA" w14:textId="77777777" w:rsidR="00BD4241" w:rsidRPr="00560F10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BD4241" w:rsidRPr="00560F10" w14:paraId="387B745F" w14:textId="77777777" w:rsidTr="00560F10">
        <w:trPr>
          <w:cantSplit/>
        </w:trPr>
        <w:tc>
          <w:tcPr>
            <w:tcW w:w="10343" w:type="dxa"/>
            <w:shd w:val="clear" w:color="auto" w:fill="F4F4F4"/>
          </w:tcPr>
          <w:p w14:paraId="20DF7AEC" w14:textId="71072906" w:rsidR="001D1DDD" w:rsidRPr="00D15598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560F10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b/>
                <w:sz w:val="18"/>
                <w:szCs w:val="18"/>
              </w:rPr>
              <w:t xml:space="preserve">6. </w:t>
            </w:r>
            <w:r w:rsidRPr="00560F10">
              <w:rPr>
                <w:b/>
                <w:color w:val="000000"/>
                <w:sz w:val="18"/>
                <w:szCs w:val="18"/>
              </w:rPr>
              <w:t>COMUNICAREA RĂSPUNSULUI</w:t>
            </w:r>
          </w:p>
        </w:tc>
      </w:tr>
      <w:tr w:rsidR="00BD4241" w:rsidRPr="00560F10" w14:paraId="7F3B093B" w14:textId="77777777" w:rsidTr="00560F10">
        <w:trPr>
          <w:cantSplit/>
        </w:trPr>
        <w:tc>
          <w:tcPr>
            <w:tcW w:w="10343" w:type="dxa"/>
          </w:tcPr>
          <w:p w14:paraId="569188AE" w14:textId="7E7432AF" w:rsidR="00BD4241" w:rsidRPr="00560F10" w:rsidRDefault="00000000">
            <w:pPr>
              <w:rPr>
                <w:sz w:val="18"/>
                <w:szCs w:val="18"/>
                <w:lang w:val="fr-FR"/>
              </w:rPr>
            </w:pPr>
            <w:r w:rsidRPr="00560F10">
              <w:rPr>
                <w:sz w:val="18"/>
                <w:szCs w:val="18"/>
                <w:lang w:val="fr-FR"/>
              </w:rPr>
              <w:t xml:space="preserve"> </w:t>
            </w:r>
            <w:r w:rsidR="00D43559">
              <w:rPr>
                <w:sz w:val="18"/>
                <w:szCs w:val="18"/>
                <w:lang w:val="fr-FR"/>
              </w:rPr>
              <w:t xml:space="preserve">                 </w:t>
            </w:r>
            <w:r w:rsidRPr="00560F10">
              <w:rPr>
                <w:sz w:val="18"/>
                <w:szCs w:val="18"/>
                <w:lang w:val="fr-FR"/>
              </w:rPr>
              <w:t xml:space="preserve">☐ în format scris, prin poștă </w:t>
            </w:r>
            <w:r w:rsidR="00D43559">
              <w:rPr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sz w:val="18"/>
                <w:szCs w:val="18"/>
                <w:lang w:val="fr-FR"/>
              </w:rPr>
              <w:t xml:space="preserve">  </w:t>
            </w:r>
            <w:r w:rsidR="00D43559">
              <w:rPr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sz w:val="18"/>
                <w:szCs w:val="18"/>
                <w:lang w:val="fr-FR"/>
              </w:rPr>
              <w:t xml:space="preserve">  ☐ în format digital, la adresa de e-mail indicată  </w:t>
            </w:r>
            <w:r w:rsidR="00D43559">
              <w:rPr>
                <w:sz w:val="18"/>
                <w:szCs w:val="18"/>
                <w:lang w:val="fr-FR"/>
              </w:rPr>
              <w:t xml:space="preserve">  </w:t>
            </w:r>
            <w:r w:rsidRPr="00560F10">
              <w:rPr>
                <w:sz w:val="18"/>
                <w:szCs w:val="18"/>
                <w:lang w:val="fr-FR"/>
              </w:rPr>
              <w:t xml:space="preserve">   ☐ ridicare de la sediul autorității</w:t>
            </w:r>
          </w:p>
          <w:p w14:paraId="732C22AC" w14:textId="77777777" w:rsidR="001D1DDD" w:rsidRPr="00560F10" w:rsidRDefault="001D1DDD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16DE1A3E" w14:textId="77777777" w:rsidR="00BD4241" w:rsidRPr="00560F10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919"/>
      </w:tblGrid>
      <w:tr w:rsidR="00BD4241" w:rsidRPr="00560F10" w14:paraId="0930033A" w14:textId="77777777" w:rsidTr="00560F10">
        <w:trPr>
          <w:cantSplit/>
        </w:trPr>
        <w:tc>
          <w:tcPr>
            <w:tcW w:w="10343" w:type="dxa"/>
            <w:gridSpan w:val="3"/>
            <w:shd w:val="clear" w:color="auto" w:fill="F4F4F4"/>
          </w:tcPr>
          <w:p w14:paraId="61A16F19" w14:textId="3ABDCBFB" w:rsidR="001D1DDD" w:rsidRPr="00D15598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560F10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560F10">
              <w:rPr>
                <w:b/>
                <w:sz w:val="18"/>
                <w:szCs w:val="18"/>
              </w:rPr>
              <w:t xml:space="preserve">7. </w:t>
            </w:r>
            <w:r w:rsidRPr="00560F10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BD4241" w:rsidRPr="00560F10" w14:paraId="334442A2" w14:textId="77777777" w:rsidTr="00560F10">
        <w:trPr>
          <w:cantSplit/>
          <w:trHeight w:val="510"/>
        </w:trPr>
        <w:tc>
          <w:tcPr>
            <w:tcW w:w="1606" w:type="dxa"/>
          </w:tcPr>
          <w:p w14:paraId="0640A92C" w14:textId="63B3940C" w:rsidR="00BD4241" w:rsidRPr="00560F10" w:rsidRDefault="00000000">
            <w:pPr>
              <w:rPr>
                <w:sz w:val="18"/>
                <w:szCs w:val="18"/>
              </w:rPr>
            </w:pPr>
            <w:r w:rsidRPr="00560F10">
              <w:rPr>
                <w:b/>
                <w:color w:val="0D5F78"/>
                <w:sz w:val="18"/>
                <w:szCs w:val="18"/>
              </w:rPr>
              <w:t>Data</w:t>
            </w:r>
          </w:p>
        </w:tc>
        <w:tc>
          <w:tcPr>
            <w:tcW w:w="4818" w:type="dxa"/>
          </w:tcPr>
          <w:p w14:paraId="09458222" w14:textId="7B4375CF" w:rsidR="00BD4241" w:rsidRPr="00560F10" w:rsidRDefault="00000000">
            <w:pPr>
              <w:rPr>
                <w:sz w:val="18"/>
                <w:szCs w:val="18"/>
              </w:rPr>
            </w:pPr>
            <w:r w:rsidRPr="00560F10">
              <w:rPr>
                <w:b/>
                <w:color w:val="0D5F78"/>
                <w:sz w:val="18"/>
                <w:szCs w:val="18"/>
              </w:rPr>
              <w:t>Solicitantul</w:t>
            </w:r>
          </w:p>
        </w:tc>
        <w:tc>
          <w:tcPr>
            <w:tcW w:w="3919" w:type="dxa"/>
          </w:tcPr>
          <w:p w14:paraId="4A9DF68B" w14:textId="34AB38DF" w:rsidR="00BD4241" w:rsidRPr="00560F10" w:rsidRDefault="00000000">
            <w:pPr>
              <w:rPr>
                <w:sz w:val="18"/>
                <w:szCs w:val="18"/>
              </w:rPr>
            </w:pPr>
            <w:r w:rsidRPr="00560F10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34D97463" w14:textId="77777777" w:rsidR="001D1DDD" w:rsidRPr="00560F10" w:rsidRDefault="001D1DDD">
            <w:pPr>
              <w:rPr>
                <w:sz w:val="18"/>
                <w:szCs w:val="18"/>
              </w:rPr>
            </w:pPr>
          </w:p>
          <w:p w14:paraId="29080212" w14:textId="77777777" w:rsidR="001D1DDD" w:rsidRPr="00560F10" w:rsidRDefault="001D1DDD">
            <w:pPr>
              <w:rPr>
                <w:sz w:val="18"/>
                <w:szCs w:val="18"/>
              </w:rPr>
            </w:pPr>
          </w:p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1D1DDD">
      <w:footerReference w:type="default" r:id="rId11"/>
      <w:pgSz w:w="11906" w:h="16838"/>
      <w:pgMar w:top="567" w:right="1134" w:bottom="142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1D64" w14:textId="77777777" w:rsidR="00CC7AAB" w:rsidRDefault="00CC7AAB">
      <w:r>
        <w:separator/>
      </w:r>
    </w:p>
  </w:endnote>
  <w:endnote w:type="continuationSeparator" w:id="0">
    <w:p w14:paraId="439B3547" w14:textId="77777777" w:rsidR="00CC7AAB" w:rsidRDefault="00CC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176F" w14:textId="77777777" w:rsidR="00CC7AAB" w:rsidRDefault="00CC7AAB">
      <w:r>
        <w:separator/>
      </w:r>
    </w:p>
  </w:footnote>
  <w:footnote w:type="continuationSeparator" w:id="0">
    <w:p w14:paraId="7FBE2216" w14:textId="77777777" w:rsidR="00CC7AAB" w:rsidRDefault="00CC7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849"/>
    <w:rsid w:val="000723B2"/>
    <w:rsid w:val="0009492D"/>
    <w:rsid w:val="000C5177"/>
    <w:rsid w:val="000C6F82"/>
    <w:rsid w:val="0011444F"/>
    <w:rsid w:val="00144EF4"/>
    <w:rsid w:val="0014799A"/>
    <w:rsid w:val="0015074B"/>
    <w:rsid w:val="00154648"/>
    <w:rsid w:val="001D1DDD"/>
    <w:rsid w:val="001F6BAE"/>
    <w:rsid w:val="00200AB0"/>
    <w:rsid w:val="00232B9E"/>
    <w:rsid w:val="00240135"/>
    <w:rsid w:val="002723BD"/>
    <w:rsid w:val="0029639D"/>
    <w:rsid w:val="00303190"/>
    <w:rsid w:val="003132A5"/>
    <w:rsid w:val="00326F90"/>
    <w:rsid w:val="00334506"/>
    <w:rsid w:val="004232B2"/>
    <w:rsid w:val="004408E8"/>
    <w:rsid w:val="00462384"/>
    <w:rsid w:val="00474D29"/>
    <w:rsid w:val="004C33ED"/>
    <w:rsid w:val="00506F4D"/>
    <w:rsid w:val="0051378D"/>
    <w:rsid w:val="00560F10"/>
    <w:rsid w:val="005F5ABD"/>
    <w:rsid w:val="00665169"/>
    <w:rsid w:val="006C103E"/>
    <w:rsid w:val="00700B7F"/>
    <w:rsid w:val="00712608"/>
    <w:rsid w:val="00745F29"/>
    <w:rsid w:val="007A2FEF"/>
    <w:rsid w:val="00826827"/>
    <w:rsid w:val="00850B64"/>
    <w:rsid w:val="008B59BF"/>
    <w:rsid w:val="008B7139"/>
    <w:rsid w:val="00904DF6"/>
    <w:rsid w:val="00917520"/>
    <w:rsid w:val="009511F8"/>
    <w:rsid w:val="009C048D"/>
    <w:rsid w:val="009F2D71"/>
    <w:rsid w:val="00A17D80"/>
    <w:rsid w:val="00A256C2"/>
    <w:rsid w:val="00AA1D8D"/>
    <w:rsid w:val="00AB2AD1"/>
    <w:rsid w:val="00B47730"/>
    <w:rsid w:val="00BD4241"/>
    <w:rsid w:val="00BF107C"/>
    <w:rsid w:val="00C3793B"/>
    <w:rsid w:val="00C403FF"/>
    <w:rsid w:val="00C605A2"/>
    <w:rsid w:val="00CB0664"/>
    <w:rsid w:val="00CC7AAB"/>
    <w:rsid w:val="00D15598"/>
    <w:rsid w:val="00D43559"/>
    <w:rsid w:val="00D50DD0"/>
    <w:rsid w:val="00E00761"/>
    <w:rsid w:val="00EC78D5"/>
    <w:rsid w:val="00F03D52"/>
    <w:rsid w:val="00FC693F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303190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0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700</Words>
  <Characters>4063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Cristian-Claudiu ARDELEANU</dc:creator>
  <cp:keywords/>
  <cp:lastModifiedBy>Floarea-Olivia TIMOCE</cp:lastModifiedBy>
  <cp:revision>26</cp:revision>
  <cp:lastPrinted>2026-09-09T06:42:00Z</cp:lastPrinted>
  <dcterms:created xsi:type="dcterms:W3CDTF">2026-09-04T06:01:00Z</dcterms:created>
  <dcterms:modified xsi:type="dcterms:W3CDTF">2026-09-10T06:07:00Z</dcterms:modified>
  <cp:category/>
</cp:coreProperties>
</file>