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20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777"/>
      </w:tblGrid>
      <w:tr w:rsidR="00BB7E7C" w14:paraId="07BEC11F" w14:textId="77777777" w:rsidTr="007425C5">
        <w:trPr>
          <w:cantSplit/>
          <w:trHeight w:val="285"/>
        </w:trPr>
        <w:tc>
          <w:tcPr>
            <w:tcW w:w="1606" w:type="dxa"/>
            <w:vMerge w:val="restart"/>
            <w:vAlign w:val="center"/>
          </w:tcPr>
          <w:p w14:paraId="3F5FE365" w14:textId="77777777" w:rsidR="00BB7E7C" w:rsidRPr="008B59BF" w:rsidRDefault="00BB7E7C" w:rsidP="007425C5">
            <w:pPr>
              <w:keepNext/>
              <w:jc w:val="center"/>
              <w:rPr>
                <w:sz w:val="16"/>
                <w:szCs w:val="16"/>
              </w:rPr>
            </w:pPr>
            <w:r w:rsidRPr="00D15598">
              <w:rPr>
                <w:noProof/>
                <w:sz w:val="16"/>
                <w:szCs w:val="16"/>
              </w:rPr>
              <w:drawing>
                <wp:inline distT="0" distB="0" distL="0" distR="0" wp14:anchorId="4AA190EE" wp14:editId="3341E263">
                  <wp:extent cx="767319" cy="973777"/>
                  <wp:effectExtent l="0" t="0" r="0" b="0"/>
                  <wp:docPr id="172539929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3992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76" cy="976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5" w:type="dxa"/>
            <w:gridSpan w:val="3"/>
            <w:shd w:val="clear" w:color="auto" w:fill="F0F0F0"/>
          </w:tcPr>
          <w:p w14:paraId="5CA381FD" w14:textId="77777777" w:rsidR="00BB7E7C" w:rsidRPr="001D1DDD" w:rsidRDefault="00BB7E7C" w:rsidP="007425C5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Județul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BISTRI</w:t>
            </w:r>
            <w:r w:rsidRPr="001D1DDD">
              <w:rPr>
                <w:b/>
                <w:bCs/>
                <w:sz w:val="18"/>
                <w:szCs w:val="18"/>
                <w:lang w:val="ro-RO"/>
              </w:rPr>
              <w:t>ȚA NĂSĂUD</w:t>
            </w:r>
          </w:p>
        </w:tc>
      </w:tr>
      <w:tr w:rsidR="00BB7E7C" w14:paraId="7983B6F1" w14:textId="77777777" w:rsidTr="007425C5">
        <w:trPr>
          <w:cantSplit/>
          <w:trHeight w:val="328"/>
        </w:trPr>
        <w:tc>
          <w:tcPr>
            <w:tcW w:w="1606" w:type="dxa"/>
            <w:vMerge/>
          </w:tcPr>
          <w:p w14:paraId="3C037F8E" w14:textId="77777777" w:rsidR="00BB7E7C" w:rsidRPr="008B59BF" w:rsidRDefault="00BB7E7C" w:rsidP="007425C5">
            <w:pPr>
              <w:rPr>
                <w:sz w:val="16"/>
                <w:szCs w:val="16"/>
              </w:rPr>
            </w:pPr>
          </w:p>
        </w:tc>
        <w:tc>
          <w:tcPr>
            <w:tcW w:w="8595" w:type="dxa"/>
            <w:gridSpan w:val="3"/>
            <w:shd w:val="clear" w:color="auto" w:fill="F0F0F0"/>
          </w:tcPr>
          <w:p w14:paraId="6D413463" w14:textId="77777777" w:rsidR="00BB7E7C" w:rsidRPr="001D1DDD" w:rsidRDefault="00BB7E7C" w:rsidP="007425C5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Autoritatea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administrației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publice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PRIMĂRIA MUNICIPIULUI BISTRIȚA</w:t>
            </w:r>
          </w:p>
        </w:tc>
      </w:tr>
      <w:tr w:rsidR="00BB7E7C" w14:paraId="50644850" w14:textId="77777777" w:rsidTr="007425C5">
        <w:trPr>
          <w:cantSplit/>
          <w:trHeight w:val="1126"/>
        </w:trPr>
        <w:tc>
          <w:tcPr>
            <w:tcW w:w="1606" w:type="dxa"/>
            <w:vMerge/>
          </w:tcPr>
          <w:p w14:paraId="4D0E3ADA" w14:textId="77777777" w:rsidR="00BB7E7C" w:rsidRPr="008B59BF" w:rsidRDefault="00BB7E7C" w:rsidP="007425C5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0F0F0"/>
          </w:tcPr>
          <w:p w14:paraId="35F4AE6A" w14:textId="77777777" w:rsidR="00BB7E7C" w:rsidRPr="001D1DDD" w:rsidRDefault="00BB7E7C" w:rsidP="007425C5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identificare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fiscală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r w:rsidRPr="00665E9B">
              <w:rPr>
                <w:b/>
                <w:color w:val="000000" w:themeColor="text1"/>
                <w:sz w:val="18"/>
                <w:szCs w:val="18"/>
                <w:lang w:val="fr-FR"/>
              </w:rPr>
              <w:t>CIF</w:t>
            </w:r>
            <w:r w:rsidRPr="001D1DDD">
              <w:rPr>
                <w:sz w:val="18"/>
                <w:szCs w:val="18"/>
                <w:lang w:val="fr-FR"/>
              </w:rPr>
              <w:t xml:space="preserve">  </w:t>
            </w:r>
            <w:r w:rsidRPr="001D1DDD">
              <w:rPr>
                <w:b/>
                <w:bCs/>
                <w:color w:val="000000" w:themeColor="text1"/>
                <w:sz w:val="18"/>
                <w:szCs w:val="18"/>
              </w:rPr>
              <w:t>4347569</w:t>
            </w:r>
          </w:p>
        </w:tc>
        <w:tc>
          <w:tcPr>
            <w:tcW w:w="6186" w:type="dxa"/>
            <w:gridSpan w:val="2"/>
            <w:shd w:val="clear" w:color="auto" w:fill="F0F0F0"/>
          </w:tcPr>
          <w:p w14:paraId="06D3DD98" w14:textId="77777777" w:rsidR="00BB7E7C" w:rsidRDefault="00BB7E7C" w:rsidP="007425C5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Adresa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oficială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</w:p>
          <w:p w14:paraId="08E8D5D5" w14:textId="77777777" w:rsidR="00BB7E7C" w:rsidRPr="001D1DDD" w:rsidRDefault="00BB7E7C" w:rsidP="007425C5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P</w:t>
            </w:r>
            <w:r>
              <w:rPr>
                <w:b/>
                <w:bCs/>
                <w:iCs/>
                <w:sz w:val="18"/>
                <w:szCs w:val="18"/>
              </w:rPr>
              <w:t>iața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C</w:t>
            </w:r>
            <w:r>
              <w:rPr>
                <w:b/>
                <w:bCs/>
                <w:iCs/>
                <w:sz w:val="18"/>
                <w:szCs w:val="18"/>
              </w:rPr>
              <w:t>entrală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>,</w:t>
            </w:r>
            <w:r>
              <w:rPr>
                <w:b/>
                <w:bCs/>
                <w:iCs/>
                <w:sz w:val="18"/>
                <w:szCs w:val="18"/>
              </w:rPr>
              <w:t xml:space="preserve"> Nr</w:t>
            </w:r>
            <w:r w:rsidRPr="001D1DDD">
              <w:rPr>
                <w:b/>
                <w:bCs/>
                <w:iCs/>
                <w:sz w:val="18"/>
                <w:szCs w:val="18"/>
              </w:rPr>
              <w:t>.6</w:t>
            </w:r>
            <w:r>
              <w:rPr>
                <w:b/>
                <w:bCs/>
                <w:iCs/>
                <w:sz w:val="18"/>
                <w:szCs w:val="18"/>
              </w:rPr>
              <w:t xml:space="preserve">, Bistrița, </w:t>
            </w:r>
            <w:proofErr w:type="spellStart"/>
            <w:proofErr w:type="gramStart"/>
            <w:r>
              <w:rPr>
                <w:b/>
                <w:bCs/>
                <w:iCs/>
                <w:sz w:val="18"/>
                <w:szCs w:val="18"/>
              </w:rPr>
              <w:t>jud.Bistrița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>-Năsăud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 xml:space="preserve">, cod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poștal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420040</w:t>
            </w:r>
          </w:p>
          <w:p w14:paraId="675FF609" w14:textId="77777777" w:rsidR="00BB7E7C" w:rsidRDefault="00BB7E7C" w:rsidP="007425C5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E-mail: </w:t>
            </w:r>
            <w:hyperlink r:id="rId9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primaria@municipiulbistrita.ro</w:t>
              </w:r>
            </w:hyperlink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676EB72C" w14:textId="77777777" w:rsidR="00BB7E7C" w:rsidRPr="001D1DDD" w:rsidRDefault="00BB7E7C" w:rsidP="007425C5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Web: </w:t>
            </w:r>
            <w:hyperlink r:id="rId10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http://www.primariabistrita.ro</w:t>
              </w:r>
            </w:hyperlink>
          </w:p>
          <w:p w14:paraId="1D75EF26" w14:textId="77777777" w:rsidR="00BB7E7C" w:rsidRPr="006A2001" w:rsidRDefault="00BB7E7C" w:rsidP="007425C5">
            <w:pPr>
              <w:keepNext/>
              <w:rPr>
                <w:b/>
                <w:bCs/>
                <w:iCs/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Telefon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: </w:t>
            </w:r>
            <w:proofErr w:type="gramStart"/>
            <w:r w:rsidRPr="001D1DDD">
              <w:rPr>
                <w:b/>
                <w:bCs/>
                <w:iCs/>
                <w:sz w:val="18"/>
                <w:szCs w:val="18"/>
              </w:rPr>
              <w:t>0263223923</w:t>
            </w:r>
            <w:r>
              <w:rPr>
                <w:b/>
                <w:bCs/>
                <w:iCs/>
                <w:sz w:val="18"/>
                <w:szCs w:val="18"/>
              </w:rPr>
              <w:t>,  0263</w:t>
            </w:r>
            <w:r w:rsidRPr="001D1DDD">
              <w:rPr>
                <w:b/>
                <w:bCs/>
                <w:iCs/>
                <w:sz w:val="18"/>
                <w:szCs w:val="18"/>
              </w:rPr>
              <w:t>224706</w:t>
            </w:r>
            <w:proofErr w:type="gramEnd"/>
          </w:p>
        </w:tc>
      </w:tr>
      <w:tr w:rsidR="00BB7E7C" w14:paraId="7417A854" w14:textId="77777777" w:rsidTr="007425C5">
        <w:trPr>
          <w:cantSplit/>
          <w:trHeight w:val="510"/>
        </w:trPr>
        <w:tc>
          <w:tcPr>
            <w:tcW w:w="1606" w:type="dxa"/>
            <w:vMerge/>
          </w:tcPr>
          <w:p w14:paraId="32371827" w14:textId="77777777" w:rsidR="00BB7E7C" w:rsidRPr="008B59BF" w:rsidRDefault="00BB7E7C" w:rsidP="007425C5">
            <w:pPr>
              <w:rPr>
                <w:sz w:val="16"/>
                <w:szCs w:val="16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06A66A03" w14:textId="77777777" w:rsidR="00BB7E7C" w:rsidRPr="001D1DDD" w:rsidRDefault="00BB7E7C" w:rsidP="007425C5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Număr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înregistrare</w:t>
            </w:r>
            <w:proofErr w:type="spellEnd"/>
          </w:p>
          <w:p w14:paraId="393DA066" w14:textId="77777777" w:rsidR="00BB7E7C" w:rsidRPr="001D1DDD" w:rsidRDefault="00BB7E7C" w:rsidP="007425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77" w:type="dxa"/>
            <w:shd w:val="clear" w:color="auto" w:fill="F0F0F0"/>
          </w:tcPr>
          <w:p w14:paraId="0C3F4273" w14:textId="77777777" w:rsidR="00BB7E7C" w:rsidRPr="001D1DDD" w:rsidRDefault="00BB7E7C" w:rsidP="007425C5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Data</w:t>
            </w:r>
          </w:p>
          <w:p w14:paraId="71E4DDA3" w14:textId="77777777" w:rsidR="00BB7E7C" w:rsidRPr="001D1DDD" w:rsidRDefault="00BB7E7C" w:rsidP="007425C5">
            <w:pPr>
              <w:keepNext/>
              <w:rPr>
                <w:sz w:val="18"/>
                <w:szCs w:val="18"/>
              </w:rPr>
            </w:pPr>
          </w:p>
        </w:tc>
      </w:tr>
    </w:tbl>
    <w:p w14:paraId="7EE44070" w14:textId="77777777" w:rsidR="00A93F43" w:rsidRDefault="00A93F43">
      <w:pPr>
        <w:spacing w:line="168" w:lineRule="auto"/>
      </w:pPr>
    </w:p>
    <w:p w14:paraId="1588FC01" w14:textId="77777777" w:rsidR="00A93F43" w:rsidRPr="00132008" w:rsidRDefault="00000000">
      <w:pPr>
        <w:spacing w:before="140" w:after="40"/>
        <w:jc w:val="center"/>
        <w:rPr>
          <w:sz w:val="28"/>
          <w:szCs w:val="28"/>
        </w:rPr>
      </w:pPr>
      <w:r w:rsidRPr="00132008">
        <w:rPr>
          <w:b/>
          <w:sz w:val="28"/>
          <w:szCs w:val="28"/>
        </w:rPr>
        <w:t>SOLICITARE</w:t>
      </w:r>
    </w:p>
    <w:p w14:paraId="43387AD2" w14:textId="77777777" w:rsidR="00A93F43" w:rsidRPr="00BB7E7C" w:rsidRDefault="00000000">
      <w:pPr>
        <w:spacing w:after="120"/>
        <w:jc w:val="center"/>
        <w:rPr>
          <w:b/>
          <w:bCs/>
          <w:sz w:val="22"/>
          <w:lang w:val="fr-FR"/>
        </w:rPr>
      </w:pPr>
      <w:proofErr w:type="gramStart"/>
      <w:r w:rsidRPr="00BB7E7C">
        <w:rPr>
          <w:b/>
          <w:bCs/>
          <w:sz w:val="22"/>
          <w:lang w:val="fr-FR"/>
        </w:rPr>
        <w:t>de</w:t>
      </w:r>
      <w:proofErr w:type="gramEnd"/>
      <w:r w:rsidRPr="00BB7E7C">
        <w:rPr>
          <w:b/>
          <w:bCs/>
          <w:sz w:val="22"/>
          <w:lang w:val="fr-FR"/>
        </w:rPr>
        <w:t xml:space="preserve"> </w:t>
      </w:r>
      <w:proofErr w:type="spellStart"/>
      <w:r w:rsidRPr="00BB7E7C">
        <w:rPr>
          <w:b/>
          <w:bCs/>
          <w:sz w:val="22"/>
          <w:lang w:val="fr-FR"/>
        </w:rPr>
        <w:t>clarificări</w:t>
      </w:r>
      <w:proofErr w:type="spellEnd"/>
      <w:r w:rsidRPr="00BB7E7C">
        <w:rPr>
          <w:b/>
          <w:bCs/>
          <w:sz w:val="22"/>
          <w:lang w:val="fr-FR"/>
        </w:rPr>
        <w:t xml:space="preserve">, </w:t>
      </w:r>
      <w:proofErr w:type="spellStart"/>
      <w:r w:rsidRPr="00BB7E7C">
        <w:rPr>
          <w:b/>
          <w:bCs/>
          <w:sz w:val="22"/>
          <w:lang w:val="fr-FR"/>
        </w:rPr>
        <w:t>completări</w:t>
      </w:r>
      <w:proofErr w:type="spellEnd"/>
      <w:r w:rsidRPr="00BB7E7C">
        <w:rPr>
          <w:b/>
          <w:bCs/>
          <w:sz w:val="22"/>
          <w:lang w:val="fr-FR"/>
        </w:rPr>
        <w:t xml:space="preserve"> </w:t>
      </w:r>
      <w:proofErr w:type="spellStart"/>
      <w:r w:rsidRPr="00BB7E7C">
        <w:rPr>
          <w:b/>
          <w:bCs/>
          <w:sz w:val="22"/>
          <w:lang w:val="fr-FR"/>
        </w:rPr>
        <w:t>sau</w:t>
      </w:r>
      <w:proofErr w:type="spellEnd"/>
      <w:r w:rsidRPr="00BB7E7C">
        <w:rPr>
          <w:b/>
          <w:bCs/>
          <w:sz w:val="22"/>
          <w:lang w:val="fr-FR"/>
        </w:rPr>
        <w:t xml:space="preserve"> documente </w:t>
      </w:r>
      <w:proofErr w:type="spellStart"/>
      <w:r w:rsidRPr="00BB7E7C">
        <w:rPr>
          <w:b/>
          <w:bCs/>
          <w:sz w:val="22"/>
          <w:lang w:val="fr-FR"/>
        </w:rPr>
        <w:t>privind</w:t>
      </w:r>
      <w:proofErr w:type="spellEnd"/>
      <w:r w:rsidRPr="00BB7E7C">
        <w:rPr>
          <w:b/>
          <w:bCs/>
          <w:sz w:val="22"/>
          <w:lang w:val="fr-FR"/>
        </w:rPr>
        <w:t xml:space="preserve"> </w:t>
      </w:r>
      <w:proofErr w:type="spellStart"/>
      <w:r w:rsidRPr="00BB7E7C">
        <w:rPr>
          <w:b/>
          <w:bCs/>
          <w:sz w:val="22"/>
          <w:lang w:val="fr-FR"/>
        </w:rPr>
        <w:t>notificarea</w:t>
      </w:r>
      <w:proofErr w:type="spellEnd"/>
    </w:p>
    <w:p w14:paraId="68CC9690" w14:textId="77777777" w:rsidR="00A93F43" w:rsidRPr="00BB7E7C" w:rsidRDefault="00A93F43">
      <w:pPr>
        <w:spacing w:after="60" w:line="168" w:lineRule="auto"/>
        <w:rPr>
          <w:sz w:val="18"/>
          <w:szCs w:val="18"/>
          <w:lang w:val="fr-FR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5355"/>
      </w:tblGrid>
      <w:tr w:rsidR="00A93F43" w:rsidRPr="00BB7E7C" w14:paraId="5583E993" w14:textId="77777777" w:rsidTr="003F248A">
        <w:trPr>
          <w:cantSplit/>
        </w:trPr>
        <w:tc>
          <w:tcPr>
            <w:tcW w:w="10173" w:type="dxa"/>
            <w:gridSpan w:val="4"/>
            <w:shd w:val="clear" w:color="auto" w:fill="F4F4F4"/>
          </w:tcPr>
          <w:p w14:paraId="0BB90F12" w14:textId="77777777" w:rsidR="00A93F43" w:rsidRPr="00BB7E7C" w:rsidRDefault="00000000">
            <w:pPr>
              <w:keepNext/>
              <w:rPr>
                <w:sz w:val="18"/>
                <w:szCs w:val="18"/>
              </w:rPr>
            </w:pPr>
            <w:r w:rsidRPr="00BB7E7C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BB7E7C">
              <w:rPr>
                <w:b/>
                <w:sz w:val="18"/>
                <w:szCs w:val="18"/>
              </w:rPr>
              <w:t xml:space="preserve">1. </w:t>
            </w:r>
            <w:r w:rsidRPr="00BB7E7C">
              <w:rPr>
                <w:b/>
                <w:color w:val="000000"/>
                <w:sz w:val="18"/>
                <w:szCs w:val="18"/>
              </w:rPr>
              <w:t>REFERINȚE</w:t>
            </w:r>
          </w:p>
        </w:tc>
      </w:tr>
      <w:tr w:rsidR="00A93F43" w:rsidRPr="00BB7E7C" w14:paraId="3EB27B2C" w14:textId="77777777" w:rsidTr="003F248A">
        <w:trPr>
          <w:cantSplit/>
          <w:trHeight w:val="510"/>
        </w:trPr>
        <w:tc>
          <w:tcPr>
            <w:tcW w:w="2409" w:type="dxa"/>
          </w:tcPr>
          <w:p w14:paraId="40A4838B" w14:textId="77777777" w:rsidR="00A93F43" w:rsidRPr="00BB7E7C" w:rsidRDefault="00000000">
            <w:pPr>
              <w:keepNext/>
              <w:rPr>
                <w:sz w:val="18"/>
                <w:szCs w:val="18"/>
              </w:rPr>
            </w:pPr>
            <w:r w:rsidRPr="00BB7E7C">
              <w:rPr>
                <w:b/>
                <w:color w:val="0D5F78"/>
                <w:sz w:val="18"/>
                <w:szCs w:val="18"/>
              </w:rPr>
              <w:t>Notificarea nr.</w:t>
            </w:r>
          </w:p>
          <w:p w14:paraId="02574EDB" w14:textId="77777777" w:rsidR="00A93F43" w:rsidRPr="00BB7E7C" w:rsidRDefault="00A93F4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2"/>
          </w:tcPr>
          <w:p w14:paraId="6A78D57D" w14:textId="77777777" w:rsidR="00A93F43" w:rsidRPr="00BB7E7C" w:rsidRDefault="00000000">
            <w:pPr>
              <w:keepNext/>
              <w:rPr>
                <w:sz w:val="18"/>
                <w:szCs w:val="18"/>
              </w:rPr>
            </w:pPr>
            <w:r w:rsidRPr="00BB7E7C">
              <w:rPr>
                <w:b/>
                <w:color w:val="0D5F78"/>
                <w:sz w:val="18"/>
                <w:szCs w:val="18"/>
              </w:rPr>
              <w:t>din data</w:t>
            </w:r>
          </w:p>
          <w:p w14:paraId="38A30384" w14:textId="77777777" w:rsidR="00A93F43" w:rsidRPr="00BB7E7C" w:rsidRDefault="00A93F4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355" w:type="dxa"/>
          </w:tcPr>
          <w:p w14:paraId="60CAA708" w14:textId="77777777" w:rsidR="00A93F43" w:rsidRPr="00BB7E7C" w:rsidRDefault="00000000">
            <w:pPr>
              <w:keepNext/>
              <w:rPr>
                <w:sz w:val="18"/>
                <w:szCs w:val="18"/>
              </w:rPr>
            </w:pPr>
            <w:r w:rsidRPr="00BB7E7C">
              <w:rPr>
                <w:b/>
                <w:color w:val="0D5F78"/>
                <w:sz w:val="18"/>
                <w:szCs w:val="18"/>
              </w:rPr>
              <w:t>a beneficiarului</w:t>
            </w:r>
          </w:p>
          <w:p w14:paraId="5976D411" w14:textId="77777777" w:rsidR="00A93F43" w:rsidRPr="00BB7E7C" w:rsidRDefault="00A93F43">
            <w:pPr>
              <w:keepNext/>
              <w:rPr>
                <w:sz w:val="18"/>
                <w:szCs w:val="18"/>
              </w:rPr>
            </w:pPr>
          </w:p>
        </w:tc>
      </w:tr>
      <w:tr w:rsidR="00A93F43" w:rsidRPr="00BB7E7C" w14:paraId="4494E448" w14:textId="77777777" w:rsidTr="003F248A">
        <w:trPr>
          <w:cantSplit/>
          <w:trHeight w:val="510"/>
        </w:trPr>
        <w:tc>
          <w:tcPr>
            <w:tcW w:w="3212" w:type="dxa"/>
            <w:gridSpan w:val="2"/>
          </w:tcPr>
          <w:p w14:paraId="602C2F82" w14:textId="77777777" w:rsidR="00A93F43" w:rsidRPr="00BB7E7C" w:rsidRDefault="00000000">
            <w:pPr>
              <w:rPr>
                <w:sz w:val="18"/>
                <w:szCs w:val="18"/>
              </w:rPr>
            </w:pPr>
            <w:r w:rsidRPr="00BB7E7C">
              <w:rPr>
                <w:b/>
                <w:color w:val="0D5F78"/>
                <w:sz w:val="18"/>
                <w:szCs w:val="18"/>
              </w:rPr>
              <w:t xml:space="preserve">Proiect nr. / </w:t>
            </w:r>
            <w:proofErr w:type="gramStart"/>
            <w:r w:rsidRPr="00BB7E7C">
              <w:rPr>
                <w:b/>
                <w:color w:val="0D5F78"/>
                <w:sz w:val="18"/>
                <w:szCs w:val="18"/>
              </w:rPr>
              <w:t>cod</w:t>
            </w:r>
            <w:proofErr w:type="gramEnd"/>
          </w:p>
          <w:p w14:paraId="1A2776FB" w14:textId="77777777" w:rsidR="00A93F43" w:rsidRPr="00BB7E7C" w:rsidRDefault="00A93F43">
            <w:pPr>
              <w:rPr>
                <w:sz w:val="18"/>
                <w:szCs w:val="18"/>
              </w:rPr>
            </w:pPr>
          </w:p>
        </w:tc>
        <w:tc>
          <w:tcPr>
            <w:tcW w:w="6961" w:type="dxa"/>
            <w:gridSpan w:val="2"/>
          </w:tcPr>
          <w:p w14:paraId="770C2C1C" w14:textId="77777777" w:rsidR="00A93F43" w:rsidRPr="00BB7E7C" w:rsidRDefault="00000000">
            <w:pPr>
              <w:rPr>
                <w:sz w:val="18"/>
                <w:szCs w:val="18"/>
              </w:rPr>
            </w:pPr>
            <w:r w:rsidRPr="00BB7E7C">
              <w:rPr>
                <w:b/>
                <w:color w:val="0D5F78"/>
                <w:sz w:val="18"/>
                <w:szCs w:val="18"/>
              </w:rPr>
              <w:t>Imobilul</w:t>
            </w:r>
          </w:p>
          <w:p w14:paraId="29051F77" w14:textId="77777777" w:rsidR="00A93F43" w:rsidRPr="00BB7E7C" w:rsidRDefault="00A93F43">
            <w:pPr>
              <w:rPr>
                <w:sz w:val="18"/>
                <w:szCs w:val="18"/>
              </w:rPr>
            </w:pPr>
          </w:p>
        </w:tc>
      </w:tr>
    </w:tbl>
    <w:p w14:paraId="1F068602" w14:textId="77777777" w:rsidR="00A93F43" w:rsidRPr="00BB7E7C" w:rsidRDefault="00A93F43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A93F43" w:rsidRPr="00BB7E7C" w14:paraId="083060A5" w14:textId="77777777" w:rsidTr="003F248A">
        <w:trPr>
          <w:cantSplit/>
        </w:trPr>
        <w:tc>
          <w:tcPr>
            <w:tcW w:w="10173" w:type="dxa"/>
            <w:shd w:val="clear" w:color="auto" w:fill="F4F4F4"/>
          </w:tcPr>
          <w:p w14:paraId="584FCB20" w14:textId="77777777" w:rsidR="00A93F43" w:rsidRPr="00BB7E7C" w:rsidRDefault="00000000">
            <w:pPr>
              <w:keepNext/>
              <w:rPr>
                <w:sz w:val="18"/>
                <w:szCs w:val="18"/>
              </w:rPr>
            </w:pPr>
            <w:r w:rsidRPr="00BB7E7C">
              <w:rPr>
                <w:b/>
                <w:sz w:val="18"/>
                <w:szCs w:val="18"/>
              </w:rPr>
              <w:t xml:space="preserve"> 2. </w:t>
            </w:r>
            <w:r w:rsidRPr="00BB7E7C">
              <w:rPr>
                <w:b/>
                <w:color w:val="000000"/>
                <w:sz w:val="18"/>
                <w:szCs w:val="18"/>
              </w:rPr>
              <w:t>SOLICITAREA</w:t>
            </w:r>
          </w:p>
        </w:tc>
      </w:tr>
      <w:tr w:rsidR="00A93F43" w:rsidRPr="00BB7E7C" w14:paraId="4DC130E2" w14:textId="77777777" w:rsidTr="003F248A">
        <w:trPr>
          <w:cantSplit/>
        </w:trPr>
        <w:tc>
          <w:tcPr>
            <w:tcW w:w="10173" w:type="dxa"/>
            <w:shd w:val="clear" w:color="auto" w:fill="F4F4F4"/>
          </w:tcPr>
          <w:p w14:paraId="42F86180" w14:textId="77777777" w:rsidR="00A93F43" w:rsidRPr="00BB7E7C" w:rsidRDefault="00000000">
            <w:pPr>
              <w:keepNext/>
              <w:rPr>
                <w:sz w:val="18"/>
                <w:szCs w:val="18"/>
              </w:rPr>
            </w:pPr>
            <w:r w:rsidRPr="00BB7E7C">
              <w:rPr>
                <w:sz w:val="18"/>
                <w:szCs w:val="18"/>
              </w:rPr>
              <w:t xml:space="preserve"> Clarificările / completările / documentele solicitate</w:t>
            </w:r>
          </w:p>
        </w:tc>
      </w:tr>
      <w:tr w:rsidR="00A93F43" w:rsidRPr="00BB7E7C" w14:paraId="4ADE3FFD" w14:textId="77777777" w:rsidTr="003F248A">
        <w:trPr>
          <w:cantSplit/>
        </w:trPr>
        <w:tc>
          <w:tcPr>
            <w:tcW w:w="10173" w:type="dxa"/>
          </w:tcPr>
          <w:p w14:paraId="077D2F96" w14:textId="77777777" w:rsidR="00A93F43" w:rsidRPr="00BB7E7C" w:rsidRDefault="00A93F43">
            <w:pPr>
              <w:keepNext/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  <w:p w14:paraId="68974D07" w14:textId="77777777" w:rsidR="00A93F43" w:rsidRPr="00BB7E7C" w:rsidRDefault="00A93F43">
            <w:pPr>
              <w:keepNext/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  <w:p w14:paraId="0F7306F3" w14:textId="77777777" w:rsidR="00A93F43" w:rsidRPr="00BB7E7C" w:rsidRDefault="00A93F43">
            <w:pPr>
              <w:keepNext/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</w:tc>
      </w:tr>
      <w:tr w:rsidR="00A93F43" w:rsidRPr="00BB7E7C" w14:paraId="6DF94E88" w14:textId="77777777" w:rsidTr="003F248A">
        <w:trPr>
          <w:cantSplit/>
          <w:trHeight w:val="510"/>
        </w:trPr>
        <w:tc>
          <w:tcPr>
            <w:tcW w:w="10173" w:type="dxa"/>
          </w:tcPr>
          <w:p w14:paraId="4B49B117" w14:textId="77777777" w:rsidR="00A93F43" w:rsidRPr="00BB7E7C" w:rsidRDefault="00000000">
            <w:pPr>
              <w:keepNext/>
              <w:rPr>
                <w:sz w:val="18"/>
                <w:szCs w:val="18"/>
              </w:rPr>
            </w:pPr>
            <w:r w:rsidRPr="00BB7E7C">
              <w:rPr>
                <w:b/>
                <w:color w:val="0D5F78"/>
                <w:sz w:val="18"/>
                <w:szCs w:val="18"/>
              </w:rPr>
              <w:t>Termenul de transmitere</w:t>
            </w:r>
          </w:p>
          <w:p w14:paraId="651B9393" w14:textId="77777777" w:rsidR="00A93F43" w:rsidRPr="00BB7E7C" w:rsidRDefault="00A93F43">
            <w:pPr>
              <w:keepNext/>
              <w:rPr>
                <w:sz w:val="18"/>
                <w:szCs w:val="18"/>
              </w:rPr>
            </w:pPr>
          </w:p>
        </w:tc>
      </w:tr>
      <w:tr w:rsidR="00A93F43" w:rsidRPr="00BB7E7C" w14:paraId="0440CA86" w14:textId="77777777" w:rsidTr="003F248A">
        <w:trPr>
          <w:cantSplit/>
        </w:trPr>
        <w:tc>
          <w:tcPr>
            <w:tcW w:w="10173" w:type="dxa"/>
            <w:shd w:val="clear" w:color="auto" w:fill="F4F4F4"/>
          </w:tcPr>
          <w:p w14:paraId="1046B956" w14:textId="77777777" w:rsidR="00A93F43" w:rsidRPr="00BB7E7C" w:rsidRDefault="00000000">
            <w:pPr>
              <w:spacing w:line="228" w:lineRule="auto"/>
              <w:rPr>
                <w:sz w:val="18"/>
                <w:szCs w:val="18"/>
                <w:lang w:val="fr-FR"/>
              </w:rPr>
            </w:pPr>
            <w:proofErr w:type="spellStart"/>
            <w:r w:rsidRPr="00BB7E7C">
              <w:rPr>
                <w:sz w:val="18"/>
                <w:szCs w:val="18"/>
                <w:lang w:val="fr-FR"/>
              </w:rPr>
              <w:t>Termenul</w:t>
            </w:r>
            <w:proofErr w:type="spellEnd"/>
            <w:r w:rsidRPr="00BB7E7C">
              <w:rPr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BB7E7C">
              <w:rPr>
                <w:sz w:val="18"/>
                <w:szCs w:val="18"/>
                <w:lang w:val="fr-FR"/>
              </w:rPr>
              <w:t>începere</w:t>
            </w:r>
            <w:proofErr w:type="spellEnd"/>
            <w:r w:rsidRPr="00BB7E7C">
              <w:rPr>
                <w:sz w:val="18"/>
                <w:szCs w:val="18"/>
                <w:lang w:val="fr-FR"/>
              </w:rPr>
              <w:t xml:space="preserve"> a </w:t>
            </w:r>
            <w:proofErr w:type="spellStart"/>
            <w:r w:rsidRPr="00BB7E7C">
              <w:rPr>
                <w:sz w:val="18"/>
                <w:szCs w:val="18"/>
                <w:lang w:val="fr-FR"/>
              </w:rPr>
              <w:t>lucrărilor</w:t>
            </w:r>
            <w:proofErr w:type="spellEnd"/>
            <w:r w:rsidRPr="00BB7E7C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B7E7C">
              <w:rPr>
                <w:sz w:val="18"/>
                <w:szCs w:val="18"/>
                <w:lang w:val="fr-FR"/>
              </w:rPr>
              <w:t>curge</w:t>
            </w:r>
            <w:proofErr w:type="spellEnd"/>
            <w:r w:rsidRPr="00BB7E7C">
              <w:rPr>
                <w:sz w:val="18"/>
                <w:szCs w:val="18"/>
                <w:lang w:val="fr-FR"/>
              </w:rPr>
              <w:t xml:space="preserve"> de la data </w:t>
            </w:r>
            <w:proofErr w:type="spellStart"/>
            <w:r w:rsidRPr="00BB7E7C">
              <w:rPr>
                <w:sz w:val="18"/>
                <w:szCs w:val="18"/>
                <w:lang w:val="fr-FR"/>
              </w:rPr>
              <w:t>depunerii</w:t>
            </w:r>
            <w:proofErr w:type="spellEnd"/>
            <w:r w:rsidRPr="00BB7E7C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B7E7C">
              <w:rPr>
                <w:sz w:val="18"/>
                <w:szCs w:val="18"/>
                <w:lang w:val="fr-FR"/>
              </w:rPr>
              <w:t>clarificărilor</w:t>
            </w:r>
            <w:proofErr w:type="spellEnd"/>
            <w:r w:rsidRPr="00BB7E7C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B7E7C">
              <w:rPr>
                <w:sz w:val="18"/>
                <w:szCs w:val="18"/>
                <w:lang w:val="fr-FR"/>
              </w:rPr>
              <w:t>solicitate</w:t>
            </w:r>
            <w:proofErr w:type="spellEnd"/>
            <w:r w:rsidRPr="00BB7E7C">
              <w:rPr>
                <w:sz w:val="18"/>
                <w:szCs w:val="18"/>
                <w:lang w:val="fr-FR"/>
              </w:rPr>
              <w:t>.</w:t>
            </w:r>
          </w:p>
        </w:tc>
      </w:tr>
    </w:tbl>
    <w:p w14:paraId="44A62596" w14:textId="77777777" w:rsidR="00A93F43" w:rsidRPr="00BB7E7C" w:rsidRDefault="00A93F43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2143"/>
      </w:tblGrid>
      <w:tr w:rsidR="00A93F43" w:rsidRPr="00BB7E7C" w14:paraId="5E7BF2F3" w14:textId="77777777" w:rsidTr="003F248A">
        <w:trPr>
          <w:cantSplit/>
        </w:trPr>
        <w:tc>
          <w:tcPr>
            <w:tcW w:w="10173" w:type="dxa"/>
            <w:gridSpan w:val="3"/>
            <w:shd w:val="clear" w:color="auto" w:fill="F4F4F4"/>
          </w:tcPr>
          <w:p w14:paraId="34FCBA18" w14:textId="77777777" w:rsidR="00A93F43" w:rsidRPr="00BB7E7C" w:rsidRDefault="00000000">
            <w:pPr>
              <w:keepNext/>
              <w:rPr>
                <w:sz w:val="18"/>
                <w:szCs w:val="18"/>
              </w:rPr>
            </w:pPr>
            <w:r w:rsidRPr="00BB7E7C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BB7E7C">
              <w:rPr>
                <w:b/>
                <w:sz w:val="18"/>
                <w:szCs w:val="18"/>
              </w:rPr>
              <w:t xml:space="preserve">3. </w:t>
            </w:r>
            <w:r w:rsidRPr="00BB7E7C">
              <w:rPr>
                <w:b/>
                <w:color w:val="000000"/>
                <w:sz w:val="18"/>
                <w:szCs w:val="18"/>
              </w:rPr>
              <w:t>SEMNĂTURA</w:t>
            </w:r>
          </w:p>
        </w:tc>
      </w:tr>
      <w:tr w:rsidR="00A93F43" w:rsidRPr="00BB7E7C" w14:paraId="2858BD6C" w14:textId="77777777" w:rsidTr="003F248A">
        <w:trPr>
          <w:cantSplit/>
          <w:trHeight w:val="510"/>
        </w:trPr>
        <w:tc>
          <w:tcPr>
            <w:tcW w:w="5621" w:type="dxa"/>
          </w:tcPr>
          <w:p w14:paraId="54243203" w14:textId="4C0CD6ED" w:rsidR="00A93F43" w:rsidRPr="00BB7E7C" w:rsidRDefault="00000000">
            <w:pPr>
              <w:rPr>
                <w:sz w:val="18"/>
                <w:szCs w:val="18"/>
              </w:rPr>
            </w:pPr>
            <w:proofErr w:type="spellStart"/>
            <w:r w:rsidRPr="00BB7E7C">
              <w:rPr>
                <w:b/>
                <w:color w:val="0D5F78"/>
                <w:sz w:val="18"/>
                <w:szCs w:val="18"/>
              </w:rPr>
              <w:t>Reprezentantul</w:t>
            </w:r>
            <w:proofErr w:type="spellEnd"/>
            <w:r w:rsidRPr="00BB7E7C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BB7E7C">
              <w:rPr>
                <w:b/>
                <w:color w:val="0D5F78"/>
                <w:sz w:val="18"/>
                <w:szCs w:val="18"/>
              </w:rPr>
              <w:t>autorității</w:t>
            </w:r>
            <w:proofErr w:type="spellEnd"/>
            <w:r w:rsidRPr="00BB7E7C">
              <w:rPr>
                <w:b/>
                <w:color w:val="0D5F78"/>
                <w:sz w:val="18"/>
                <w:szCs w:val="18"/>
              </w:rPr>
              <w:t xml:space="preserve"> — </w:t>
            </w:r>
            <w:proofErr w:type="spellStart"/>
            <w:r w:rsidRPr="00BB7E7C">
              <w:rPr>
                <w:b/>
                <w:color w:val="0D5F78"/>
                <w:sz w:val="18"/>
                <w:szCs w:val="18"/>
              </w:rPr>
              <w:t>numele</w:t>
            </w:r>
            <w:proofErr w:type="spellEnd"/>
          </w:p>
          <w:p w14:paraId="0B9F7FD9" w14:textId="77777777" w:rsidR="00A93F43" w:rsidRPr="00BB7E7C" w:rsidRDefault="00A93F43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00F86ABF" w14:textId="77777777" w:rsidR="00A93F43" w:rsidRPr="00BB7E7C" w:rsidRDefault="00000000">
            <w:pPr>
              <w:rPr>
                <w:sz w:val="18"/>
                <w:szCs w:val="18"/>
              </w:rPr>
            </w:pPr>
            <w:r w:rsidRPr="00BB7E7C">
              <w:rPr>
                <w:b/>
                <w:color w:val="0D5F78"/>
                <w:sz w:val="18"/>
                <w:szCs w:val="18"/>
              </w:rPr>
              <w:t>Data</w:t>
            </w:r>
          </w:p>
          <w:p w14:paraId="5523DCBB" w14:textId="77777777" w:rsidR="00A93F43" w:rsidRPr="00BB7E7C" w:rsidRDefault="00A93F43">
            <w:pPr>
              <w:rPr>
                <w:sz w:val="18"/>
                <w:szCs w:val="18"/>
              </w:rPr>
            </w:pPr>
          </w:p>
        </w:tc>
        <w:tc>
          <w:tcPr>
            <w:tcW w:w="2143" w:type="dxa"/>
          </w:tcPr>
          <w:p w14:paraId="5BD7C661" w14:textId="6BE1ED55" w:rsidR="00A93F43" w:rsidRPr="00BB7E7C" w:rsidRDefault="00F66EA5">
            <w:pPr>
              <w:rPr>
                <w:sz w:val="18"/>
                <w:szCs w:val="18"/>
              </w:rPr>
            </w:pPr>
            <w:proofErr w:type="spellStart"/>
            <w:r w:rsidRPr="00BB7E7C">
              <w:rPr>
                <w:b/>
                <w:color w:val="0D5F78"/>
                <w:sz w:val="18"/>
                <w:szCs w:val="18"/>
              </w:rPr>
              <w:t>Semnatura</w:t>
            </w:r>
            <w:proofErr w:type="spellEnd"/>
          </w:p>
          <w:p w14:paraId="7FE25160" w14:textId="77777777" w:rsidR="00A93F43" w:rsidRPr="00BB7E7C" w:rsidRDefault="00A93F43">
            <w:pPr>
              <w:rPr>
                <w:sz w:val="18"/>
                <w:szCs w:val="18"/>
              </w:rPr>
            </w:pPr>
          </w:p>
        </w:tc>
      </w:tr>
    </w:tbl>
    <w:p w14:paraId="6F67A149" w14:textId="77777777" w:rsidR="00A93F43" w:rsidRPr="00BB7E7C" w:rsidRDefault="00A93F43">
      <w:pPr>
        <w:spacing w:line="168" w:lineRule="auto"/>
        <w:rPr>
          <w:sz w:val="18"/>
          <w:szCs w:val="18"/>
        </w:rPr>
      </w:pPr>
    </w:p>
    <w:sectPr w:rsidR="00A93F43" w:rsidRPr="00BB7E7C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4F62B" w14:textId="77777777" w:rsidR="009E56EA" w:rsidRDefault="009E56EA">
      <w:r>
        <w:separator/>
      </w:r>
    </w:p>
  </w:endnote>
  <w:endnote w:type="continuationSeparator" w:id="0">
    <w:p w14:paraId="08D91208" w14:textId="77777777" w:rsidR="009E56EA" w:rsidRDefault="009E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AC04" w14:textId="77777777" w:rsidR="00A93F43" w:rsidRDefault="00000000">
    <w:pPr>
      <w:pStyle w:val="Subsol"/>
      <w:tabs>
        <w:tab w:val="right" w:pos="9639"/>
      </w:tabs>
    </w:pPr>
    <w:r>
      <w:rPr>
        <w:color w:val="595959"/>
      </w:rPr>
      <w:t xml:space="preserve">F_NOT_03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47E42" w14:textId="77777777" w:rsidR="009E56EA" w:rsidRDefault="009E56EA">
      <w:r>
        <w:separator/>
      </w:r>
    </w:p>
  </w:footnote>
  <w:footnote w:type="continuationSeparator" w:id="0">
    <w:p w14:paraId="53017828" w14:textId="77777777" w:rsidR="009E56EA" w:rsidRDefault="009E56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6846629">
    <w:abstractNumId w:val="8"/>
  </w:num>
  <w:num w:numId="2" w16cid:durableId="718280180">
    <w:abstractNumId w:val="6"/>
  </w:num>
  <w:num w:numId="3" w16cid:durableId="206646641">
    <w:abstractNumId w:val="5"/>
  </w:num>
  <w:num w:numId="4" w16cid:durableId="1817065279">
    <w:abstractNumId w:val="4"/>
  </w:num>
  <w:num w:numId="5" w16cid:durableId="331614462">
    <w:abstractNumId w:val="7"/>
  </w:num>
  <w:num w:numId="6" w16cid:durableId="486480204">
    <w:abstractNumId w:val="3"/>
  </w:num>
  <w:num w:numId="7" w16cid:durableId="434132356">
    <w:abstractNumId w:val="2"/>
  </w:num>
  <w:num w:numId="8" w16cid:durableId="1727799628">
    <w:abstractNumId w:val="1"/>
  </w:num>
  <w:num w:numId="9" w16cid:durableId="74032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56D"/>
    <w:rsid w:val="00034616"/>
    <w:rsid w:val="0006063C"/>
    <w:rsid w:val="00132008"/>
    <w:rsid w:val="0015074B"/>
    <w:rsid w:val="0029639D"/>
    <w:rsid w:val="00326F90"/>
    <w:rsid w:val="003F248A"/>
    <w:rsid w:val="006C103E"/>
    <w:rsid w:val="006D34B1"/>
    <w:rsid w:val="00844F78"/>
    <w:rsid w:val="009E56EA"/>
    <w:rsid w:val="00A93F43"/>
    <w:rsid w:val="00AA1D8D"/>
    <w:rsid w:val="00B47730"/>
    <w:rsid w:val="00BB7E7C"/>
    <w:rsid w:val="00CB0664"/>
    <w:rsid w:val="00D16FF9"/>
    <w:rsid w:val="00E61A6B"/>
    <w:rsid w:val="00F66EA5"/>
    <w:rsid w:val="00FB44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7BA11C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BB7E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imariabistrit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municipiulbistrit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Floarea-Olivia TIMOCE</cp:lastModifiedBy>
  <cp:revision>3</cp:revision>
  <dcterms:created xsi:type="dcterms:W3CDTF">2013-12-23T23:15:00Z</dcterms:created>
  <dcterms:modified xsi:type="dcterms:W3CDTF">2026-09-23T12:51:00Z</dcterms:modified>
  <cp:category/>
</cp:coreProperties>
</file>