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88866" w14:textId="22A1AFAA" w:rsidR="004056FE" w:rsidRDefault="004B3D66" w:rsidP="004056FE">
      <w:pPr>
        <w:spacing w:line="168" w:lineRule="auto"/>
        <w:rPr>
          <w:color w:val="595959"/>
        </w:rPr>
      </w:pPr>
      <w:r w:rsidRPr="00342E6C">
        <w:rPr>
          <w:b/>
          <w:bCs/>
          <w:i/>
          <w:iCs/>
          <w:color w:val="595959"/>
          <w:szCs w:val="15"/>
          <w:u w:val="single"/>
        </w:rPr>
        <w:t>Anexa nr.1</w:t>
      </w:r>
      <w:r>
        <w:rPr>
          <w:b/>
          <w:bCs/>
          <w:i/>
          <w:iCs/>
          <w:color w:val="595959"/>
          <w:sz w:val="24"/>
          <w:szCs w:val="24"/>
          <w:u w:val="single"/>
        </w:rPr>
        <w:t xml:space="preserve"> </w:t>
      </w:r>
      <w:r>
        <w:rPr>
          <w:color w:val="595959"/>
        </w:rPr>
        <w:t>F_CU_01 · versiunea 1.0</w:t>
      </w:r>
    </w:p>
    <w:tbl>
      <w:tblPr>
        <w:tblStyle w:val="Tabelgril"/>
        <w:tblW w:w="10201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777"/>
      </w:tblGrid>
      <w:tr w:rsidR="00A94097" w14:paraId="3AB3F25C" w14:textId="77777777" w:rsidTr="00111760">
        <w:trPr>
          <w:cantSplit/>
          <w:trHeight w:val="285"/>
        </w:trPr>
        <w:tc>
          <w:tcPr>
            <w:tcW w:w="1606" w:type="dxa"/>
            <w:vMerge w:val="restart"/>
            <w:vAlign w:val="center"/>
          </w:tcPr>
          <w:p w14:paraId="1A12EA80" w14:textId="77777777" w:rsidR="00A94097" w:rsidRPr="008B59BF" w:rsidRDefault="00A94097" w:rsidP="00111760">
            <w:pPr>
              <w:keepNext/>
              <w:jc w:val="center"/>
              <w:rPr>
                <w:sz w:val="16"/>
                <w:szCs w:val="16"/>
              </w:rPr>
            </w:pPr>
            <w:r w:rsidRPr="00D15598">
              <w:rPr>
                <w:noProof/>
                <w:sz w:val="16"/>
                <w:szCs w:val="16"/>
              </w:rPr>
              <w:drawing>
                <wp:inline distT="0" distB="0" distL="0" distR="0" wp14:anchorId="27C72067" wp14:editId="1D32CAD7">
                  <wp:extent cx="767319" cy="973777"/>
                  <wp:effectExtent l="0" t="0" r="0" b="0"/>
                  <wp:docPr id="1725399296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39929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76" cy="976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5" w:type="dxa"/>
            <w:gridSpan w:val="3"/>
            <w:shd w:val="clear" w:color="auto" w:fill="F0F0F0"/>
          </w:tcPr>
          <w:p w14:paraId="62BAFE20" w14:textId="77777777" w:rsidR="00A94097" w:rsidRPr="001D1DDD" w:rsidRDefault="00A94097" w:rsidP="00111760">
            <w:pPr>
              <w:keepNext/>
              <w:rPr>
                <w:b/>
                <w:color w:val="0D5F78"/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Județul</w:t>
            </w:r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BISTRI</w:t>
            </w:r>
            <w:r w:rsidRPr="001D1DDD">
              <w:rPr>
                <w:b/>
                <w:bCs/>
                <w:sz w:val="18"/>
                <w:szCs w:val="18"/>
                <w:lang w:val="ro-RO"/>
              </w:rPr>
              <w:t>ȚA NĂSĂUD</w:t>
            </w:r>
          </w:p>
        </w:tc>
      </w:tr>
      <w:tr w:rsidR="00A94097" w14:paraId="62279F94" w14:textId="77777777" w:rsidTr="00111760">
        <w:trPr>
          <w:cantSplit/>
          <w:trHeight w:val="328"/>
        </w:trPr>
        <w:tc>
          <w:tcPr>
            <w:tcW w:w="1606" w:type="dxa"/>
            <w:vMerge/>
          </w:tcPr>
          <w:p w14:paraId="24657A02" w14:textId="77777777" w:rsidR="00A94097" w:rsidRPr="008B59BF" w:rsidRDefault="00A94097" w:rsidP="00111760">
            <w:pPr>
              <w:rPr>
                <w:sz w:val="16"/>
                <w:szCs w:val="16"/>
              </w:rPr>
            </w:pPr>
          </w:p>
        </w:tc>
        <w:tc>
          <w:tcPr>
            <w:tcW w:w="8595" w:type="dxa"/>
            <w:gridSpan w:val="3"/>
            <w:shd w:val="clear" w:color="auto" w:fill="F0F0F0"/>
          </w:tcPr>
          <w:p w14:paraId="6406563F" w14:textId="77777777" w:rsidR="00A94097" w:rsidRPr="001D1DDD" w:rsidRDefault="00A94097" w:rsidP="00111760">
            <w:pPr>
              <w:keepNext/>
              <w:rPr>
                <w:b/>
                <w:color w:val="0D5F78"/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Autoritatea administrației publice</w:t>
            </w:r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PRIMĂRIA MUNICIPIULUI BISTRIȚA</w:t>
            </w:r>
          </w:p>
        </w:tc>
      </w:tr>
      <w:tr w:rsidR="00A94097" w14:paraId="07E2E3A2" w14:textId="77777777" w:rsidTr="00111760">
        <w:trPr>
          <w:cantSplit/>
          <w:trHeight w:val="1126"/>
        </w:trPr>
        <w:tc>
          <w:tcPr>
            <w:tcW w:w="1606" w:type="dxa"/>
            <w:vMerge/>
          </w:tcPr>
          <w:p w14:paraId="2521D1CD" w14:textId="77777777" w:rsidR="00A94097" w:rsidRPr="008B59BF" w:rsidRDefault="00A94097" w:rsidP="00111760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F0F0F0"/>
          </w:tcPr>
          <w:p w14:paraId="1D7A6191" w14:textId="77777777" w:rsidR="00A94097" w:rsidRPr="001D1DDD" w:rsidRDefault="00A94097" w:rsidP="00111760">
            <w:pPr>
              <w:keepNext/>
              <w:rPr>
                <w:sz w:val="18"/>
                <w:szCs w:val="18"/>
                <w:lang w:val="fr-FR"/>
              </w:rPr>
            </w:pPr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Cod de identificare fiscală </w:t>
            </w:r>
            <w:r w:rsidRPr="00665E9B">
              <w:rPr>
                <w:b/>
                <w:color w:val="000000" w:themeColor="text1"/>
                <w:sz w:val="18"/>
                <w:szCs w:val="18"/>
                <w:lang w:val="fr-FR"/>
              </w:rPr>
              <w:t>CIF</w:t>
            </w:r>
            <w:r w:rsidRPr="001D1DDD">
              <w:rPr>
                <w:sz w:val="18"/>
                <w:szCs w:val="18"/>
                <w:lang w:val="fr-FR"/>
              </w:rPr>
              <w:t xml:space="preserve">  </w:t>
            </w:r>
            <w:r w:rsidRPr="001D1DDD">
              <w:rPr>
                <w:b/>
                <w:bCs/>
                <w:color w:val="000000" w:themeColor="text1"/>
                <w:sz w:val="18"/>
                <w:szCs w:val="18"/>
              </w:rPr>
              <w:t>4347569</w:t>
            </w:r>
          </w:p>
        </w:tc>
        <w:tc>
          <w:tcPr>
            <w:tcW w:w="6186" w:type="dxa"/>
            <w:gridSpan w:val="2"/>
            <w:shd w:val="clear" w:color="auto" w:fill="F0F0F0"/>
          </w:tcPr>
          <w:p w14:paraId="7AFDC513" w14:textId="77777777" w:rsidR="00A94097" w:rsidRDefault="00A94097" w:rsidP="0011176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Adresa oficială</w:t>
            </w:r>
            <w:r>
              <w:rPr>
                <w:sz w:val="18"/>
                <w:szCs w:val="18"/>
              </w:rPr>
              <w:t xml:space="preserve">: </w:t>
            </w:r>
          </w:p>
          <w:p w14:paraId="747E5C17" w14:textId="77777777" w:rsidR="00A94097" w:rsidRPr="001D1DDD" w:rsidRDefault="00A94097" w:rsidP="0011176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>P</w:t>
            </w:r>
            <w:r>
              <w:rPr>
                <w:b/>
                <w:bCs/>
                <w:iCs/>
                <w:sz w:val="18"/>
                <w:szCs w:val="18"/>
              </w:rPr>
              <w:t>iața</w:t>
            </w:r>
            <w:r w:rsidRPr="001D1DDD">
              <w:rPr>
                <w:b/>
                <w:bCs/>
                <w:iCs/>
                <w:sz w:val="18"/>
                <w:szCs w:val="18"/>
              </w:rPr>
              <w:t xml:space="preserve"> C</w:t>
            </w:r>
            <w:r>
              <w:rPr>
                <w:b/>
                <w:bCs/>
                <w:iCs/>
                <w:sz w:val="18"/>
                <w:szCs w:val="18"/>
              </w:rPr>
              <w:t>entrală</w:t>
            </w:r>
            <w:r w:rsidRPr="001D1DDD">
              <w:rPr>
                <w:b/>
                <w:bCs/>
                <w:iCs/>
                <w:sz w:val="18"/>
                <w:szCs w:val="18"/>
              </w:rPr>
              <w:t>,</w:t>
            </w:r>
            <w:r>
              <w:rPr>
                <w:b/>
                <w:bCs/>
                <w:iCs/>
                <w:sz w:val="18"/>
                <w:szCs w:val="18"/>
              </w:rPr>
              <w:t xml:space="preserve"> Nr</w:t>
            </w:r>
            <w:r w:rsidRPr="001D1DDD">
              <w:rPr>
                <w:b/>
                <w:bCs/>
                <w:iCs/>
                <w:sz w:val="18"/>
                <w:szCs w:val="18"/>
              </w:rPr>
              <w:t>.6</w:t>
            </w:r>
            <w:r>
              <w:rPr>
                <w:b/>
                <w:bCs/>
                <w:iCs/>
                <w:sz w:val="18"/>
                <w:szCs w:val="18"/>
              </w:rPr>
              <w:t>, Bistrița, jud.Bistrița-Năsăud, cod poștal</w:t>
            </w:r>
            <w:r w:rsidRPr="001D1DDD">
              <w:rPr>
                <w:b/>
                <w:bCs/>
                <w:iCs/>
                <w:sz w:val="18"/>
                <w:szCs w:val="18"/>
              </w:rPr>
              <w:t xml:space="preserve"> 420040</w:t>
            </w:r>
          </w:p>
          <w:p w14:paraId="2E9FD7AA" w14:textId="77777777" w:rsidR="00A94097" w:rsidRDefault="00A94097" w:rsidP="00111760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E-mail: </w:t>
            </w:r>
            <w:hyperlink r:id="rId9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primaria@municipiulbistrita.ro</w:t>
              </w:r>
            </w:hyperlink>
            <w:r w:rsidRPr="001D1DDD">
              <w:rPr>
                <w:b/>
                <w:bCs/>
                <w:iCs/>
                <w:sz w:val="18"/>
                <w:szCs w:val="18"/>
              </w:rPr>
              <w:t xml:space="preserve"> </w:t>
            </w:r>
          </w:p>
          <w:p w14:paraId="45217198" w14:textId="77777777" w:rsidR="00A94097" w:rsidRPr="001D1DDD" w:rsidRDefault="00A94097" w:rsidP="00111760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Web: </w:t>
            </w:r>
            <w:hyperlink r:id="rId10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http://www.primariabistrita.ro</w:t>
              </w:r>
            </w:hyperlink>
          </w:p>
          <w:p w14:paraId="2F0FB015" w14:textId="77777777" w:rsidR="00A94097" w:rsidRPr="006A2001" w:rsidRDefault="00A94097" w:rsidP="00111760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>Telefon: 0263223923</w:t>
            </w:r>
            <w:r>
              <w:rPr>
                <w:b/>
                <w:bCs/>
                <w:iCs/>
                <w:sz w:val="18"/>
                <w:szCs w:val="18"/>
              </w:rPr>
              <w:t>,  0263</w:t>
            </w:r>
            <w:r w:rsidRPr="001D1DDD">
              <w:rPr>
                <w:b/>
                <w:bCs/>
                <w:iCs/>
                <w:sz w:val="18"/>
                <w:szCs w:val="18"/>
              </w:rPr>
              <w:t>224706</w:t>
            </w:r>
          </w:p>
        </w:tc>
      </w:tr>
      <w:tr w:rsidR="00A94097" w14:paraId="6617528F" w14:textId="77777777" w:rsidTr="00111760">
        <w:trPr>
          <w:cantSplit/>
          <w:trHeight w:val="510"/>
        </w:trPr>
        <w:tc>
          <w:tcPr>
            <w:tcW w:w="1606" w:type="dxa"/>
            <w:vMerge/>
          </w:tcPr>
          <w:p w14:paraId="264374B3" w14:textId="77777777" w:rsidR="00A94097" w:rsidRPr="008B59BF" w:rsidRDefault="00A94097" w:rsidP="00111760">
            <w:pPr>
              <w:rPr>
                <w:sz w:val="16"/>
                <w:szCs w:val="16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04E0CF5F" w14:textId="77777777" w:rsidR="00A94097" w:rsidRPr="001D1DDD" w:rsidRDefault="00A94097" w:rsidP="0011176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Număr de înregistrare</w:t>
            </w:r>
          </w:p>
          <w:p w14:paraId="3F8028E8" w14:textId="77777777" w:rsidR="00A94097" w:rsidRPr="001D1DDD" w:rsidRDefault="00A94097" w:rsidP="00111760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777" w:type="dxa"/>
            <w:shd w:val="clear" w:color="auto" w:fill="F0F0F0"/>
          </w:tcPr>
          <w:p w14:paraId="32AE2B5E" w14:textId="77777777" w:rsidR="00A94097" w:rsidRPr="001D1DDD" w:rsidRDefault="00A94097" w:rsidP="0011176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Data</w:t>
            </w:r>
          </w:p>
          <w:p w14:paraId="5EC27BE1" w14:textId="77777777" w:rsidR="00A94097" w:rsidRPr="001D1DDD" w:rsidRDefault="00A94097" w:rsidP="00111760">
            <w:pPr>
              <w:keepNext/>
              <w:rPr>
                <w:sz w:val="18"/>
                <w:szCs w:val="18"/>
              </w:rPr>
            </w:pPr>
          </w:p>
        </w:tc>
      </w:tr>
    </w:tbl>
    <w:p w14:paraId="61BA6132" w14:textId="77777777" w:rsidR="004B3D66" w:rsidRPr="00A256C2" w:rsidRDefault="004B3D66" w:rsidP="004056FE">
      <w:pPr>
        <w:spacing w:line="168" w:lineRule="auto"/>
        <w:rPr>
          <w:lang w:val="fr-FR"/>
        </w:rPr>
      </w:pPr>
    </w:p>
    <w:p w14:paraId="290583ED" w14:textId="77777777" w:rsidR="004056FE" w:rsidRPr="00850B64" w:rsidRDefault="004056FE" w:rsidP="004056FE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3A2F0E4" w14:textId="77777777" w:rsidR="004056FE" w:rsidRDefault="004056FE" w:rsidP="004056FE">
      <w:pPr>
        <w:spacing w:after="60" w:line="168" w:lineRule="auto"/>
      </w:pPr>
    </w:p>
    <w:tbl>
      <w:tblPr>
        <w:tblStyle w:val="Tabelgril"/>
        <w:tblW w:w="103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343"/>
      </w:tblGrid>
      <w:tr w:rsidR="004056FE" w14:paraId="7BD1B736" w14:textId="77777777" w:rsidTr="00420AC8">
        <w:trPr>
          <w:cantSplit/>
        </w:trPr>
        <w:tc>
          <w:tcPr>
            <w:tcW w:w="10343" w:type="dxa"/>
            <w:shd w:val="clear" w:color="auto" w:fill="F4F4F4"/>
          </w:tcPr>
          <w:p w14:paraId="2D0033D8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  <w:r>
              <w:rPr>
                <w:b/>
                <w:sz w:val="16"/>
              </w:rPr>
              <w:t xml:space="preserve"> </w:t>
            </w:r>
            <w:r w:rsidRPr="001D1DDD">
              <w:rPr>
                <w:b/>
                <w:sz w:val="18"/>
                <w:szCs w:val="18"/>
              </w:rPr>
              <w:t xml:space="preserve">1. </w:t>
            </w:r>
            <w:r w:rsidRPr="001D1DDD">
              <w:rPr>
                <w:b/>
                <w:color w:val="000000"/>
                <w:sz w:val="18"/>
                <w:szCs w:val="18"/>
              </w:rPr>
              <w:t>CĂTRE</w:t>
            </w:r>
          </w:p>
        </w:tc>
      </w:tr>
      <w:tr w:rsidR="004056FE" w:rsidRPr="00917520" w14:paraId="28FD68DC" w14:textId="77777777" w:rsidTr="004056FE">
        <w:trPr>
          <w:cantSplit/>
          <w:trHeight w:val="288"/>
        </w:trPr>
        <w:tc>
          <w:tcPr>
            <w:tcW w:w="10343" w:type="dxa"/>
          </w:tcPr>
          <w:p w14:paraId="376E9957" w14:textId="77777777" w:rsidR="004056FE" w:rsidRPr="001D1DDD" w:rsidRDefault="004056FE" w:rsidP="00420AC8">
            <w:pPr>
              <w:keepNext/>
              <w:rPr>
                <w:sz w:val="18"/>
                <w:szCs w:val="18"/>
                <w:lang w:val="fr-FR"/>
              </w:rPr>
            </w:pPr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>Instituția</w:t>
            </w:r>
            <w:r>
              <w:rPr>
                <w:b/>
                <w:color w:val="0D5F78"/>
                <w:sz w:val="18"/>
                <w:szCs w:val="18"/>
                <w:lang w:val="fr-FR"/>
              </w:rPr>
              <w:t> </w:t>
            </w:r>
            <w:r>
              <w:rPr>
                <w:sz w:val="18"/>
                <w:szCs w:val="18"/>
                <w:lang w:val="fr-FR"/>
              </w:rPr>
              <w:t>:</w:t>
            </w:r>
            <w:r>
              <w:rPr>
                <w:lang w:val="fr-FR"/>
              </w:rPr>
              <w:t xml:space="preserve"> </w:t>
            </w:r>
            <w:r w:rsidRPr="001F6BAE">
              <w:rPr>
                <w:b/>
                <w:bCs/>
                <w:sz w:val="19"/>
                <w:szCs w:val="19"/>
                <w:lang w:val="fr-FR"/>
              </w:rPr>
              <w:t>PRIMĂRIA MUNICIPIULUI BISTRIȚA</w:t>
            </w:r>
          </w:p>
        </w:tc>
      </w:tr>
    </w:tbl>
    <w:p w14:paraId="1CAC99FD" w14:textId="77777777" w:rsidR="004056FE" w:rsidRPr="00A256C2" w:rsidRDefault="004056FE" w:rsidP="004056FE">
      <w:pPr>
        <w:tabs>
          <w:tab w:val="left" w:pos="6375"/>
        </w:tabs>
        <w:spacing w:line="168" w:lineRule="auto"/>
        <w:rPr>
          <w:lang w:val="fr-FR"/>
        </w:rPr>
      </w:pPr>
      <w:r>
        <w:rPr>
          <w:lang w:val="fr-FR"/>
        </w:rPr>
        <w:tab/>
      </w:r>
    </w:p>
    <w:tbl>
      <w:tblPr>
        <w:tblStyle w:val="Tabelgril"/>
        <w:tblW w:w="103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2313"/>
      </w:tblGrid>
      <w:tr w:rsidR="004056FE" w14:paraId="192E7BA7" w14:textId="77777777" w:rsidTr="00420AC8">
        <w:trPr>
          <w:cantSplit/>
        </w:trPr>
        <w:tc>
          <w:tcPr>
            <w:tcW w:w="10343" w:type="dxa"/>
            <w:gridSpan w:val="8"/>
            <w:shd w:val="clear" w:color="auto" w:fill="F4F4F4"/>
          </w:tcPr>
          <w:p w14:paraId="249C3F20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 w:rsidRPr="001D1DDD">
              <w:rPr>
                <w:b/>
                <w:sz w:val="18"/>
                <w:szCs w:val="18"/>
              </w:rPr>
              <w:t xml:space="preserve">2. </w:t>
            </w:r>
            <w:r w:rsidRPr="001D1DDD">
              <w:rPr>
                <w:b/>
                <w:color w:val="000000"/>
                <w:sz w:val="18"/>
                <w:szCs w:val="18"/>
              </w:rPr>
              <w:t>SOLICITANTUL</w:t>
            </w:r>
          </w:p>
        </w:tc>
      </w:tr>
      <w:tr w:rsidR="004056FE" w14:paraId="753DDE0A" w14:textId="77777777" w:rsidTr="00420AC8">
        <w:trPr>
          <w:cantSplit/>
          <w:trHeight w:val="510"/>
        </w:trPr>
        <w:tc>
          <w:tcPr>
            <w:tcW w:w="5621" w:type="dxa"/>
            <w:gridSpan w:val="5"/>
          </w:tcPr>
          <w:p w14:paraId="274A8505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Nume și prenume</w:t>
            </w:r>
          </w:p>
          <w:p w14:paraId="70DDD200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722" w:type="dxa"/>
            <w:gridSpan w:val="3"/>
          </w:tcPr>
          <w:p w14:paraId="08CE4B41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CNP</w:t>
            </w:r>
          </w:p>
          <w:p w14:paraId="6D29BCD3" w14:textId="77777777" w:rsidR="004056FE" w:rsidRDefault="004056FE" w:rsidP="00420AC8">
            <w:pPr>
              <w:keepNext/>
            </w:pPr>
          </w:p>
        </w:tc>
      </w:tr>
      <w:tr w:rsidR="004056FE" w14:paraId="7131E698" w14:textId="77777777" w:rsidTr="00420AC8">
        <w:trPr>
          <w:cantSplit/>
        </w:trPr>
        <w:tc>
          <w:tcPr>
            <w:tcW w:w="10343" w:type="dxa"/>
            <w:gridSpan w:val="8"/>
            <w:shd w:val="clear" w:color="auto" w:fill="F4F4F4"/>
          </w:tcPr>
          <w:p w14:paraId="617C1B58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sz w:val="18"/>
                <w:szCs w:val="18"/>
              </w:rPr>
              <w:t xml:space="preserve"> Act de identitate</w:t>
            </w:r>
          </w:p>
        </w:tc>
      </w:tr>
      <w:tr w:rsidR="004056FE" w14:paraId="6B6F6B12" w14:textId="77777777" w:rsidTr="00420AC8">
        <w:trPr>
          <w:cantSplit/>
          <w:trHeight w:val="510"/>
        </w:trPr>
        <w:tc>
          <w:tcPr>
            <w:tcW w:w="1606" w:type="dxa"/>
          </w:tcPr>
          <w:p w14:paraId="22683714" w14:textId="77777777" w:rsidR="004056FE" w:rsidRPr="009247F5" w:rsidRDefault="004056FE" w:rsidP="00420AC8">
            <w:pPr>
              <w:keepNext/>
              <w:rPr>
                <w:sz w:val="18"/>
                <w:szCs w:val="18"/>
              </w:rPr>
            </w:pPr>
            <w:r w:rsidRPr="009247F5">
              <w:rPr>
                <w:b/>
                <w:color w:val="0D5F78"/>
                <w:sz w:val="18"/>
                <w:szCs w:val="18"/>
              </w:rPr>
              <w:t>Seria</w:t>
            </w:r>
          </w:p>
          <w:p w14:paraId="1315B670" w14:textId="77777777" w:rsidR="004056FE" w:rsidRPr="009247F5" w:rsidRDefault="004056FE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430494B2" w14:textId="77777777" w:rsidR="004056FE" w:rsidRDefault="004056FE" w:rsidP="00420AC8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1C9385F" w14:textId="77777777" w:rsidR="004056FE" w:rsidRDefault="004056FE" w:rsidP="00420AC8">
            <w:pPr>
              <w:keepNext/>
            </w:pPr>
          </w:p>
        </w:tc>
        <w:tc>
          <w:tcPr>
            <w:tcW w:w="4818" w:type="dxa"/>
            <w:gridSpan w:val="5"/>
          </w:tcPr>
          <w:p w14:paraId="3F8467D5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Eliberat de</w:t>
            </w:r>
          </w:p>
          <w:p w14:paraId="55902F9E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14:paraId="177FA70E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La data</w:t>
            </w:r>
          </w:p>
          <w:p w14:paraId="173871B8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</w:p>
        </w:tc>
      </w:tr>
      <w:tr w:rsidR="004056FE" w14:paraId="321FA1AC" w14:textId="77777777" w:rsidTr="00420AC8">
        <w:trPr>
          <w:cantSplit/>
        </w:trPr>
        <w:tc>
          <w:tcPr>
            <w:tcW w:w="10343" w:type="dxa"/>
            <w:gridSpan w:val="8"/>
            <w:shd w:val="clear" w:color="auto" w:fill="F4F4F4"/>
          </w:tcPr>
          <w:p w14:paraId="2C6B7977" w14:textId="77777777" w:rsidR="004056FE" w:rsidRPr="009247F5" w:rsidRDefault="004056FE" w:rsidP="00420AC8">
            <w:pPr>
              <w:keepNext/>
              <w:rPr>
                <w:sz w:val="18"/>
                <w:szCs w:val="18"/>
              </w:rPr>
            </w:pPr>
            <w:r w:rsidRPr="009247F5">
              <w:rPr>
                <w:sz w:val="18"/>
                <w:szCs w:val="18"/>
              </w:rPr>
              <w:t xml:space="preserve"> Domiciliul</w:t>
            </w:r>
          </w:p>
        </w:tc>
      </w:tr>
      <w:tr w:rsidR="004056FE" w14:paraId="751804CD" w14:textId="77777777" w:rsidTr="00420AC8">
        <w:trPr>
          <w:cantSplit/>
          <w:trHeight w:val="510"/>
        </w:trPr>
        <w:tc>
          <w:tcPr>
            <w:tcW w:w="3212" w:type="dxa"/>
            <w:gridSpan w:val="2"/>
          </w:tcPr>
          <w:p w14:paraId="028A1C5A" w14:textId="77777777" w:rsidR="004056FE" w:rsidRPr="009247F5" w:rsidRDefault="004056FE" w:rsidP="00420AC8">
            <w:pPr>
              <w:keepNext/>
              <w:rPr>
                <w:sz w:val="18"/>
                <w:szCs w:val="18"/>
              </w:rPr>
            </w:pPr>
            <w:r w:rsidRPr="009247F5">
              <w:rPr>
                <w:b/>
                <w:color w:val="0D5F78"/>
                <w:sz w:val="18"/>
                <w:szCs w:val="18"/>
              </w:rPr>
              <w:t>Județul</w:t>
            </w:r>
          </w:p>
          <w:p w14:paraId="076E6C82" w14:textId="77777777" w:rsidR="004056FE" w:rsidRPr="009247F5" w:rsidRDefault="004056FE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4"/>
          </w:tcPr>
          <w:p w14:paraId="32457977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Municipiul / orașul / comuna</w:t>
            </w:r>
          </w:p>
          <w:p w14:paraId="2E51AA95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919" w:type="dxa"/>
            <w:gridSpan w:val="2"/>
          </w:tcPr>
          <w:p w14:paraId="0E09D0FD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Satul / sectorul</w:t>
            </w:r>
          </w:p>
          <w:p w14:paraId="29A3343E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</w:p>
        </w:tc>
      </w:tr>
      <w:tr w:rsidR="004056FE" w14:paraId="002E7004" w14:textId="77777777" w:rsidTr="00420AC8">
        <w:trPr>
          <w:cantSplit/>
          <w:trHeight w:val="510"/>
        </w:trPr>
        <w:tc>
          <w:tcPr>
            <w:tcW w:w="3212" w:type="dxa"/>
            <w:gridSpan w:val="2"/>
          </w:tcPr>
          <w:p w14:paraId="357D1F9A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1C322134" w14:textId="77777777" w:rsidR="004056FE" w:rsidRDefault="004056FE" w:rsidP="00420AC8">
            <w:pPr>
              <w:keepNext/>
            </w:pPr>
          </w:p>
        </w:tc>
        <w:tc>
          <w:tcPr>
            <w:tcW w:w="803" w:type="dxa"/>
          </w:tcPr>
          <w:p w14:paraId="4A307B97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Nr.</w:t>
            </w:r>
          </w:p>
          <w:p w14:paraId="4102366F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0CEF0D5B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Sc.</w:t>
            </w:r>
          </w:p>
          <w:p w14:paraId="49E0050B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322E5E8C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Et.</w:t>
            </w:r>
          </w:p>
          <w:p w14:paraId="37EDFBC0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3FDFB4E4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Ap.</w:t>
            </w:r>
          </w:p>
          <w:p w14:paraId="042B54E4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0D645BF0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Cod poștal</w:t>
            </w:r>
          </w:p>
          <w:p w14:paraId="5E27C700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14:paraId="370A2969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Țara</w:t>
            </w:r>
          </w:p>
          <w:p w14:paraId="1BE375E4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</w:p>
        </w:tc>
      </w:tr>
      <w:tr w:rsidR="004056FE" w14:paraId="672234BC" w14:textId="77777777" w:rsidTr="00420AC8">
        <w:trPr>
          <w:cantSplit/>
        </w:trPr>
        <w:tc>
          <w:tcPr>
            <w:tcW w:w="10343" w:type="dxa"/>
            <w:gridSpan w:val="8"/>
            <w:shd w:val="clear" w:color="auto" w:fill="F4F4F4"/>
          </w:tcPr>
          <w:p w14:paraId="108C082C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sz w:val="18"/>
                <w:szCs w:val="18"/>
              </w:rPr>
              <w:t xml:space="preserve"> Date de contact</w:t>
            </w:r>
          </w:p>
        </w:tc>
      </w:tr>
      <w:tr w:rsidR="004056FE" w14:paraId="0C9B17B7" w14:textId="77777777" w:rsidTr="00420AC8">
        <w:trPr>
          <w:cantSplit/>
          <w:trHeight w:val="510"/>
        </w:trPr>
        <w:tc>
          <w:tcPr>
            <w:tcW w:w="4015" w:type="dxa"/>
            <w:gridSpan w:val="3"/>
          </w:tcPr>
          <w:p w14:paraId="178B49E3" w14:textId="00591B48" w:rsidR="004056FE" w:rsidRPr="001D1DDD" w:rsidRDefault="004056FE" w:rsidP="008F50DF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 xml:space="preserve">Telefon </w:t>
            </w:r>
          </w:p>
        </w:tc>
        <w:tc>
          <w:tcPr>
            <w:tcW w:w="6328" w:type="dxa"/>
            <w:gridSpan w:val="5"/>
          </w:tcPr>
          <w:p w14:paraId="559E48DA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E-mail</w:t>
            </w:r>
          </w:p>
          <w:p w14:paraId="345DC6A9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</w:p>
        </w:tc>
      </w:tr>
      <w:tr w:rsidR="004056FE" w14:paraId="7D8ECA1E" w14:textId="77777777" w:rsidTr="00420AC8">
        <w:trPr>
          <w:cantSplit/>
        </w:trPr>
        <w:tc>
          <w:tcPr>
            <w:tcW w:w="10343" w:type="dxa"/>
            <w:gridSpan w:val="8"/>
            <w:shd w:val="clear" w:color="auto" w:fill="F4F4F4"/>
          </w:tcPr>
          <w:p w14:paraId="34E9848C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sz w:val="18"/>
                <w:szCs w:val="18"/>
              </w:rPr>
              <w:t xml:space="preserve"> Reprezentare</w:t>
            </w:r>
          </w:p>
        </w:tc>
      </w:tr>
      <w:tr w:rsidR="004056FE" w14:paraId="357C7E25" w14:textId="77777777" w:rsidTr="00420AC8">
        <w:trPr>
          <w:cantSplit/>
          <w:trHeight w:val="510"/>
        </w:trPr>
        <w:tc>
          <w:tcPr>
            <w:tcW w:w="6424" w:type="dxa"/>
            <w:gridSpan w:val="6"/>
          </w:tcPr>
          <w:p w14:paraId="69ECEA3D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În calitate de reprezentant al</w:t>
            </w:r>
          </w:p>
          <w:p w14:paraId="40E3246A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919" w:type="dxa"/>
            <w:gridSpan w:val="2"/>
          </w:tcPr>
          <w:p w14:paraId="64F8D2D1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CUI / CIF</w:t>
            </w:r>
          </w:p>
          <w:p w14:paraId="38BC93BD" w14:textId="77777777" w:rsidR="004056FE" w:rsidRPr="001D1DDD" w:rsidRDefault="004056FE" w:rsidP="00420AC8">
            <w:pPr>
              <w:keepNext/>
              <w:rPr>
                <w:sz w:val="18"/>
                <w:szCs w:val="18"/>
              </w:rPr>
            </w:pPr>
          </w:p>
        </w:tc>
      </w:tr>
      <w:tr w:rsidR="004056FE" w:rsidRPr="00917520" w14:paraId="15A5F98A" w14:textId="77777777" w:rsidTr="00420AC8">
        <w:trPr>
          <w:cantSplit/>
        </w:trPr>
        <w:tc>
          <w:tcPr>
            <w:tcW w:w="10343" w:type="dxa"/>
            <w:gridSpan w:val="8"/>
          </w:tcPr>
          <w:p w14:paraId="04002C09" w14:textId="77777777" w:rsidR="004056FE" w:rsidRPr="001D1DDD" w:rsidRDefault="004056FE" w:rsidP="00420AC8">
            <w:pPr>
              <w:rPr>
                <w:sz w:val="18"/>
                <w:szCs w:val="18"/>
                <w:lang w:val="fr-FR"/>
              </w:rPr>
            </w:pPr>
            <w:r w:rsidRPr="001D1DDD">
              <w:rPr>
                <w:sz w:val="18"/>
                <w:szCs w:val="18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14:paraId="1CE49280" w14:textId="77777777" w:rsidR="004056FE" w:rsidRDefault="004056FE">
      <w:pPr>
        <w:spacing w:line="168" w:lineRule="auto"/>
      </w:pPr>
    </w:p>
    <w:p w14:paraId="2E8A375E" w14:textId="77777777" w:rsidR="00377113" w:rsidRDefault="00000000">
      <w:pPr>
        <w:spacing w:before="80" w:after="60"/>
        <w:jc w:val="center"/>
      </w:pPr>
      <w:r>
        <w:rPr>
          <w:sz w:val="18"/>
        </w:rPr>
        <w:t>în temeiul art. 257 alin. (17) din Legea nr. 169/2026 privind Codul amenajării teritoriului, urbanismului și construcțiilor,</w:t>
      </w:r>
    </w:p>
    <w:p w14:paraId="103992CE" w14:textId="62C0D776" w:rsidR="004056FE" w:rsidRPr="0043186F" w:rsidRDefault="00000000" w:rsidP="0043186F">
      <w:pPr>
        <w:spacing w:before="80" w:after="60"/>
        <w:jc w:val="center"/>
        <w:rPr>
          <w:b/>
          <w:bCs/>
          <w:color w:val="000000"/>
          <w:sz w:val="24"/>
          <w:szCs w:val="24"/>
          <w:lang w:val="fr-FR"/>
        </w:rPr>
      </w:pPr>
      <w:r w:rsidRPr="0043186F">
        <w:rPr>
          <w:b/>
          <w:bCs/>
          <w:sz w:val="24"/>
          <w:szCs w:val="24"/>
          <w:lang w:val="fr-FR"/>
        </w:rPr>
        <w:t>solicit prelungirea valabilității</w:t>
      </w:r>
      <w:r w:rsidR="00004412" w:rsidRPr="0043186F">
        <w:rPr>
          <w:b/>
          <w:bCs/>
          <w:color w:val="000000"/>
          <w:sz w:val="24"/>
          <w:szCs w:val="24"/>
          <w:lang w:val="fr-FR"/>
        </w:rPr>
        <w:t xml:space="preserve"> </w:t>
      </w:r>
    </w:p>
    <w:p w14:paraId="077ADEDA" w14:textId="5045CE9D" w:rsidR="00377113" w:rsidRPr="0043186F" w:rsidRDefault="00004412">
      <w:pPr>
        <w:spacing w:before="80" w:after="60"/>
        <w:jc w:val="center"/>
        <w:rPr>
          <w:b/>
          <w:color w:val="000000"/>
          <w:sz w:val="22"/>
          <w:lang w:val="fr-FR"/>
        </w:rPr>
      </w:pPr>
      <w:r w:rsidRPr="0043186F">
        <w:rPr>
          <w:b/>
          <w:color w:val="000000"/>
          <w:sz w:val="22"/>
          <w:lang w:val="fr-FR"/>
        </w:rPr>
        <w:t>CERTIFICATULUI DE URBANISM</w:t>
      </w:r>
    </w:p>
    <w:p w14:paraId="1C7147EE" w14:textId="77777777" w:rsidR="004056FE" w:rsidRPr="00004412" w:rsidRDefault="004056FE">
      <w:pPr>
        <w:spacing w:before="80" w:after="60"/>
        <w:jc w:val="center"/>
        <w:rPr>
          <w:sz w:val="20"/>
          <w:szCs w:val="20"/>
          <w:lang w:val="fr-FR"/>
        </w:rPr>
      </w:pPr>
    </w:p>
    <w:tbl>
      <w:tblPr>
        <w:tblStyle w:val="Tabelgril"/>
        <w:tblW w:w="1031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5496"/>
      </w:tblGrid>
      <w:tr w:rsidR="00377113" w:rsidRPr="004056FE" w14:paraId="62A1223F" w14:textId="77777777" w:rsidTr="004056FE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Pr="004056FE" w:rsidRDefault="00000000">
            <w:pPr>
              <w:keepNext/>
              <w:rPr>
                <w:sz w:val="18"/>
                <w:szCs w:val="18"/>
              </w:rPr>
            </w:pPr>
            <w:r w:rsidRPr="004056FE">
              <w:rPr>
                <w:b/>
                <w:color w:val="0D5F78"/>
                <w:sz w:val="18"/>
                <w:szCs w:val="18"/>
              </w:rPr>
              <w:t>Nr.</w:t>
            </w:r>
          </w:p>
          <w:p w14:paraId="1491A8A0" w14:textId="77777777" w:rsidR="00377113" w:rsidRPr="004056FE" w:rsidRDefault="0037711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14:paraId="32FEB634" w14:textId="77777777" w:rsidR="00377113" w:rsidRPr="004056FE" w:rsidRDefault="00000000">
            <w:pPr>
              <w:keepNext/>
              <w:rPr>
                <w:sz w:val="18"/>
                <w:szCs w:val="18"/>
              </w:rPr>
            </w:pPr>
            <w:r w:rsidRPr="004056FE">
              <w:rPr>
                <w:b/>
                <w:color w:val="0D5F78"/>
                <w:sz w:val="18"/>
                <w:szCs w:val="18"/>
              </w:rPr>
              <w:t>Din data</w:t>
            </w:r>
          </w:p>
          <w:p w14:paraId="70A0A594" w14:textId="77777777" w:rsidR="00377113" w:rsidRPr="004056FE" w:rsidRDefault="0037711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6299" w:type="dxa"/>
            <w:gridSpan w:val="2"/>
          </w:tcPr>
          <w:p w14:paraId="5DFD23E9" w14:textId="77777777" w:rsidR="00377113" w:rsidRPr="004056FE" w:rsidRDefault="00000000">
            <w:pPr>
              <w:keepNext/>
              <w:rPr>
                <w:sz w:val="18"/>
                <w:szCs w:val="18"/>
              </w:rPr>
            </w:pPr>
            <w:r w:rsidRPr="004056FE">
              <w:rPr>
                <w:b/>
                <w:color w:val="0D5F78"/>
                <w:sz w:val="18"/>
                <w:szCs w:val="18"/>
              </w:rPr>
              <w:t>Emis de</w:t>
            </w:r>
          </w:p>
          <w:p w14:paraId="5357994E" w14:textId="77777777" w:rsidR="00377113" w:rsidRPr="004056FE" w:rsidRDefault="00377113">
            <w:pPr>
              <w:keepNext/>
              <w:rPr>
                <w:sz w:val="18"/>
                <w:szCs w:val="18"/>
              </w:rPr>
            </w:pPr>
          </w:p>
        </w:tc>
      </w:tr>
      <w:tr w:rsidR="00377113" w:rsidRPr="004056FE" w14:paraId="356194D4" w14:textId="77777777" w:rsidTr="004056FE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Pr="004056FE" w:rsidRDefault="00000000">
            <w:pPr>
              <w:rPr>
                <w:sz w:val="18"/>
                <w:szCs w:val="18"/>
              </w:rPr>
            </w:pPr>
            <w:r w:rsidRPr="004056FE">
              <w:rPr>
                <w:b/>
                <w:color w:val="0D5F78"/>
                <w:sz w:val="18"/>
                <w:szCs w:val="18"/>
              </w:rPr>
              <w:t>Prelungirea solicitată — de la data</w:t>
            </w:r>
          </w:p>
          <w:p w14:paraId="073435BA" w14:textId="77777777" w:rsidR="00377113" w:rsidRPr="004056FE" w:rsidRDefault="00377113">
            <w:pPr>
              <w:rPr>
                <w:sz w:val="18"/>
                <w:szCs w:val="18"/>
              </w:rPr>
            </w:pPr>
          </w:p>
        </w:tc>
        <w:tc>
          <w:tcPr>
            <w:tcW w:w="5496" w:type="dxa"/>
          </w:tcPr>
          <w:p w14:paraId="78FDD7CA" w14:textId="77777777" w:rsidR="00377113" w:rsidRPr="004056FE" w:rsidRDefault="00000000">
            <w:pPr>
              <w:rPr>
                <w:sz w:val="18"/>
                <w:szCs w:val="18"/>
              </w:rPr>
            </w:pPr>
            <w:r w:rsidRPr="004056FE">
              <w:rPr>
                <w:b/>
                <w:color w:val="0D5F78"/>
                <w:sz w:val="18"/>
                <w:szCs w:val="18"/>
              </w:rPr>
              <w:t>până la data</w:t>
            </w:r>
          </w:p>
          <w:p w14:paraId="3D4C5B91" w14:textId="77777777" w:rsidR="00377113" w:rsidRPr="004056FE" w:rsidRDefault="00377113">
            <w:pPr>
              <w:rPr>
                <w:sz w:val="18"/>
                <w:szCs w:val="18"/>
              </w:rPr>
            </w:pPr>
          </w:p>
        </w:tc>
      </w:tr>
    </w:tbl>
    <w:p w14:paraId="7B9769F8" w14:textId="77777777" w:rsidR="00377113" w:rsidRPr="004056FE" w:rsidRDefault="00377113">
      <w:pPr>
        <w:spacing w:line="168" w:lineRule="auto"/>
        <w:rPr>
          <w:sz w:val="18"/>
          <w:szCs w:val="18"/>
        </w:rPr>
      </w:pPr>
    </w:p>
    <w:tbl>
      <w:tblPr>
        <w:tblStyle w:val="Tabelgril"/>
        <w:tblW w:w="1031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3087"/>
      </w:tblGrid>
      <w:tr w:rsidR="00377113" w:rsidRPr="004056FE" w14:paraId="18332584" w14:textId="77777777" w:rsidTr="004056FE">
        <w:trPr>
          <w:cantSplit/>
        </w:trPr>
        <w:tc>
          <w:tcPr>
            <w:tcW w:w="10314" w:type="dxa"/>
            <w:gridSpan w:val="6"/>
            <w:shd w:val="clear" w:color="auto" w:fill="F4F4F4"/>
          </w:tcPr>
          <w:p w14:paraId="7AC950F1" w14:textId="77777777" w:rsidR="00377113" w:rsidRPr="004056FE" w:rsidRDefault="00000000">
            <w:pPr>
              <w:keepNext/>
              <w:rPr>
                <w:sz w:val="18"/>
                <w:szCs w:val="18"/>
              </w:rPr>
            </w:pPr>
            <w:r w:rsidRPr="004056FE">
              <w:rPr>
                <w:b/>
                <w:sz w:val="18"/>
                <w:szCs w:val="18"/>
              </w:rPr>
              <w:t xml:space="preserve"> 4. </w:t>
            </w:r>
            <w:r w:rsidRPr="004056FE">
              <w:rPr>
                <w:b/>
                <w:color w:val="000000"/>
                <w:sz w:val="18"/>
                <w:szCs w:val="18"/>
              </w:rPr>
              <w:t>IMOBILUL</w:t>
            </w:r>
          </w:p>
        </w:tc>
      </w:tr>
      <w:tr w:rsidR="00377113" w:rsidRPr="004056FE" w14:paraId="248B564F" w14:textId="77777777" w:rsidTr="004056FE">
        <w:trPr>
          <w:cantSplit/>
        </w:trPr>
        <w:tc>
          <w:tcPr>
            <w:tcW w:w="10314" w:type="dxa"/>
            <w:gridSpan w:val="6"/>
          </w:tcPr>
          <w:p w14:paraId="7B583DED" w14:textId="77777777" w:rsidR="00377113" w:rsidRDefault="00000000">
            <w:pPr>
              <w:keepNext/>
              <w:rPr>
                <w:sz w:val="18"/>
                <w:szCs w:val="18"/>
              </w:rPr>
            </w:pPr>
            <w:r w:rsidRPr="004056FE">
              <w:rPr>
                <w:sz w:val="18"/>
                <w:szCs w:val="18"/>
              </w:rPr>
              <w:t xml:space="preserve"> ☐ teren     ☐ construcții</w:t>
            </w:r>
          </w:p>
          <w:p w14:paraId="7D32E515" w14:textId="77777777" w:rsidR="004056FE" w:rsidRPr="004056FE" w:rsidRDefault="004056FE">
            <w:pPr>
              <w:keepNext/>
              <w:rPr>
                <w:sz w:val="18"/>
                <w:szCs w:val="18"/>
              </w:rPr>
            </w:pPr>
          </w:p>
        </w:tc>
      </w:tr>
      <w:tr w:rsidR="00377113" w:rsidRPr="004056FE" w14:paraId="533C4D6A" w14:textId="77777777" w:rsidTr="004056FE">
        <w:trPr>
          <w:cantSplit/>
          <w:trHeight w:val="510"/>
        </w:trPr>
        <w:tc>
          <w:tcPr>
            <w:tcW w:w="3212" w:type="dxa"/>
            <w:gridSpan w:val="2"/>
          </w:tcPr>
          <w:p w14:paraId="2E148691" w14:textId="647B424A" w:rsidR="004056FE" w:rsidRPr="004056FE" w:rsidRDefault="00000000">
            <w:pPr>
              <w:keepNext/>
              <w:rPr>
                <w:b/>
                <w:color w:val="0D5F78"/>
                <w:sz w:val="18"/>
                <w:szCs w:val="18"/>
              </w:rPr>
            </w:pPr>
            <w:r w:rsidRPr="004056FE">
              <w:rPr>
                <w:b/>
                <w:color w:val="0D5F78"/>
                <w:sz w:val="18"/>
                <w:szCs w:val="18"/>
              </w:rPr>
              <w:t>Județ</w:t>
            </w:r>
          </w:p>
          <w:p w14:paraId="545515E0" w14:textId="66EB5937" w:rsidR="00377113" w:rsidRPr="004056FE" w:rsidRDefault="004056FE">
            <w:pPr>
              <w:keepNext/>
              <w:rPr>
                <w:b/>
                <w:bCs/>
                <w:sz w:val="18"/>
                <w:szCs w:val="18"/>
              </w:rPr>
            </w:pPr>
            <w:r w:rsidRPr="004056FE">
              <w:rPr>
                <w:b/>
                <w:bCs/>
                <w:sz w:val="18"/>
                <w:szCs w:val="18"/>
              </w:rPr>
              <w:t>BISTRIȚA-NĂSĂUD</w:t>
            </w:r>
          </w:p>
        </w:tc>
        <w:tc>
          <w:tcPr>
            <w:tcW w:w="3212" w:type="dxa"/>
            <w:gridSpan w:val="2"/>
          </w:tcPr>
          <w:p w14:paraId="5F352457" w14:textId="40D40E4B" w:rsidR="00377113" w:rsidRPr="004056FE" w:rsidRDefault="00000000">
            <w:pPr>
              <w:keepNext/>
              <w:rPr>
                <w:sz w:val="18"/>
                <w:szCs w:val="18"/>
              </w:rPr>
            </w:pPr>
            <w:r w:rsidRPr="004056FE">
              <w:rPr>
                <w:b/>
                <w:color w:val="0D5F78"/>
                <w:sz w:val="18"/>
                <w:szCs w:val="18"/>
              </w:rPr>
              <w:t>Municipiu</w:t>
            </w:r>
            <w:r w:rsidR="004056FE">
              <w:rPr>
                <w:b/>
                <w:color w:val="0D5F78"/>
                <w:sz w:val="18"/>
                <w:szCs w:val="18"/>
              </w:rPr>
              <w:t>l</w:t>
            </w:r>
          </w:p>
          <w:p w14:paraId="14C00203" w14:textId="20EEE73D" w:rsidR="00377113" w:rsidRPr="004056FE" w:rsidRDefault="004056FE">
            <w:pPr>
              <w:keepNext/>
              <w:rPr>
                <w:b/>
                <w:bCs/>
                <w:sz w:val="18"/>
                <w:szCs w:val="18"/>
              </w:rPr>
            </w:pPr>
            <w:r w:rsidRPr="004056FE">
              <w:rPr>
                <w:b/>
                <w:bCs/>
                <w:sz w:val="18"/>
                <w:szCs w:val="18"/>
              </w:rPr>
              <w:t>BISTRIȚA</w:t>
            </w:r>
          </w:p>
        </w:tc>
        <w:tc>
          <w:tcPr>
            <w:tcW w:w="3890" w:type="dxa"/>
            <w:gridSpan w:val="2"/>
          </w:tcPr>
          <w:p w14:paraId="2519EFDA" w14:textId="0C85271F" w:rsidR="00377113" w:rsidRPr="004056FE" w:rsidRDefault="004056FE">
            <w:pPr>
              <w:keepNext/>
              <w:rPr>
                <w:sz w:val="18"/>
                <w:szCs w:val="18"/>
              </w:rPr>
            </w:pPr>
            <w:r>
              <w:rPr>
                <w:b/>
                <w:color w:val="0D5F78"/>
                <w:sz w:val="18"/>
                <w:szCs w:val="18"/>
              </w:rPr>
              <w:t>Localitatea componentă</w:t>
            </w:r>
          </w:p>
          <w:p w14:paraId="6F1351F6" w14:textId="77777777" w:rsidR="00377113" w:rsidRPr="004056FE" w:rsidRDefault="00377113">
            <w:pPr>
              <w:keepNext/>
              <w:rPr>
                <w:sz w:val="18"/>
                <w:szCs w:val="18"/>
              </w:rPr>
            </w:pPr>
          </w:p>
        </w:tc>
      </w:tr>
      <w:tr w:rsidR="00377113" w:rsidRPr="004056FE" w14:paraId="2D9B8DB3" w14:textId="77777777" w:rsidTr="004056FE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Pr="004056FE" w:rsidRDefault="00000000">
            <w:pPr>
              <w:keepNext/>
              <w:rPr>
                <w:sz w:val="18"/>
                <w:szCs w:val="18"/>
              </w:rPr>
            </w:pPr>
            <w:r w:rsidRPr="004056FE">
              <w:rPr>
                <w:b/>
                <w:color w:val="0D5F78"/>
                <w:sz w:val="18"/>
                <w:szCs w:val="18"/>
              </w:rPr>
              <w:t>Cod poștal</w:t>
            </w:r>
          </w:p>
          <w:p w14:paraId="0E9D7B3A" w14:textId="77777777" w:rsidR="00377113" w:rsidRPr="004056FE" w:rsidRDefault="0037711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3"/>
          </w:tcPr>
          <w:p w14:paraId="4A8D120C" w14:textId="77777777" w:rsidR="00377113" w:rsidRPr="004056FE" w:rsidRDefault="00000000">
            <w:pPr>
              <w:keepNext/>
              <w:rPr>
                <w:sz w:val="18"/>
                <w:szCs w:val="18"/>
              </w:rPr>
            </w:pPr>
            <w:r w:rsidRPr="004056FE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20FA361F" w14:textId="77777777" w:rsidR="00377113" w:rsidRPr="004056FE" w:rsidRDefault="0037711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39FAFBFC" w14:textId="77777777" w:rsidR="00377113" w:rsidRPr="004056FE" w:rsidRDefault="00000000">
            <w:pPr>
              <w:keepNext/>
              <w:rPr>
                <w:sz w:val="18"/>
                <w:szCs w:val="18"/>
              </w:rPr>
            </w:pPr>
            <w:r w:rsidRPr="004056FE">
              <w:rPr>
                <w:b/>
                <w:color w:val="0D5F78"/>
                <w:sz w:val="18"/>
                <w:szCs w:val="18"/>
              </w:rPr>
              <w:t>Nr.</w:t>
            </w:r>
          </w:p>
          <w:p w14:paraId="6CA1B947" w14:textId="77777777" w:rsidR="00377113" w:rsidRPr="004056FE" w:rsidRDefault="0037711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087" w:type="dxa"/>
          </w:tcPr>
          <w:p w14:paraId="134DC49E" w14:textId="77777777" w:rsidR="00377113" w:rsidRPr="004056FE" w:rsidRDefault="00000000">
            <w:pPr>
              <w:keepNext/>
              <w:rPr>
                <w:sz w:val="18"/>
                <w:szCs w:val="18"/>
              </w:rPr>
            </w:pPr>
            <w:r w:rsidRPr="004056FE">
              <w:rPr>
                <w:b/>
                <w:color w:val="0D5F78"/>
                <w:sz w:val="18"/>
                <w:szCs w:val="18"/>
              </w:rPr>
              <w:t>Bl. / sc. / et. / ap.</w:t>
            </w:r>
          </w:p>
          <w:p w14:paraId="297CA390" w14:textId="77777777" w:rsidR="00377113" w:rsidRPr="004056FE" w:rsidRDefault="00377113">
            <w:pPr>
              <w:keepNext/>
              <w:rPr>
                <w:sz w:val="18"/>
                <w:szCs w:val="18"/>
              </w:rPr>
            </w:pPr>
          </w:p>
        </w:tc>
      </w:tr>
      <w:tr w:rsidR="00377113" w:rsidRPr="004056FE" w14:paraId="7B19E8B5" w14:textId="77777777" w:rsidTr="004056FE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4056FE" w:rsidRDefault="00000000">
            <w:pPr>
              <w:keepNext/>
              <w:rPr>
                <w:sz w:val="18"/>
                <w:szCs w:val="18"/>
                <w:lang w:val="fr-FR"/>
              </w:rPr>
            </w:pPr>
            <w:r w:rsidRPr="004056FE">
              <w:rPr>
                <w:b/>
                <w:color w:val="0D5F78"/>
                <w:sz w:val="18"/>
                <w:szCs w:val="18"/>
                <w:lang w:val="fr-FR"/>
              </w:rPr>
              <w:t>Număr cadastral</w:t>
            </w:r>
          </w:p>
          <w:p w14:paraId="34F88BB8" w14:textId="77777777" w:rsidR="00377113" w:rsidRPr="004056FE" w:rsidRDefault="00000000">
            <w:pPr>
              <w:keepNext/>
              <w:rPr>
                <w:sz w:val="18"/>
                <w:szCs w:val="18"/>
                <w:lang w:val="fr-FR"/>
              </w:rPr>
            </w:pPr>
            <w:r w:rsidRPr="004056FE">
              <w:rPr>
                <w:i/>
                <w:color w:val="7A7A7A"/>
                <w:sz w:val="18"/>
                <w:szCs w:val="18"/>
                <w:lang w:val="fr-FR"/>
              </w:rPr>
              <w:t>dacă imobilul e înscris în e-Terra</w:t>
            </w:r>
          </w:p>
          <w:p w14:paraId="3E14DDE5" w14:textId="77777777" w:rsidR="00377113" w:rsidRPr="004056FE" w:rsidRDefault="00377113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4693" w:type="dxa"/>
            <w:gridSpan w:val="3"/>
          </w:tcPr>
          <w:p w14:paraId="4191820B" w14:textId="77777777" w:rsidR="00377113" w:rsidRPr="004056FE" w:rsidRDefault="00000000">
            <w:pPr>
              <w:keepNext/>
              <w:rPr>
                <w:sz w:val="18"/>
                <w:szCs w:val="18"/>
              </w:rPr>
            </w:pPr>
            <w:r w:rsidRPr="004056FE">
              <w:rPr>
                <w:b/>
                <w:color w:val="0D5F78"/>
                <w:sz w:val="18"/>
                <w:szCs w:val="18"/>
              </w:rPr>
              <w:t>Carte funciară nr.</w:t>
            </w:r>
          </w:p>
          <w:p w14:paraId="0636B066" w14:textId="77777777" w:rsidR="00377113" w:rsidRPr="004056FE" w:rsidRDefault="00377113">
            <w:pPr>
              <w:keepNext/>
              <w:rPr>
                <w:sz w:val="18"/>
                <w:szCs w:val="18"/>
              </w:rPr>
            </w:pPr>
          </w:p>
        </w:tc>
      </w:tr>
    </w:tbl>
    <w:p w14:paraId="2A5FFFCA" w14:textId="77777777" w:rsidR="00377113" w:rsidRPr="004056FE" w:rsidRDefault="00377113">
      <w:pPr>
        <w:spacing w:line="168" w:lineRule="auto"/>
        <w:rPr>
          <w:sz w:val="18"/>
          <w:szCs w:val="18"/>
        </w:rPr>
      </w:pPr>
    </w:p>
    <w:tbl>
      <w:tblPr>
        <w:tblStyle w:val="Tabelgril"/>
        <w:tblW w:w="1031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314"/>
      </w:tblGrid>
      <w:tr w:rsidR="00377113" w:rsidRPr="004056FE" w14:paraId="416CCAE3" w14:textId="77777777" w:rsidTr="004056FE">
        <w:trPr>
          <w:cantSplit/>
        </w:trPr>
        <w:tc>
          <w:tcPr>
            <w:tcW w:w="10314" w:type="dxa"/>
            <w:shd w:val="clear" w:color="auto" w:fill="F4F4F4"/>
          </w:tcPr>
          <w:p w14:paraId="3FE4A3CD" w14:textId="77777777" w:rsidR="00377113" w:rsidRPr="004056FE" w:rsidRDefault="00000000">
            <w:pPr>
              <w:keepNext/>
              <w:rPr>
                <w:sz w:val="18"/>
                <w:szCs w:val="18"/>
              </w:rPr>
            </w:pPr>
            <w:r w:rsidRPr="004056FE">
              <w:rPr>
                <w:b/>
                <w:sz w:val="18"/>
                <w:szCs w:val="18"/>
              </w:rPr>
              <w:t xml:space="preserve"> 5. </w:t>
            </w:r>
            <w:r w:rsidRPr="004056FE">
              <w:rPr>
                <w:b/>
                <w:color w:val="000000"/>
                <w:sz w:val="18"/>
                <w:szCs w:val="18"/>
              </w:rPr>
              <w:t>SE ANEXEAZĂ</w:t>
            </w:r>
          </w:p>
        </w:tc>
      </w:tr>
      <w:tr w:rsidR="00377113" w:rsidRPr="004056FE" w14:paraId="53555C64" w14:textId="77777777" w:rsidTr="004056FE">
        <w:trPr>
          <w:cantSplit/>
        </w:trPr>
        <w:tc>
          <w:tcPr>
            <w:tcW w:w="10314" w:type="dxa"/>
          </w:tcPr>
          <w:p w14:paraId="3E0AE4C6" w14:textId="77777777" w:rsidR="00377113" w:rsidRDefault="00000000">
            <w:pPr>
              <w:rPr>
                <w:sz w:val="18"/>
                <w:szCs w:val="18"/>
                <w:lang w:val="fr-FR"/>
              </w:rPr>
            </w:pPr>
            <w:r w:rsidRPr="004056FE">
              <w:rPr>
                <w:sz w:val="18"/>
                <w:szCs w:val="18"/>
                <w:lang w:val="fr-FR"/>
              </w:rPr>
              <w:t xml:space="preserve"> ☐ certificatul de urbanism (în original)     ☐ documentul privind achitarea taxei (copie)</w:t>
            </w:r>
          </w:p>
          <w:p w14:paraId="05B03106" w14:textId="77777777" w:rsidR="004056FE" w:rsidRPr="004056FE" w:rsidRDefault="004056FE">
            <w:pPr>
              <w:rPr>
                <w:sz w:val="18"/>
                <w:szCs w:val="18"/>
                <w:lang w:val="fr-FR"/>
              </w:rPr>
            </w:pPr>
          </w:p>
        </w:tc>
      </w:tr>
    </w:tbl>
    <w:p w14:paraId="0CC63E6D" w14:textId="77777777" w:rsidR="00377113" w:rsidRPr="004056FE" w:rsidRDefault="00377113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elgril"/>
        <w:tblW w:w="1031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890"/>
      </w:tblGrid>
      <w:tr w:rsidR="00377113" w:rsidRPr="004056FE" w14:paraId="67AC911A" w14:textId="77777777" w:rsidTr="004056FE">
        <w:trPr>
          <w:cantSplit/>
        </w:trPr>
        <w:tc>
          <w:tcPr>
            <w:tcW w:w="10314" w:type="dxa"/>
            <w:gridSpan w:val="3"/>
            <w:shd w:val="clear" w:color="auto" w:fill="F4F4F4"/>
          </w:tcPr>
          <w:p w14:paraId="2C5583C3" w14:textId="77777777" w:rsidR="00377113" w:rsidRPr="004056FE" w:rsidRDefault="00000000">
            <w:pPr>
              <w:keepNext/>
              <w:rPr>
                <w:sz w:val="18"/>
                <w:szCs w:val="18"/>
              </w:rPr>
            </w:pPr>
            <w:r w:rsidRPr="004056FE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4056FE">
              <w:rPr>
                <w:b/>
                <w:sz w:val="18"/>
                <w:szCs w:val="18"/>
              </w:rPr>
              <w:t xml:space="preserve">6. </w:t>
            </w:r>
            <w:r w:rsidRPr="004056FE">
              <w:rPr>
                <w:b/>
                <w:color w:val="000000"/>
                <w:sz w:val="18"/>
                <w:szCs w:val="18"/>
              </w:rPr>
              <w:t>DATA ȘI SEMNĂTURA</w:t>
            </w:r>
          </w:p>
        </w:tc>
      </w:tr>
      <w:tr w:rsidR="00377113" w:rsidRPr="004056FE" w14:paraId="2C613BE7" w14:textId="77777777" w:rsidTr="004056FE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Pr="004056FE" w:rsidRDefault="00000000">
            <w:pPr>
              <w:rPr>
                <w:sz w:val="18"/>
                <w:szCs w:val="18"/>
              </w:rPr>
            </w:pPr>
            <w:r w:rsidRPr="004056FE">
              <w:rPr>
                <w:b/>
                <w:color w:val="0D5F78"/>
                <w:sz w:val="18"/>
                <w:szCs w:val="18"/>
              </w:rPr>
              <w:t>Data</w:t>
            </w:r>
          </w:p>
          <w:p w14:paraId="6A45905A" w14:textId="77777777" w:rsidR="00377113" w:rsidRPr="004056FE" w:rsidRDefault="00377113">
            <w:pPr>
              <w:rPr>
                <w:sz w:val="18"/>
                <w:szCs w:val="18"/>
              </w:rPr>
            </w:pPr>
          </w:p>
        </w:tc>
        <w:tc>
          <w:tcPr>
            <w:tcW w:w="4818" w:type="dxa"/>
          </w:tcPr>
          <w:p w14:paraId="09BFB97F" w14:textId="77777777" w:rsidR="00377113" w:rsidRPr="004056FE" w:rsidRDefault="00000000">
            <w:pPr>
              <w:rPr>
                <w:sz w:val="18"/>
                <w:szCs w:val="18"/>
              </w:rPr>
            </w:pPr>
            <w:r w:rsidRPr="004056FE">
              <w:rPr>
                <w:b/>
                <w:color w:val="0D5F78"/>
                <w:sz w:val="18"/>
                <w:szCs w:val="18"/>
              </w:rPr>
              <w:t>Solicitantul</w:t>
            </w:r>
          </w:p>
          <w:p w14:paraId="1B3BE6B9" w14:textId="77777777" w:rsidR="00377113" w:rsidRPr="004056FE" w:rsidRDefault="00377113">
            <w:pPr>
              <w:rPr>
                <w:sz w:val="18"/>
                <w:szCs w:val="18"/>
              </w:rPr>
            </w:pPr>
          </w:p>
        </w:tc>
        <w:tc>
          <w:tcPr>
            <w:tcW w:w="3890" w:type="dxa"/>
          </w:tcPr>
          <w:p w14:paraId="640F19C7" w14:textId="77777777" w:rsidR="00377113" w:rsidRPr="004056FE" w:rsidRDefault="00000000">
            <w:pPr>
              <w:rPr>
                <w:sz w:val="18"/>
                <w:szCs w:val="18"/>
              </w:rPr>
            </w:pPr>
            <w:r w:rsidRPr="004056FE">
              <w:rPr>
                <w:b/>
                <w:color w:val="0D5F78"/>
                <w:sz w:val="18"/>
                <w:szCs w:val="18"/>
              </w:rPr>
              <w:t>Semnătura</w:t>
            </w:r>
          </w:p>
          <w:p w14:paraId="501A16D6" w14:textId="77777777" w:rsidR="00377113" w:rsidRDefault="00377113">
            <w:pPr>
              <w:rPr>
                <w:sz w:val="18"/>
                <w:szCs w:val="18"/>
              </w:rPr>
            </w:pPr>
          </w:p>
          <w:p w14:paraId="325CC794" w14:textId="77777777" w:rsidR="0043186F" w:rsidRPr="004056FE" w:rsidRDefault="0043186F">
            <w:pPr>
              <w:rPr>
                <w:sz w:val="18"/>
                <w:szCs w:val="18"/>
              </w:rPr>
            </w:pPr>
          </w:p>
        </w:tc>
      </w:tr>
    </w:tbl>
    <w:p w14:paraId="2943DD2B" w14:textId="77777777" w:rsidR="00377113" w:rsidRPr="004056FE" w:rsidRDefault="00377113">
      <w:pPr>
        <w:spacing w:line="168" w:lineRule="auto"/>
        <w:rPr>
          <w:sz w:val="18"/>
          <w:szCs w:val="18"/>
        </w:rPr>
      </w:pPr>
    </w:p>
    <w:sectPr w:rsidR="00377113" w:rsidRPr="004056FE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26E25" w14:textId="77777777" w:rsidR="00B128A9" w:rsidRDefault="00B128A9">
      <w:r>
        <w:separator/>
      </w:r>
    </w:p>
  </w:endnote>
  <w:endnote w:type="continuationSeparator" w:id="0">
    <w:p w14:paraId="018A2C54" w14:textId="77777777" w:rsidR="00B128A9" w:rsidRDefault="00B12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Default="00000000">
    <w:pPr>
      <w:pStyle w:val="Subsol"/>
      <w:tabs>
        <w:tab w:val="right" w:pos="9639"/>
      </w:tabs>
    </w:pPr>
    <w:r>
      <w:rPr>
        <w:color w:val="595959"/>
      </w:rPr>
      <w:t>F_CU_03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79C16" w14:textId="77777777" w:rsidR="00B128A9" w:rsidRDefault="00B128A9">
      <w:r>
        <w:separator/>
      </w:r>
    </w:p>
  </w:footnote>
  <w:footnote w:type="continuationSeparator" w:id="0">
    <w:p w14:paraId="2B7B9D95" w14:textId="77777777" w:rsidR="00B128A9" w:rsidRDefault="00B128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412"/>
    <w:rsid w:val="00034616"/>
    <w:rsid w:val="0006063C"/>
    <w:rsid w:val="0008455F"/>
    <w:rsid w:val="0015074B"/>
    <w:rsid w:val="001621C8"/>
    <w:rsid w:val="001D0798"/>
    <w:rsid w:val="00200236"/>
    <w:rsid w:val="0029639D"/>
    <w:rsid w:val="002A7932"/>
    <w:rsid w:val="00326F90"/>
    <w:rsid w:val="00342E6C"/>
    <w:rsid w:val="00343BBA"/>
    <w:rsid w:val="00377113"/>
    <w:rsid w:val="004056FE"/>
    <w:rsid w:val="0043186F"/>
    <w:rsid w:val="004B3D66"/>
    <w:rsid w:val="004D6F88"/>
    <w:rsid w:val="0055562D"/>
    <w:rsid w:val="005A2689"/>
    <w:rsid w:val="005B3FA9"/>
    <w:rsid w:val="0067110B"/>
    <w:rsid w:val="0069520F"/>
    <w:rsid w:val="006C103E"/>
    <w:rsid w:val="00700B7F"/>
    <w:rsid w:val="00811F50"/>
    <w:rsid w:val="008F50DF"/>
    <w:rsid w:val="00903A84"/>
    <w:rsid w:val="009247F5"/>
    <w:rsid w:val="00A94097"/>
    <w:rsid w:val="00AA1D8D"/>
    <w:rsid w:val="00B128A9"/>
    <w:rsid w:val="00B47730"/>
    <w:rsid w:val="00BC075B"/>
    <w:rsid w:val="00CB0664"/>
    <w:rsid w:val="00CD60E9"/>
    <w:rsid w:val="00D87CCD"/>
    <w:rsid w:val="00EC78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4056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rimariabistrit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municipiulbistrit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Floarea-Olivia TIMOCE</cp:lastModifiedBy>
  <cp:revision>13</cp:revision>
  <dcterms:created xsi:type="dcterms:W3CDTF">2013-12-23T23:15:00Z</dcterms:created>
  <dcterms:modified xsi:type="dcterms:W3CDTF">2026-09-10T06:07:00Z</dcterms:modified>
  <cp:category/>
</cp:coreProperties>
</file>