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20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777"/>
      </w:tblGrid>
      <w:tr w:rsidR="001D5169" w14:paraId="6A8950F8" w14:textId="77777777" w:rsidTr="007425C5">
        <w:trPr>
          <w:cantSplit/>
          <w:trHeight w:val="285"/>
        </w:trPr>
        <w:tc>
          <w:tcPr>
            <w:tcW w:w="1606" w:type="dxa"/>
            <w:vMerge w:val="restart"/>
            <w:vAlign w:val="center"/>
          </w:tcPr>
          <w:p w14:paraId="2CDF1DDE" w14:textId="77777777" w:rsidR="001D5169" w:rsidRPr="008B59BF" w:rsidRDefault="001D5169" w:rsidP="007425C5">
            <w:pPr>
              <w:keepNext/>
              <w:jc w:val="center"/>
              <w:rPr>
                <w:sz w:val="16"/>
                <w:szCs w:val="16"/>
              </w:rPr>
            </w:pPr>
            <w:r w:rsidRPr="00D15598">
              <w:rPr>
                <w:noProof/>
                <w:sz w:val="16"/>
                <w:szCs w:val="16"/>
              </w:rPr>
              <w:drawing>
                <wp:inline distT="0" distB="0" distL="0" distR="0" wp14:anchorId="62559B7A" wp14:editId="093A7330">
                  <wp:extent cx="767319" cy="973777"/>
                  <wp:effectExtent l="0" t="0" r="0" b="0"/>
                  <wp:docPr id="172539929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39929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76" cy="976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5" w:type="dxa"/>
            <w:gridSpan w:val="3"/>
            <w:shd w:val="clear" w:color="auto" w:fill="F0F0F0"/>
          </w:tcPr>
          <w:p w14:paraId="0689AB9D" w14:textId="77777777" w:rsidR="001D5169" w:rsidRPr="001D1DDD" w:rsidRDefault="001D5169" w:rsidP="007425C5">
            <w:pPr>
              <w:keepNext/>
              <w:rPr>
                <w:b/>
                <w:color w:val="0D5F78"/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Județul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BISTRI</w:t>
            </w:r>
            <w:r w:rsidRPr="001D1DDD">
              <w:rPr>
                <w:b/>
                <w:bCs/>
                <w:sz w:val="18"/>
                <w:szCs w:val="18"/>
                <w:lang w:val="ro-RO"/>
              </w:rPr>
              <w:t>ȚA NĂSĂUD</w:t>
            </w:r>
          </w:p>
        </w:tc>
      </w:tr>
      <w:tr w:rsidR="001D5169" w14:paraId="2BC79C0B" w14:textId="77777777" w:rsidTr="007425C5">
        <w:trPr>
          <w:cantSplit/>
          <w:trHeight w:val="328"/>
        </w:trPr>
        <w:tc>
          <w:tcPr>
            <w:tcW w:w="1606" w:type="dxa"/>
            <w:vMerge/>
          </w:tcPr>
          <w:p w14:paraId="30F41702" w14:textId="77777777" w:rsidR="001D5169" w:rsidRPr="008B59BF" w:rsidRDefault="001D5169" w:rsidP="007425C5">
            <w:pPr>
              <w:rPr>
                <w:sz w:val="16"/>
                <w:szCs w:val="16"/>
              </w:rPr>
            </w:pPr>
          </w:p>
        </w:tc>
        <w:tc>
          <w:tcPr>
            <w:tcW w:w="8595" w:type="dxa"/>
            <w:gridSpan w:val="3"/>
            <w:shd w:val="clear" w:color="auto" w:fill="F0F0F0"/>
          </w:tcPr>
          <w:p w14:paraId="1F236432" w14:textId="77777777" w:rsidR="001D5169" w:rsidRPr="001D1DDD" w:rsidRDefault="001D5169" w:rsidP="007425C5">
            <w:pPr>
              <w:keepNext/>
              <w:rPr>
                <w:b/>
                <w:color w:val="0D5F78"/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Autoritatea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administrației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publice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PRIMĂRIA MUNICIPIULUI BISTRIȚA</w:t>
            </w:r>
          </w:p>
        </w:tc>
      </w:tr>
      <w:tr w:rsidR="001D5169" w14:paraId="15CC9632" w14:textId="77777777" w:rsidTr="007425C5">
        <w:trPr>
          <w:cantSplit/>
          <w:trHeight w:val="1126"/>
        </w:trPr>
        <w:tc>
          <w:tcPr>
            <w:tcW w:w="1606" w:type="dxa"/>
            <w:vMerge/>
          </w:tcPr>
          <w:p w14:paraId="23BA2F95" w14:textId="77777777" w:rsidR="001D5169" w:rsidRPr="008B59BF" w:rsidRDefault="001D5169" w:rsidP="007425C5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0F0F0"/>
          </w:tcPr>
          <w:p w14:paraId="38C03BF3" w14:textId="77777777" w:rsidR="001D5169" w:rsidRPr="001D1DDD" w:rsidRDefault="001D5169" w:rsidP="007425C5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identificare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fiscală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r w:rsidRPr="00665E9B">
              <w:rPr>
                <w:b/>
                <w:color w:val="000000" w:themeColor="text1"/>
                <w:sz w:val="18"/>
                <w:szCs w:val="18"/>
                <w:lang w:val="fr-FR"/>
              </w:rPr>
              <w:t>CIF</w:t>
            </w:r>
            <w:r w:rsidRPr="001D1DDD">
              <w:rPr>
                <w:sz w:val="18"/>
                <w:szCs w:val="18"/>
                <w:lang w:val="fr-FR"/>
              </w:rPr>
              <w:t xml:space="preserve">  </w:t>
            </w:r>
            <w:r w:rsidRPr="001D1DDD">
              <w:rPr>
                <w:b/>
                <w:bCs/>
                <w:color w:val="000000" w:themeColor="text1"/>
                <w:sz w:val="18"/>
                <w:szCs w:val="18"/>
              </w:rPr>
              <w:t>4347569</w:t>
            </w:r>
          </w:p>
        </w:tc>
        <w:tc>
          <w:tcPr>
            <w:tcW w:w="6186" w:type="dxa"/>
            <w:gridSpan w:val="2"/>
            <w:shd w:val="clear" w:color="auto" w:fill="F0F0F0"/>
          </w:tcPr>
          <w:p w14:paraId="41C8A46E" w14:textId="77777777" w:rsidR="001D5169" w:rsidRDefault="001D5169" w:rsidP="007425C5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Adresa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oficială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</w:p>
          <w:p w14:paraId="4958F0EB" w14:textId="77777777" w:rsidR="001D5169" w:rsidRPr="001D1DDD" w:rsidRDefault="001D5169" w:rsidP="007425C5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P</w:t>
            </w:r>
            <w:r>
              <w:rPr>
                <w:b/>
                <w:bCs/>
                <w:iCs/>
                <w:sz w:val="18"/>
                <w:szCs w:val="18"/>
              </w:rPr>
              <w:t>iața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C</w:t>
            </w:r>
            <w:r>
              <w:rPr>
                <w:b/>
                <w:bCs/>
                <w:iCs/>
                <w:sz w:val="18"/>
                <w:szCs w:val="18"/>
              </w:rPr>
              <w:t>entrală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>,</w:t>
            </w:r>
            <w:r>
              <w:rPr>
                <w:b/>
                <w:bCs/>
                <w:iCs/>
                <w:sz w:val="18"/>
                <w:szCs w:val="18"/>
              </w:rPr>
              <w:t xml:space="preserve"> Nr</w:t>
            </w:r>
            <w:r w:rsidRPr="001D1DDD">
              <w:rPr>
                <w:b/>
                <w:bCs/>
                <w:iCs/>
                <w:sz w:val="18"/>
                <w:szCs w:val="18"/>
              </w:rPr>
              <w:t>.6</w:t>
            </w:r>
            <w:r>
              <w:rPr>
                <w:b/>
                <w:bCs/>
                <w:iCs/>
                <w:sz w:val="18"/>
                <w:szCs w:val="18"/>
              </w:rPr>
              <w:t xml:space="preserve">, Bistrița, </w:t>
            </w:r>
            <w:proofErr w:type="spellStart"/>
            <w:proofErr w:type="gramStart"/>
            <w:r>
              <w:rPr>
                <w:b/>
                <w:bCs/>
                <w:iCs/>
                <w:sz w:val="18"/>
                <w:szCs w:val="18"/>
              </w:rPr>
              <w:t>jud.Bistrița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>-Năsăud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 xml:space="preserve">, cod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poștal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 420040</w:t>
            </w:r>
          </w:p>
          <w:p w14:paraId="741F42DB" w14:textId="77777777" w:rsidR="001D5169" w:rsidRDefault="001D5169" w:rsidP="007425C5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E-mail: </w:t>
            </w:r>
            <w:hyperlink r:id="rId9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primaria@municipiulbistrita.ro</w:t>
              </w:r>
            </w:hyperlink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6E54C371" w14:textId="77777777" w:rsidR="001D5169" w:rsidRPr="001D1DDD" w:rsidRDefault="001D5169" w:rsidP="007425C5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Web: </w:t>
            </w:r>
            <w:hyperlink r:id="rId10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http://www.primariabistrita.ro</w:t>
              </w:r>
            </w:hyperlink>
          </w:p>
          <w:p w14:paraId="44DAB7DE" w14:textId="77777777" w:rsidR="001D5169" w:rsidRPr="006A2001" w:rsidRDefault="001D5169" w:rsidP="007425C5">
            <w:pPr>
              <w:keepNext/>
              <w:rPr>
                <w:b/>
                <w:bCs/>
                <w:iCs/>
                <w:sz w:val="18"/>
                <w:szCs w:val="18"/>
              </w:rPr>
            </w:pP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Telefon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: </w:t>
            </w:r>
            <w:proofErr w:type="gramStart"/>
            <w:r w:rsidRPr="001D1DDD">
              <w:rPr>
                <w:b/>
                <w:bCs/>
                <w:iCs/>
                <w:sz w:val="18"/>
                <w:szCs w:val="18"/>
              </w:rPr>
              <w:t>0263223923</w:t>
            </w:r>
            <w:r>
              <w:rPr>
                <w:b/>
                <w:bCs/>
                <w:iCs/>
                <w:sz w:val="18"/>
                <w:szCs w:val="18"/>
              </w:rPr>
              <w:t>,  0263</w:t>
            </w:r>
            <w:r w:rsidRPr="001D1DDD">
              <w:rPr>
                <w:b/>
                <w:bCs/>
                <w:iCs/>
                <w:sz w:val="18"/>
                <w:szCs w:val="18"/>
              </w:rPr>
              <w:t>224706</w:t>
            </w:r>
            <w:proofErr w:type="gramEnd"/>
          </w:p>
        </w:tc>
      </w:tr>
      <w:tr w:rsidR="001D5169" w14:paraId="3F5606F4" w14:textId="77777777" w:rsidTr="007425C5">
        <w:trPr>
          <w:cantSplit/>
          <w:trHeight w:val="510"/>
        </w:trPr>
        <w:tc>
          <w:tcPr>
            <w:tcW w:w="1606" w:type="dxa"/>
            <w:vMerge/>
          </w:tcPr>
          <w:p w14:paraId="64AAA7C5" w14:textId="77777777" w:rsidR="001D5169" w:rsidRPr="008B59BF" w:rsidRDefault="001D5169" w:rsidP="007425C5">
            <w:pPr>
              <w:rPr>
                <w:sz w:val="16"/>
                <w:szCs w:val="16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01F325D5" w14:textId="77777777" w:rsidR="001D5169" w:rsidRPr="001D1DDD" w:rsidRDefault="001D5169" w:rsidP="007425C5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Număr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de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înregistrare</w:t>
            </w:r>
            <w:proofErr w:type="spellEnd"/>
          </w:p>
          <w:p w14:paraId="67FF1A1E" w14:textId="77777777" w:rsidR="001D5169" w:rsidRPr="001D1DDD" w:rsidRDefault="001D5169" w:rsidP="007425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777" w:type="dxa"/>
            <w:shd w:val="clear" w:color="auto" w:fill="F0F0F0"/>
          </w:tcPr>
          <w:p w14:paraId="4099E484" w14:textId="77777777" w:rsidR="001D5169" w:rsidRPr="001D1DDD" w:rsidRDefault="001D5169" w:rsidP="007425C5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Data</w:t>
            </w:r>
          </w:p>
          <w:p w14:paraId="6AE070D8" w14:textId="77777777" w:rsidR="001D5169" w:rsidRPr="001D1DDD" w:rsidRDefault="001D5169" w:rsidP="007425C5">
            <w:pPr>
              <w:keepNext/>
              <w:rPr>
                <w:sz w:val="18"/>
                <w:szCs w:val="18"/>
              </w:rPr>
            </w:pPr>
          </w:p>
        </w:tc>
      </w:tr>
    </w:tbl>
    <w:p w14:paraId="1A39D405" w14:textId="77777777" w:rsidR="009366A3" w:rsidRDefault="009366A3">
      <w:pPr>
        <w:spacing w:line="168" w:lineRule="auto"/>
      </w:pPr>
    </w:p>
    <w:p w14:paraId="378778B7" w14:textId="77777777" w:rsidR="009366A3" w:rsidRPr="00F13EE2" w:rsidRDefault="00000000">
      <w:pPr>
        <w:spacing w:before="140" w:after="40"/>
        <w:jc w:val="center"/>
        <w:rPr>
          <w:sz w:val="28"/>
          <w:szCs w:val="28"/>
        </w:rPr>
      </w:pPr>
      <w:r w:rsidRPr="00F13EE2">
        <w:rPr>
          <w:b/>
          <w:sz w:val="28"/>
          <w:szCs w:val="28"/>
        </w:rPr>
        <w:t>CONFIRMARE</w:t>
      </w:r>
    </w:p>
    <w:p w14:paraId="632EE775" w14:textId="77777777" w:rsidR="009366A3" w:rsidRPr="001D5169" w:rsidRDefault="00000000">
      <w:pPr>
        <w:spacing w:after="120"/>
        <w:jc w:val="center"/>
        <w:rPr>
          <w:b/>
          <w:bCs/>
          <w:sz w:val="22"/>
        </w:rPr>
      </w:pPr>
      <w:proofErr w:type="spellStart"/>
      <w:r w:rsidRPr="001D5169">
        <w:rPr>
          <w:b/>
          <w:bCs/>
          <w:sz w:val="22"/>
        </w:rPr>
        <w:t>privind</w:t>
      </w:r>
      <w:proofErr w:type="spellEnd"/>
      <w:r w:rsidRPr="001D5169">
        <w:rPr>
          <w:b/>
          <w:bCs/>
          <w:sz w:val="22"/>
        </w:rPr>
        <w:t xml:space="preserve"> </w:t>
      </w:r>
      <w:proofErr w:type="spellStart"/>
      <w:r w:rsidRPr="001D5169">
        <w:rPr>
          <w:b/>
          <w:bCs/>
          <w:sz w:val="22"/>
        </w:rPr>
        <w:t>recepționarea</w:t>
      </w:r>
      <w:proofErr w:type="spellEnd"/>
      <w:r w:rsidRPr="001D5169">
        <w:rPr>
          <w:b/>
          <w:bCs/>
          <w:sz w:val="22"/>
        </w:rPr>
        <w:t xml:space="preserve"> </w:t>
      </w:r>
      <w:proofErr w:type="spellStart"/>
      <w:r w:rsidRPr="001D5169">
        <w:rPr>
          <w:b/>
          <w:bCs/>
          <w:sz w:val="22"/>
        </w:rPr>
        <w:t>și</w:t>
      </w:r>
      <w:proofErr w:type="spellEnd"/>
      <w:r w:rsidRPr="001D5169">
        <w:rPr>
          <w:b/>
          <w:bCs/>
          <w:sz w:val="22"/>
        </w:rPr>
        <w:t xml:space="preserve"> </w:t>
      </w:r>
      <w:proofErr w:type="spellStart"/>
      <w:r w:rsidRPr="001D5169">
        <w:rPr>
          <w:b/>
          <w:bCs/>
          <w:sz w:val="22"/>
        </w:rPr>
        <w:t>înregistrarea</w:t>
      </w:r>
      <w:proofErr w:type="spellEnd"/>
      <w:r w:rsidRPr="001D5169">
        <w:rPr>
          <w:b/>
          <w:bCs/>
          <w:sz w:val="22"/>
        </w:rPr>
        <w:t xml:space="preserve"> </w:t>
      </w:r>
      <w:proofErr w:type="spellStart"/>
      <w:r w:rsidRPr="001D5169">
        <w:rPr>
          <w:b/>
          <w:bCs/>
          <w:sz w:val="22"/>
        </w:rPr>
        <w:t>notificării</w:t>
      </w:r>
      <w:proofErr w:type="spellEnd"/>
    </w:p>
    <w:p w14:paraId="197271B0" w14:textId="77777777" w:rsidR="009366A3" w:rsidRPr="001D5169" w:rsidRDefault="009366A3">
      <w:pPr>
        <w:spacing w:after="60"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5355"/>
      </w:tblGrid>
      <w:tr w:rsidR="009366A3" w:rsidRPr="001D5169" w14:paraId="0BBBDBF1" w14:textId="77777777" w:rsidTr="00FD37A5">
        <w:trPr>
          <w:cantSplit/>
        </w:trPr>
        <w:tc>
          <w:tcPr>
            <w:tcW w:w="10173" w:type="dxa"/>
            <w:gridSpan w:val="4"/>
            <w:shd w:val="clear" w:color="auto" w:fill="F4F4F4"/>
          </w:tcPr>
          <w:p w14:paraId="56801BEB" w14:textId="77777777" w:rsidR="009366A3" w:rsidRPr="001D5169" w:rsidRDefault="00000000">
            <w:pPr>
              <w:keepNext/>
              <w:rPr>
                <w:sz w:val="18"/>
                <w:szCs w:val="18"/>
              </w:rPr>
            </w:pPr>
            <w:r w:rsidRPr="001D5169">
              <w:rPr>
                <w:b/>
                <w:sz w:val="18"/>
                <w:szCs w:val="18"/>
              </w:rPr>
              <w:t xml:space="preserve"> 1. </w:t>
            </w:r>
            <w:r w:rsidRPr="001D5169">
              <w:rPr>
                <w:b/>
                <w:color w:val="000000"/>
                <w:sz w:val="18"/>
                <w:szCs w:val="18"/>
              </w:rPr>
              <w:t>REFERINȚE</w:t>
            </w:r>
          </w:p>
        </w:tc>
      </w:tr>
      <w:tr w:rsidR="009366A3" w:rsidRPr="001D5169" w14:paraId="31998F00" w14:textId="77777777" w:rsidTr="00FD37A5">
        <w:trPr>
          <w:cantSplit/>
          <w:trHeight w:val="510"/>
        </w:trPr>
        <w:tc>
          <w:tcPr>
            <w:tcW w:w="2409" w:type="dxa"/>
          </w:tcPr>
          <w:p w14:paraId="40F170A9" w14:textId="77777777" w:rsidR="009366A3" w:rsidRPr="001D5169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1D5169">
              <w:rPr>
                <w:b/>
                <w:color w:val="0D5F78"/>
                <w:sz w:val="18"/>
                <w:szCs w:val="18"/>
              </w:rPr>
              <w:t>Notificarea</w:t>
            </w:r>
            <w:proofErr w:type="spellEnd"/>
            <w:r w:rsidRPr="001D5169">
              <w:rPr>
                <w:b/>
                <w:color w:val="0D5F78"/>
                <w:sz w:val="18"/>
                <w:szCs w:val="18"/>
              </w:rPr>
              <w:t xml:space="preserve"> nr.</w:t>
            </w:r>
          </w:p>
          <w:p w14:paraId="097BE182" w14:textId="77777777" w:rsidR="009366A3" w:rsidRPr="001D5169" w:rsidRDefault="009366A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2"/>
          </w:tcPr>
          <w:p w14:paraId="7086F118" w14:textId="77777777" w:rsidR="009366A3" w:rsidRPr="001D5169" w:rsidRDefault="00000000">
            <w:pPr>
              <w:keepNext/>
              <w:rPr>
                <w:sz w:val="18"/>
                <w:szCs w:val="18"/>
              </w:rPr>
            </w:pPr>
            <w:r w:rsidRPr="001D5169">
              <w:rPr>
                <w:b/>
                <w:color w:val="0D5F78"/>
                <w:sz w:val="18"/>
                <w:szCs w:val="18"/>
              </w:rPr>
              <w:t>din data</w:t>
            </w:r>
          </w:p>
          <w:p w14:paraId="03DC20C1" w14:textId="77777777" w:rsidR="009366A3" w:rsidRPr="001D5169" w:rsidRDefault="009366A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5355" w:type="dxa"/>
          </w:tcPr>
          <w:p w14:paraId="2EE1497B" w14:textId="77777777" w:rsidR="009366A3" w:rsidRPr="001D5169" w:rsidRDefault="00000000">
            <w:pPr>
              <w:keepNext/>
              <w:rPr>
                <w:sz w:val="18"/>
                <w:szCs w:val="18"/>
              </w:rPr>
            </w:pPr>
            <w:r w:rsidRPr="001D5169">
              <w:rPr>
                <w:b/>
                <w:color w:val="0D5F78"/>
                <w:sz w:val="18"/>
                <w:szCs w:val="18"/>
              </w:rPr>
              <w:t xml:space="preserve">a </w:t>
            </w:r>
            <w:proofErr w:type="spellStart"/>
            <w:r w:rsidRPr="001D5169">
              <w:rPr>
                <w:b/>
                <w:color w:val="0D5F78"/>
                <w:sz w:val="18"/>
                <w:szCs w:val="18"/>
              </w:rPr>
              <w:t>beneficiarului</w:t>
            </w:r>
            <w:proofErr w:type="spellEnd"/>
          </w:p>
          <w:p w14:paraId="13CCC476" w14:textId="77777777" w:rsidR="009366A3" w:rsidRPr="001D5169" w:rsidRDefault="009366A3">
            <w:pPr>
              <w:keepNext/>
              <w:rPr>
                <w:sz w:val="18"/>
                <w:szCs w:val="18"/>
              </w:rPr>
            </w:pPr>
          </w:p>
        </w:tc>
      </w:tr>
      <w:tr w:rsidR="009366A3" w:rsidRPr="001D5169" w14:paraId="51E59188" w14:textId="77777777" w:rsidTr="00FD37A5">
        <w:trPr>
          <w:cantSplit/>
          <w:trHeight w:val="510"/>
        </w:trPr>
        <w:tc>
          <w:tcPr>
            <w:tcW w:w="3212" w:type="dxa"/>
            <w:gridSpan w:val="2"/>
          </w:tcPr>
          <w:p w14:paraId="6B0FCC50" w14:textId="77777777" w:rsidR="009366A3" w:rsidRPr="001D5169" w:rsidRDefault="00000000">
            <w:pPr>
              <w:rPr>
                <w:sz w:val="18"/>
                <w:szCs w:val="18"/>
              </w:rPr>
            </w:pPr>
            <w:proofErr w:type="spellStart"/>
            <w:r w:rsidRPr="001D5169">
              <w:rPr>
                <w:b/>
                <w:color w:val="0D5F78"/>
                <w:sz w:val="18"/>
                <w:szCs w:val="18"/>
              </w:rPr>
              <w:t>Proiect</w:t>
            </w:r>
            <w:proofErr w:type="spellEnd"/>
            <w:r w:rsidRPr="001D5169">
              <w:rPr>
                <w:b/>
                <w:color w:val="0D5F78"/>
                <w:sz w:val="18"/>
                <w:szCs w:val="18"/>
              </w:rPr>
              <w:t xml:space="preserve"> nr. / </w:t>
            </w:r>
            <w:proofErr w:type="gramStart"/>
            <w:r w:rsidRPr="001D5169">
              <w:rPr>
                <w:b/>
                <w:color w:val="0D5F78"/>
                <w:sz w:val="18"/>
                <w:szCs w:val="18"/>
              </w:rPr>
              <w:t>cod</w:t>
            </w:r>
            <w:proofErr w:type="gramEnd"/>
          </w:p>
          <w:p w14:paraId="581E06AE" w14:textId="77777777" w:rsidR="009366A3" w:rsidRPr="001D5169" w:rsidRDefault="009366A3">
            <w:pPr>
              <w:rPr>
                <w:sz w:val="18"/>
                <w:szCs w:val="18"/>
              </w:rPr>
            </w:pPr>
          </w:p>
        </w:tc>
        <w:tc>
          <w:tcPr>
            <w:tcW w:w="6961" w:type="dxa"/>
            <w:gridSpan w:val="2"/>
          </w:tcPr>
          <w:p w14:paraId="12F33787" w14:textId="77777777" w:rsidR="009366A3" w:rsidRPr="001D5169" w:rsidRDefault="00000000">
            <w:pPr>
              <w:rPr>
                <w:sz w:val="18"/>
                <w:szCs w:val="18"/>
              </w:rPr>
            </w:pPr>
            <w:proofErr w:type="spellStart"/>
            <w:r w:rsidRPr="001D5169">
              <w:rPr>
                <w:b/>
                <w:color w:val="0D5F78"/>
                <w:sz w:val="18"/>
                <w:szCs w:val="18"/>
              </w:rPr>
              <w:t>Imobilul</w:t>
            </w:r>
            <w:proofErr w:type="spellEnd"/>
          </w:p>
          <w:p w14:paraId="17A5E241" w14:textId="77777777" w:rsidR="009366A3" w:rsidRPr="001D5169" w:rsidRDefault="009366A3">
            <w:pPr>
              <w:rPr>
                <w:sz w:val="18"/>
                <w:szCs w:val="18"/>
              </w:rPr>
            </w:pPr>
          </w:p>
        </w:tc>
      </w:tr>
    </w:tbl>
    <w:p w14:paraId="6F0CF7E7" w14:textId="77777777" w:rsidR="009366A3" w:rsidRPr="001D5169" w:rsidRDefault="009366A3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5355"/>
      </w:tblGrid>
      <w:tr w:rsidR="009366A3" w:rsidRPr="001D5169" w14:paraId="17EADC91" w14:textId="77777777" w:rsidTr="00FD37A5">
        <w:trPr>
          <w:cantSplit/>
        </w:trPr>
        <w:tc>
          <w:tcPr>
            <w:tcW w:w="10173" w:type="dxa"/>
            <w:gridSpan w:val="3"/>
            <w:shd w:val="clear" w:color="auto" w:fill="F4F4F4"/>
          </w:tcPr>
          <w:p w14:paraId="5F8F4F87" w14:textId="77777777" w:rsidR="009366A3" w:rsidRPr="001D5169" w:rsidRDefault="00000000">
            <w:pPr>
              <w:keepNext/>
              <w:rPr>
                <w:sz w:val="18"/>
                <w:szCs w:val="18"/>
              </w:rPr>
            </w:pPr>
            <w:r w:rsidRPr="001D5169">
              <w:rPr>
                <w:b/>
                <w:sz w:val="18"/>
                <w:szCs w:val="18"/>
              </w:rPr>
              <w:t xml:space="preserve"> 2. </w:t>
            </w:r>
            <w:r w:rsidRPr="001D5169">
              <w:rPr>
                <w:b/>
                <w:color w:val="000000"/>
                <w:sz w:val="18"/>
                <w:szCs w:val="18"/>
              </w:rPr>
              <w:t>CONFIRMAREA</w:t>
            </w:r>
          </w:p>
        </w:tc>
      </w:tr>
      <w:tr w:rsidR="009366A3" w:rsidRPr="001D5169" w14:paraId="62458124" w14:textId="77777777" w:rsidTr="00FD37A5">
        <w:trPr>
          <w:cantSplit/>
        </w:trPr>
        <w:tc>
          <w:tcPr>
            <w:tcW w:w="10173" w:type="dxa"/>
            <w:gridSpan w:val="3"/>
            <w:shd w:val="clear" w:color="auto" w:fill="F4F4F4"/>
          </w:tcPr>
          <w:p w14:paraId="2C121620" w14:textId="77777777" w:rsidR="009366A3" w:rsidRDefault="00000000">
            <w:pPr>
              <w:keepNext/>
              <w:spacing w:line="228" w:lineRule="auto"/>
              <w:rPr>
                <w:sz w:val="18"/>
                <w:szCs w:val="18"/>
                <w:lang w:val="fr-FR"/>
              </w:rPr>
            </w:pPr>
            <w:r w:rsidRPr="001D5169">
              <w:rPr>
                <w:sz w:val="18"/>
                <w:szCs w:val="18"/>
              </w:rPr>
              <w:t xml:space="preserve">Se </w:t>
            </w:r>
            <w:proofErr w:type="spellStart"/>
            <w:r w:rsidRPr="001D5169">
              <w:rPr>
                <w:sz w:val="18"/>
                <w:szCs w:val="18"/>
              </w:rPr>
              <w:t>confirmă</w:t>
            </w:r>
            <w:proofErr w:type="spellEnd"/>
            <w:r w:rsidRPr="001D5169">
              <w:rPr>
                <w:sz w:val="18"/>
                <w:szCs w:val="18"/>
              </w:rPr>
              <w:t xml:space="preserve"> </w:t>
            </w:r>
            <w:proofErr w:type="spellStart"/>
            <w:r w:rsidRPr="001D5169">
              <w:rPr>
                <w:sz w:val="18"/>
                <w:szCs w:val="18"/>
              </w:rPr>
              <w:t>recepționarea</w:t>
            </w:r>
            <w:proofErr w:type="spellEnd"/>
            <w:r w:rsidRPr="001D5169">
              <w:rPr>
                <w:sz w:val="18"/>
                <w:szCs w:val="18"/>
              </w:rPr>
              <w:t xml:space="preserve"> </w:t>
            </w:r>
            <w:proofErr w:type="spellStart"/>
            <w:r w:rsidRPr="001D5169">
              <w:rPr>
                <w:sz w:val="18"/>
                <w:szCs w:val="18"/>
              </w:rPr>
              <w:t>și</w:t>
            </w:r>
            <w:proofErr w:type="spellEnd"/>
            <w:r w:rsidRPr="001D5169">
              <w:rPr>
                <w:sz w:val="18"/>
                <w:szCs w:val="18"/>
              </w:rPr>
              <w:t xml:space="preserve"> </w:t>
            </w:r>
            <w:proofErr w:type="spellStart"/>
            <w:r w:rsidRPr="001D5169">
              <w:rPr>
                <w:sz w:val="18"/>
                <w:szCs w:val="18"/>
              </w:rPr>
              <w:t>înregistrarea</w:t>
            </w:r>
            <w:proofErr w:type="spellEnd"/>
            <w:r w:rsidRPr="001D5169">
              <w:rPr>
                <w:sz w:val="18"/>
                <w:szCs w:val="18"/>
              </w:rPr>
              <w:t xml:space="preserve"> </w:t>
            </w:r>
            <w:proofErr w:type="spellStart"/>
            <w:r w:rsidRPr="001D5169">
              <w:rPr>
                <w:sz w:val="18"/>
                <w:szCs w:val="18"/>
              </w:rPr>
              <w:t>notificării</w:t>
            </w:r>
            <w:proofErr w:type="spellEnd"/>
            <w:r w:rsidRPr="001D5169">
              <w:rPr>
                <w:sz w:val="18"/>
                <w:szCs w:val="18"/>
              </w:rPr>
              <w:t xml:space="preserve"> </w:t>
            </w:r>
            <w:proofErr w:type="spellStart"/>
            <w:r w:rsidRPr="001D5169">
              <w:rPr>
                <w:sz w:val="18"/>
                <w:szCs w:val="18"/>
              </w:rPr>
              <w:t>privind</w:t>
            </w:r>
            <w:proofErr w:type="spellEnd"/>
            <w:r w:rsidRPr="001D5169">
              <w:rPr>
                <w:sz w:val="18"/>
                <w:szCs w:val="18"/>
              </w:rPr>
              <w:t xml:space="preserve"> </w:t>
            </w:r>
            <w:proofErr w:type="spellStart"/>
            <w:r w:rsidRPr="001D5169">
              <w:rPr>
                <w:sz w:val="18"/>
                <w:szCs w:val="18"/>
              </w:rPr>
              <w:t>executarea</w:t>
            </w:r>
            <w:proofErr w:type="spellEnd"/>
            <w:r w:rsidRPr="001D5169">
              <w:rPr>
                <w:sz w:val="18"/>
                <w:szCs w:val="18"/>
              </w:rPr>
              <w:t xml:space="preserve"> </w:t>
            </w:r>
            <w:proofErr w:type="spellStart"/>
            <w:r w:rsidRPr="001D5169">
              <w:rPr>
                <w:sz w:val="18"/>
                <w:szCs w:val="18"/>
              </w:rPr>
              <w:t>lucrărilor</w:t>
            </w:r>
            <w:proofErr w:type="spellEnd"/>
            <w:r w:rsidRPr="001D5169">
              <w:rPr>
                <w:sz w:val="18"/>
                <w:szCs w:val="18"/>
              </w:rPr>
              <w:t xml:space="preserve"> </w:t>
            </w:r>
            <w:proofErr w:type="spellStart"/>
            <w:r w:rsidRPr="001D5169">
              <w:rPr>
                <w:sz w:val="18"/>
                <w:szCs w:val="18"/>
              </w:rPr>
              <w:t>în</w:t>
            </w:r>
            <w:proofErr w:type="spellEnd"/>
            <w:r w:rsidRPr="001D5169">
              <w:rPr>
                <w:sz w:val="18"/>
                <w:szCs w:val="18"/>
              </w:rPr>
              <w:t xml:space="preserve"> </w:t>
            </w:r>
            <w:proofErr w:type="spellStart"/>
            <w:r w:rsidRPr="001D5169">
              <w:rPr>
                <w:sz w:val="18"/>
                <w:szCs w:val="18"/>
              </w:rPr>
              <w:t>baza</w:t>
            </w:r>
            <w:proofErr w:type="spellEnd"/>
            <w:r w:rsidRPr="001D5169">
              <w:rPr>
                <w:sz w:val="18"/>
                <w:szCs w:val="18"/>
              </w:rPr>
              <w:t xml:space="preserve"> </w:t>
            </w:r>
            <w:proofErr w:type="spellStart"/>
            <w:r w:rsidRPr="001D5169">
              <w:rPr>
                <w:sz w:val="18"/>
                <w:szCs w:val="18"/>
              </w:rPr>
              <w:t>procedurii</w:t>
            </w:r>
            <w:proofErr w:type="spellEnd"/>
            <w:r w:rsidRPr="001D5169">
              <w:rPr>
                <w:sz w:val="18"/>
                <w:szCs w:val="18"/>
              </w:rPr>
              <w:t xml:space="preserve"> </w:t>
            </w:r>
            <w:proofErr w:type="spellStart"/>
            <w:r w:rsidRPr="001D5169">
              <w:rPr>
                <w:sz w:val="18"/>
                <w:szCs w:val="18"/>
              </w:rPr>
              <w:t>simplificate</w:t>
            </w:r>
            <w:proofErr w:type="spellEnd"/>
            <w:r w:rsidRPr="001D5169">
              <w:rPr>
                <w:sz w:val="18"/>
                <w:szCs w:val="18"/>
              </w:rPr>
              <w:t xml:space="preserve">. </w:t>
            </w:r>
            <w:proofErr w:type="spellStart"/>
            <w:r w:rsidRPr="001D5169">
              <w:rPr>
                <w:sz w:val="18"/>
                <w:szCs w:val="18"/>
                <w:lang w:val="fr-FR"/>
              </w:rPr>
              <w:t>Pentru</w:t>
            </w:r>
            <w:proofErr w:type="spellEnd"/>
            <w:r w:rsidRPr="001D5169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D5169">
              <w:rPr>
                <w:sz w:val="18"/>
                <w:szCs w:val="18"/>
                <w:lang w:val="fr-FR"/>
              </w:rPr>
              <w:t>depunerea</w:t>
            </w:r>
            <w:proofErr w:type="spellEnd"/>
            <w:r w:rsidRPr="001D5169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D5169">
              <w:rPr>
                <w:sz w:val="18"/>
                <w:szCs w:val="18"/>
                <w:lang w:val="fr-FR"/>
              </w:rPr>
              <w:t>digitală</w:t>
            </w:r>
            <w:proofErr w:type="spellEnd"/>
            <w:r w:rsidRPr="001D5169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1D5169">
              <w:rPr>
                <w:sz w:val="18"/>
                <w:szCs w:val="18"/>
                <w:lang w:val="fr-FR"/>
              </w:rPr>
              <w:t>confirmarea</w:t>
            </w:r>
            <w:proofErr w:type="spellEnd"/>
            <w:r w:rsidRPr="001D5169">
              <w:rPr>
                <w:sz w:val="18"/>
                <w:szCs w:val="18"/>
                <w:lang w:val="fr-FR"/>
              </w:rPr>
              <w:t xml:space="preserve"> se </w:t>
            </w:r>
            <w:proofErr w:type="spellStart"/>
            <w:r w:rsidRPr="001D5169">
              <w:rPr>
                <w:sz w:val="18"/>
                <w:szCs w:val="18"/>
                <w:lang w:val="fr-FR"/>
              </w:rPr>
              <w:t>generează</w:t>
            </w:r>
            <w:proofErr w:type="spellEnd"/>
            <w:r w:rsidRPr="001D5169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1D5169">
              <w:rPr>
                <w:sz w:val="18"/>
                <w:szCs w:val="18"/>
                <w:lang w:val="fr-FR"/>
              </w:rPr>
              <w:t>automat</w:t>
            </w:r>
            <w:proofErr w:type="spellEnd"/>
            <w:r w:rsidRPr="001D5169">
              <w:rPr>
                <w:sz w:val="18"/>
                <w:szCs w:val="18"/>
                <w:lang w:val="fr-FR"/>
              </w:rPr>
              <w:t>;</w:t>
            </w:r>
            <w:proofErr w:type="gramEnd"/>
            <w:r w:rsidRPr="001D5169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D5169">
              <w:rPr>
                <w:sz w:val="18"/>
                <w:szCs w:val="18"/>
                <w:lang w:val="fr-FR"/>
              </w:rPr>
              <w:t>pentru</w:t>
            </w:r>
            <w:proofErr w:type="spellEnd"/>
            <w:r w:rsidRPr="001D5169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D5169">
              <w:rPr>
                <w:sz w:val="18"/>
                <w:szCs w:val="18"/>
                <w:lang w:val="fr-FR"/>
              </w:rPr>
              <w:t>depunerea</w:t>
            </w:r>
            <w:proofErr w:type="spellEnd"/>
            <w:r w:rsidRPr="001D5169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D5169">
              <w:rPr>
                <w:sz w:val="18"/>
                <w:szCs w:val="18"/>
                <w:lang w:val="fr-FR"/>
              </w:rPr>
              <w:t>în</w:t>
            </w:r>
            <w:proofErr w:type="spellEnd"/>
            <w:r w:rsidRPr="001D5169">
              <w:rPr>
                <w:sz w:val="18"/>
                <w:szCs w:val="18"/>
                <w:lang w:val="fr-FR"/>
              </w:rPr>
              <w:t xml:space="preserve"> format </w:t>
            </w:r>
            <w:proofErr w:type="spellStart"/>
            <w:r w:rsidRPr="001D5169">
              <w:rPr>
                <w:sz w:val="18"/>
                <w:szCs w:val="18"/>
                <w:lang w:val="fr-FR"/>
              </w:rPr>
              <w:t>scris</w:t>
            </w:r>
            <w:proofErr w:type="spellEnd"/>
            <w:r w:rsidRPr="001D5169">
              <w:rPr>
                <w:sz w:val="18"/>
                <w:szCs w:val="18"/>
                <w:lang w:val="fr-FR"/>
              </w:rPr>
              <w:t xml:space="preserve"> se </w:t>
            </w:r>
            <w:proofErr w:type="spellStart"/>
            <w:r w:rsidRPr="001D5169">
              <w:rPr>
                <w:sz w:val="18"/>
                <w:szCs w:val="18"/>
                <w:lang w:val="fr-FR"/>
              </w:rPr>
              <w:t>eliberează</w:t>
            </w:r>
            <w:proofErr w:type="spellEnd"/>
            <w:r w:rsidRPr="001D5169">
              <w:rPr>
                <w:sz w:val="18"/>
                <w:szCs w:val="18"/>
                <w:lang w:val="fr-FR"/>
              </w:rPr>
              <w:t xml:space="preserve"> la data </w:t>
            </w:r>
            <w:proofErr w:type="spellStart"/>
            <w:r w:rsidRPr="001D5169">
              <w:rPr>
                <w:sz w:val="18"/>
                <w:szCs w:val="18"/>
                <w:lang w:val="fr-FR"/>
              </w:rPr>
              <w:t>depunerii</w:t>
            </w:r>
            <w:proofErr w:type="spellEnd"/>
            <w:r w:rsidRPr="001D5169">
              <w:rPr>
                <w:sz w:val="18"/>
                <w:szCs w:val="18"/>
                <w:lang w:val="fr-FR"/>
              </w:rPr>
              <w:t>.</w:t>
            </w:r>
          </w:p>
          <w:p w14:paraId="281C5715" w14:textId="77777777" w:rsidR="001D5169" w:rsidRPr="001D5169" w:rsidRDefault="001D5169">
            <w:pPr>
              <w:keepNext/>
              <w:spacing w:line="228" w:lineRule="auto"/>
              <w:rPr>
                <w:sz w:val="18"/>
                <w:szCs w:val="18"/>
                <w:lang w:val="fr-FR"/>
              </w:rPr>
            </w:pPr>
          </w:p>
        </w:tc>
      </w:tr>
      <w:tr w:rsidR="009366A3" w:rsidRPr="001D5169" w14:paraId="0736C23B" w14:textId="77777777" w:rsidTr="00FD37A5">
        <w:trPr>
          <w:cantSplit/>
          <w:trHeight w:val="510"/>
        </w:trPr>
        <w:tc>
          <w:tcPr>
            <w:tcW w:w="2409" w:type="dxa"/>
          </w:tcPr>
          <w:p w14:paraId="1F782AFB" w14:textId="77777777" w:rsidR="009366A3" w:rsidRPr="001D5169" w:rsidRDefault="00000000">
            <w:pPr>
              <w:rPr>
                <w:sz w:val="18"/>
                <w:szCs w:val="18"/>
              </w:rPr>
            </w:pPr>
            <w:r w:rsidRPr="001D5169">
              <w:rPr>
                <w:b/>
                <w:color w:val="0D5F78"/>
                <w:sz w:val="18"/>
                <w:szCs w:val="18"/>
              </w:rPr>
              <w:t xml:space="preserve">Nr. de </w:t>
            </w:r>
            <w:proofErr w:type="spellStart"/>
            <w:r w:rsidRPr="001D5169">
              <w:rPr>
                <w:b/>
                <w:color w:val="0D5F78"/>
                <w:sz w:val="18"/>
                <w:szCs w:val="18"/>
              </w:rPr>
              <w:t>înregistrare</w:t>
            </w:r>
            <w:proofErr w:type="spellEnd"/>
          </w:p>
          <w:p w14:paraId="60159E0C" w14:textId="77777777" w:rsidR="009366A3" w:rsidRPr="001D5169" w:rsidRDefault="009366A3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385D1B69" w14:textId="77777777" w:rsidR="009366A3" w:rsidRPr="001D5169" w:rsidRDefault="00000000">
            <w:pPr>
              <w:rPr>
                <w:sz w:val="18"/>
                <w:szCs w:val="18"/>
              </w:rPr>
            </w:pPr>
            <w:r w:rsidRPr="001D5169">
              <w:rPr>
                <w:b/>
                <w:color w:val="0D5F78"/>
                <w:sz w:val="18"/>
                <w:szCs w:val="18"/>
              </w:rPr>
              <w:t xml:space="preserve">Data </w:t>
            </w:r>
            <w:proofErr w:type="spellStart"/>
            <w:r w:rsidRPr="001D5169">
              <w:rPr>
                <w:b/>
                <w:color w:val="0D5F78"/>
                <w:sz w:val="18"/>
                <w:szCs w:val="18"/>
              </w:rPr>
              <w:t>și</w:t>
            </w:r>
            <w:proofErr w:type="spellEnd"/>
            <w:r w:rsidRPr="001D5169">
              <w:rPr>
                <w:b/>
                <w:color w:val="0D5F78"/>
                <w:sz w:val="18"/>
                <w:szCs w:val="18"/>
              </w:rPr>
              <w:t xml:space="preserve"> ora</w:t>
            </w:r>
          </w:p>
          <w:p w14:paraId="66F157F2" w14:textId="77777777" w:rsidR="009366A3" w:rsidRPr="001D5169" w:rsidRDefault="009366A3">
            <w:pPr>
              <w:rPr>
                <w:sz w:val="18"/>
                <w:szCs w:val="18"/>
              </w:rPr>
            </w:pPr>
          </w:p>
        </w:tc>
        <w:tc>
          <w:tcPr>
            <w:tcW w:w="5355" w:type="dxa"/>
          </w:tcPr>
          <w:p w14:paraId="53C7BFB8" w14:textId="77777777" w:rsidR="009366A3" w:rsidRPr="001D5169" w:rsidRDefault="00000000">
            <w:pPr>
              <w:rPr>
                <w:sz w:val="18"/>
                <w:szCs w:val="18"/>
                <w:lang w:val="fr-FR"/>
              </w:rPr>
            </w:pPr>
            <w:proofErr w:type="spellStart"/>
            <w:r w:rsidRPr="001D5169">
              <w:rPr>
                <w:b/>
                <w:color w:val="0D5F78"/>
                <w:sz w:val="18"/>
                <w:szCs w:val="18"/>
                <w:lang w:val="fr-FR"/>
              </w:rPr>
              <w:t>Termenul</w:t>
            </w:r>
            <w:proofErr w:type="spellEnd"/>
            <w:r w:rsidRPr="001D5169">
              <w:rPr>
                <w:b/>
                <w:color w:val="0D5F78"/>
                <w:sz w:val="18"/>
                <w:szCs w:val="18"/>
                <w:lang w:val="fr-FR"/>
              </w:rPr>
              <w:t xml:space="preserve"> de la care pot </w:t>
            </w:r>
            <w:proofErr w:type="spellStart"/>
            <w:r w:rsidRPr="001D5169">
              <w:rPr>
                <w:b/>
                <w:color w:val="0D5F78"/>
                <w:sz w:val="18"/>
                <w:szCs w:val="18"/>
                <w:lang w:val="fr-FR"/>
              </w:rPr>
              <w:t>începe</w:t>
            </w:r>
            <w:proofErr w:type="spellEnd"/>
            <w:r w:rsidRPr="001D5169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D5169">
              <w:rPr>
                <w:b/>
                <w:color w:val="0D5F78"/>
                <w:sz w:val="18"/>
                <w:szCs w:val="18"/>
                <w:lang w:val="fr-FR"/>
              </w:rPr>
              <w:t>lucrările</w:t>
            </w:r>
            <w:proofErr w:type="spellEnd"/>
          </w:p>
          <w:p w14:paraId="3112E9C2" w14:textId="77777777" w:rsidR="009366A3" w:rsidRPr="001D5169" w:rsidRDefault="00000000">
            <w:pPr>
              <w:rPr>
                <w:sz w:val="18"/>
                <w:szCs w:val="18"/>
                <w:lang w:val="fr-FR"/>
              </w:rPr>
            </w:pPr>
            <w:r w:rsidRPr="001D5169">
              <w:rPr>
                <w:i/>
                <w:color w:val="7A7A7A"/>
                <w:sz w:val="18"/>
                <w:szCs w:val="18"/>
                <w:lang w:val="fr-FR"/>
              </w:rPr>
              <w:t xml:space="preserve">15 </w:t>
            </w:r>
            <w:proofErr w:type="spellStart"/>
            <w:r w:rsidRPr="001D5169">
              <w:rPr>
                <w:i/>
                <w:color w:val="7A7A7A"/>
                <w:sz w:val="18"/>
                <w:szCs w:val="18"/>
                <w:lang w:val="fr-FR"/>
              </w:rPr>
              <w:t>zile</w:t>
            </w:r>
            <w:proofErr w:type="spellEnd"/>
            <w:r w:rsidRPr="001D5169">
              <w:rPr>
                <w:i/>
                <w:color w:val="7A7A7A"/>
                <w:sz w:val="18"/>
                <w:szCs w:val="18"/>
                <w:lang w:val="fr-FR"/>
              </w:rPr>
              <w:t xml:space="preserve"> de la </w:t>
            </w:r>
            <w:proofErr w:type="spellStart"/>
            <w:r w:rsidRPr="001D5169">
              <w:rPr>
                <w:i/>
                <w:color w:val="7A7A7A"/>
                <w:sz w:val="18"/>
                <w:szCs w:val="18"/>
                <w:lang w:val="fr-FR"/>
              </w:rPr>
              <w:t>înregistrare</w:t>
            </w:r>
            <w:proofErr w:type="spellEnd"/>
            <w:r w:rsidRPr="001D5169">
              <w:rPr>
                <w:i/>
                <w:color w:val="7A7A7A"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1D5169">
              <w:rPr>
                <w:i/>
                <w:color w:val="7A7A7A"/>
                <w:sz w:val="18"/>
                <w:szCs w:val="18"/>
                <w:lang w:val="fr-FR"/>
              </w:rPr>
              <w:t>în</w:t>
            </w:r>
            <w:proofErr w:type="spellEnd"/>
            <w:r w:rsidRPr="001D5169">
              <w:rPr>
                <w:i/>
                <w:color w:val="7A7A7A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D5169">
              <w:rPr>
                <w:i/>
                <w:color w:val="7A7A7A"/>
                <w:sz w:val="18"/>
                <w:szCs w:val="18"/>
                <w:lang w:val="fr-FR"/>
              </w:rPr>
              <w:t>lipsa</w:t>
            </w:r>
            <w:proofErr w:type="spellEnd"/>
            <w:r w:rsidRPr="001D5169">
              <w:rPr>
                <w:i/>
                <w:color w:val="7A7A7A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D5169">
              <w:rPr>
                <w:i/>
                <w:color w:val="7A7A7A"/>
                <w:sz w:val="18"/>
                <w:szCs w:val="18"/>
                <w:lang w:val="fr-FR"/>
              </w:rPr>
              <w:t>clarificărilor</w:t>
            </w:r>
            <w:proofErr w:type="spellEnd"/>
          </w:p>
          <w:p w14:paraId="3D9E913E" w14:textId="77777777" w:rsidR="009366A3" w:rsidRPr="001D5169" w:rsidRDefault="009366A3">
            <w:pPr>
              <w:rPr>
                <w:sz w:val="18"/>
                <w:szCs w:val="18"/>
                <w:lang w:val="fr-FR"/>
              </w:rPr>
            </w:pPr>
          </w:p>
        </w:tc>
      </w:tr>
    </w:tbl>
    <w:p w14:paraId="5AC60894" w14:textId="77777777" w:rsidR="009366A3" w:rsidRPr="001D5169" w:rsidRDefault="009366A3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2143"/>
      </w:tblGrid>
      <w:tr w:rsidR="009366A3" w:rsidRPr="001D5169" w14:paraId="1F3FB176" w14:textId="77777777" w:rsidTr="00FD37A5">
        <w:trPr>
          <w:cantSplit/>
        </w:trPr>
        <w:tc>
          <w:tcPr>
            <w:tcW w:w="10173" w:type="dxa"/>
            <w:gridSpan w:val="3"/>
            <w:shd w:val="clear" w:color="auto" w:fill="F4F4F4"/>
          </w:tcPr>
          <w:p w14:paraId="7A4409FA" w14:textId="77777777" w:rsidR="009366A3" w:rsidRPr="001D5169" w:rsidRDefault="00000000">
            <w:pPr>
              <w:keepNext/>
              <w:rPr>
                <w:sz w:val="18"/>
                <w:szCs w:val="18"/>
              </w:rPr>
            </w:pPr>
            <w:r w:rsidRPr="001D5169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1D5169">
              <w:rPr>
                <w:b/>
                <w:sz w:val="18"/>
                <w:szCs w:val="18"/>
              </w:rPr>
              <w:t xml:space="preserve">3. </w:t>
            </w:r>
            <w:r w:rsidRPr="001D5169">
              <w:rPr>
                <w:b/>
                <w:color w:val="000000"/>
                <w:sz w:val="18"/>
                <w:szCs w:val="18"/>
              </w:rPr>
              <w:t>SEMNĂTURA</w:t>
            </w:r>
          </w:p>
        </w:tc>
      </w:tr>
      <w:tr w:rsidR="009366A3" w:rsidRPr="001D5169" w14:paraId="2CB7B60D" w14:textId="77777777" w:rsidTr="00FD37A5">
        <w:trPr>
          <w:cantSplit/>
          <w:trHeight w:val="510"/>
        </w:trPr>
        <w:tc>
          <w:tcPr>
            <w:tcW w:w="5621" w:type="dxa"/>
          </w:tcPr>
          <w:p w14:paraId="6987B63C" w14:textId="50B4CA65" w:rsidR="009366A3" w:rsidRPr="001D5169" w:rsidRDefault="00000000">
            <w:pPr>
              <w:rPr>
                <w:sz w:val="18"/>
                <w:szCs w:val="18"/>
              </w:rPr>
            </w:pPr>
            <w:proofErr w:type="spellStart"/>
            <w:r w:rsidRPr="001D5169">
              <w:rPr>
                <w:b/>
                <w:color w:val="0D5F78"/>
                <w:sz w:val="18"/>
                <w:szCs w:val="18"/>
              </w:rPr>
              <w:t>Reprezentantul</w:t>
            </w:r>
            <w:proofErr w:type="spellEnd"/>
            <w:r w:rsidRPr="001D5169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5169">
              <w:rPr>
                <w:b/>
                <w:color w:val="0D5F78"/>
                <w:sz w:val="18"/>
                <w:szCs w:val="18"/>
              </w:rPr>
              <w:t>autorității</w:t>
            </w:r>
            <w:proofErr w:type="spellEnd"/>
            <w:r w:rsidRPr="001D5169">
              <w:rPr>
                <w:b/>
                <w:color w:val="0D5F78"/>
                <w:sz w:val="18"/>
                <w:szCs w:val="18"/>
              </w:rPr>
              <w:t xml:space="preserve"> — </w:t>
            </w:r>
            <w:proofErr w:type="spellStart"/>
            <w:r w:rsidRPr="001D5169">
              <w:rPr>
                <w:b/>
                <w:color w:val="0D5F78"/>
                <w:sz w:val="18"/>
                <w:szCs w:val="18"/>
              </w:rPr>
              <w:t>numele</w:t>
            </w:r>
            <w:proofErr w:type="spellEnd"/>
          </w:p>
          <w:p w14:paraId="166708BF" w14:textId="77777777" w:rsidR="009366A3" w:rsidRPr="001D5169" w:rsidRDefault="009366A3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09C73EEA" w14:textId="77777777" w:rsidR="009366A3" w:rsidRPr="001D5169" w:rsidRDefault="00000000">
            <w:pPr>
              <w:rPr>
                <w:sz w:val="18"/>
                <w:szCs w:val="18"/>
              </w:rPr>
            </w:pPr>
            <w:r w:rsidRPr="001D5169">
              <w:rPr>
                <w:b/>
                <w:color w:val="0D5F78"/>
                <w:sz w:val="18"/>
                <w:szCs w:val="18"/>
              </w:rPr>
              <w:t>Data</w:t>
            </w:r>
          </w:p>
          <w:p w14:paraId="3BC53AF9" w14:textId="77777777" w:rsidR="009366A3" w:rsidRPr="001D5169" w:rsidRDefault="009366A3">
            <w:pPr>
              <w:rPr>
                <w:sz w:val="18"/>
                <w:szCs w:val="18"/>
              </w:rPr>
            </w:pPr>
          </w:p>
        </w:tc>
        <w:tc>
          <w:tcPr>
            <w:tcW w:w="2143" w:type="dxa"/>
          </w:tcPr>
          <w:p w14:paraId="1874437E" w14:textId="40101083" w:rsidR="009366A3" w:rsidRPr="001D5169" w:rsidRDefault="00E079E1">
            <w:pPr>
              <w:rPr>
                <w:sz w:val="18"/>
                <w:szCs w:val="18"/>
              </w:rPr>
            </w:pPr>
            <w:proofErr w:type="spellStart"/>
            <w:r w:rsidRPr="001D5169">
              <w:rPr>
                <w:b/>
                <w:color w:val="0D5F78"/>
                <w:sz w:val="18"/>
                <w:szCs w:val="18"/>
              </w:rPr>
              <w:t>S</w:t>
            </w:r>
            <w:r w:rsidR="00C61280" w:rsidRPr="001D5169">
              <w:rPr>
                <w:b/>
                <w:color w:val="0D5F78"/>
                <w:sz w:val="18"/>
                <w:szCs w:val="18"/>
              </w:rPr>
              <w:t>emnătura</w:t>
            </w:r>
            <w:proofErr w:type="spellEnd"/>
          </w:p>
          <w:p w14:paraId="3F4DF4DE" w14:textId="77777777" w:rsidR="009366A3" w:rsidRPr="001D5169" w:rsidRDefault="009366A3">
            <w:pPr>
              <w:rPr>
                <w:sz w:val="18"/>
                <w:szCs w:val="18"/>
              </w:rPr>
            </w:pPr>
          </w:p>
        </w:tc>
      </w:tr>
    </w:tbl>
    <w:p w14:paraId="1ECFDC8D" w14:textId="77777777" w:rsidR="009366A3" w:rsidRDefault="009366A3">
      <w:pPr>
        <w:spacing w:line="168" w:lineRule="auto"/>
      </w:pPr>
    </w:p>
    <w:sectPr w:rsidR="009366A3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94659" w14:textId="77777777" w:rsidR="00CB5131" w:rsidRDefault="00CB5131">
      <w:r>
        <w:separator/>
      </w:r>
    </w:p>
  </w:endnote>
  <w:endnote w:type="continuationSeparator" w:id="0">
    <w:p w14:paraId="72240EEF" w14:textId="77777777" w:rsidR="00CB5131" w:rsidRDefault="00CB5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F2BD3" w14:textId="77777777" w:rsidR="009366A3" w:rsidRDefault="00000000">
    <w:pPr>
      <w:pStyle w:val="Subsol"/>
      <w:tabs>
        <w:tab w:val="right" w:pos="9639"/>
      </w:tabs>
    </w:pPr>
    <w:r>
      <w:rPr>
        <w:color w:val="595959"/>
      </w:rPr>
      <w:t xml:space="preserve">F_NOT_02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EC33C" w14:textId="77777777" w:rsidR="00CB5131" w:rsidRDefault="00CB5131">
      <w:r>
        <w:separator/>
      </w:r>
    </w:p>
  </w:footnote>
  <w:footnote w:type="continuationSeparator" w:id="0">
    <w:p w14:paraId="2E7AAAA2" w14:textId="77777777" w:rsidR="00CB5131" w:rsidRDefault="00CB5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9680823">
    <w:abstractNumId w:val="8"/>
  </w:num>
  <w:num w:numId="2" w16cid:durableId="418599538">
    <w:abstractNumId w:val="6"/>
  </w:num>
  <w:num w:numId="3" w16cid:durableId="412242484">
    <w:abstractNumId w:val="5"/>
  </w:num>
  <w:num w:numId="4" w16cid:durableId="603732864">
    <w:abstractNumId w:val="4"/>
  </w:num>
  <w:num w:numId="5" w16cid:durableId="255941620">
    <w:abstractNumId w:val="7"/>
  </w:num>
  <w:num w:numId="6" w16cid:durableId="1013268781">
    <w:abstractNumId w:val="3"/>
  </w:num>
  <w:num w:numId="7" w16cid:durableId="1753118078">
    <w:abstractNumId w:val="2"/>
  </w:num>
  <w:num w:numId="8" w16cid:durableId="1975402551">
    <w:abstractNumId w:val="1"/>
  </w:num>
  <w:num w:numId="9" w16cid:durableId="677075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356D"/>
    <w:rsid w:val="00034616"/>
    <w:rsid w:val="0006063C"/>
    <w:rsid w:val="001235A8"/>
    <w:rsid w:val="0015074B"/>
    <w:rsid w:val="00174667"/>
    <w:rsid w:val="001D5169"/>
    <w:rsid w:val="0029639D"/>
    <w:rsid w:val="00326F90"/>
    <w:rsid w:val="006149AC"/>
    <w:rsid w:val="006C103E"/>
    <w:rsid w:val="009366A3"/>
    <w:rsid w:val="00A568F0"/>
    <w:rsid w:val="00AA1D8D"/>
    <w:rsid w:val="00B47730"/>
    <w:rsid w:val="00C61280"/>
    <w:rsid w:val="00CB0664"/>
    <w:rsid w:val="00CB5131"/>
    <w:rsid w:val="00D51610"/>
    <w:rsid w:val="00E079E1"/>
    <w:rsid w:val="00E61A6B"/>
    <w:rsid w:val="00F13EE2"/>
    <w:rsid w:val="00FC693F"/>
    <w:rsid w:val="00FD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5B05E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1D51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rimariabistrit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municipiulbistrit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Floarea-Olivia TIMOCE</cp:lastModifiedBy>
  <cp:revision>4</cp:revision>
  <dcterms:created xsi:type="dcterms:W3CDTF">2013-12-23T23:15:00Z</dcterms:created>
  <dcterms:modified xsi:type="dcterms:W3CDTF">2026-09-23T12:51:00Z</dcterms:modified>
  <cp:category/>
</cp:coreProperties>
</file>