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445B0" w14:textId="77777777" w:rsidR="00D86601" w:rsidRPr="006B0700" w:rsidRDefault="00D86601" w:rsidP="00D86601">
      <w:pPr>
        <w:pStyle w:val="Antet"/>
        <w:rPr>
          <w:b/>
          <w:bCs/>
          <w:i/>
          <w:iCs/>
          <w:color w:val="595959"/>
          <w:sz w:val="24"/>
          <w:szCs w:val="24"/>
          <w:u w:val="single"/>
        </w:rPr>
      </w:pPr>
      <w:r w:rsidRPr="00DE1B57">
        <w:rPr>
          <w:b/>
          <w:bCs/>
          <w:i/>
          <w:iCs/>
          <w:color w:val="595959"/>
          <w:szCs w:val="15"/>
          <w:u w:val="single"/>
        </w:rPr>
        <w:t>Anexa nr.1</w:t>
      </w:r>
      <w:r>
        <w:rPr>
          <w:b/>
          <w:bCs/>
          <w:i/>
          <w:iCs/>
          <w:color w:val="595959"/>
          <w:sz w:val="24"/>
          <w:szCs w:val="24"/>
          <w:u w:val="single"/>
        </w:rPr>
        <w:t xml:space="preserve"> </w:t>
      </w:r>
      <w:r>
        <w:rPr>
          <w:color w:val="595959"/>
        </w:rPr>
        <w:t>F_CU_01 · versiunea 1.0</w:t>
      </w:r>
    </w:p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3A2AE4" w14:paraId="26E3B938" w14:textId="77777777" w:rsidTr="00111760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0F2898F7" w14:textId="77777777" w:rsidR="003A2AE4" w:rsidRPr="008B59BF" w:rsidRDefault="003A2AE4" w:rsidP="00111760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1DED3AB4" wp14:editId="30F1DD5D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2380FFD8" w14:textId="77777777" w:rsidR="003A2AE4" w:rsidRPr="001D1DDD" w:rsidRDefault="003A2AE4" w:rsidP="0011176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3A2AE4" w14:paraId="3570AFE3" w14:textId="77777777" w:rsidTr="00111760">
        <w:trPr>
          <w:cantSplit/>
          <w:trHeight w:val="328"/>
        </w:trPr>
        <w:tc>
          <w:tcPr>
            <w:tcW w:w="1606" w:type="dxa"/>
            <w:vMerge/>
          </w:tcPr>
          <w:p w14:paraId="09455238" w14:textId="77777777" w:rsidR="003A2AE4" w:rsidRPr="008B59BF" w:rsidRDefault="003A2AE4" w:rsidP="00111760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436FDCA6" w14:textId="77777777" w:rsidR="003A2AE4" w:rsidRPr="001D1DDD" w:rsidRDefault="003A2AE4" w:rsidP="0011176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Autoritatea administrației publice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3A2AE4" w14:paraId="331C2B6A" w14:textId="77777777" w:rsidTr="00111760">
        <w:trPr>
          <w:cantSplit/>
          <w:trHeight w:val="1126"/>
        </w:trPr>
        <w:tc>
          <w:tcPr>
            <w:tcW w:w="1606" w:type="dxa"/>
            <w:vMerge/>
          </w:tcPr>
          <w:p w14:paraId="3F185A4D" w14:textId="77777777" w:rsidR="003A2AE4" w:rsidRPr="008B59BF" w:rsidRDefault="003A2AE4" w:rsidP="00111760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244D16B6" w14:textId="77777777" w:rsidR="003A2AE4" w:rsidRPr="001D1DDD" w:rsidRDefault="003A2AE4" w:rsidP="00111760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identificare fiscală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3C6D1CAF" w14:textId="77777777" w:rsidR="003A2AE4" w:rsidRDefault="003A2AE4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Adresa oficială</w:t>
            </w:r>
            <w:r>
              <w:rPr>
                <w:sz w:val="18"/>
                <w:szCs w:val="18"/>
              </w:rPr>
              <w:t xml:space="preserve">: </w:t>
            </w:r>
          </w:p>
          <w:p w14:paraId="40F233E0" w14:textId="77777777" w:rsidR="003A2AE4" w:rsidRPr="001D1DDD" w:rsidRDefault="003A2AE4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>, Bistrița, jud.Bistrița-Năsăud, cod poștal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26BCEB19" w14:textId="77777777" w:rsidR="003A2AE4" w:rsidRDefault="003A2AE4" w:rsidP="0011176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3893E5F0" w14:textId="77777777" w:rsidR="003A2AE4" w:rsidRPr="001D1DDD" w:rsidRDefault="003A2AE4" w:rsidP="0011176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1CE90972" w14:textId="77777777" w:rsidR="003A2AE4" w:rsidRPr="006A2001" w:rsidRDefault="003A2AE4" w:rsidP="0011176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Telefon: 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</w:p>
        </w:tc>
      </w:tr>
      <w:tr w:rsidR="003A2AE4" w14:paraId="4A40403D" w14:textId="77777777" w:rsidTr="00111760">
        <w:trPr>
          <w:cantSplit/>
          <w:trHeight w:val="510"/>
        </w:trPr>
        <w:tc>
          <w:tcPr>
            <w:tcW w:w="1606" w:type="dxa"/>
            <w:vMerge/>
          </w:tcPr>
          <w:p w14:paraId="5ABA428B" w14:textId="77777777" w:rsidR="003A2AE4" w:rsidRPr="008B59BF" w:rsidRDefault="003A2AE4" w:rsidP="00111760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3697C1D0" w14:textId="77777777" w:rsidR="003A2AE4" w:rsidRPr="001D1DDD" w:rsidRDefault="003A2AE4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76F310F1" w14:textId="77777777" w:rsidR="003A2AE4" w:rsidRPr="001D1DDD" w:rsidRDefault="003A2AE4" w:rsidP="00111760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65DDD939" w14:textId="77777777" w:rsidR="003A2AE4" w:rsidRPr="001D1DDD" w:rsidRDefault="003A2AE4" w:rsidP="0011176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0AE33A4D" w14:textId="77777777" w:rsidR="003A2AE4" w:rsidRPr="001D1DDD" w:rsidRDefault="003A2AE4" w:rsidP="00111760">
            <w:pPr>
              <w:keepNext/>
              <w:rPr>
                <w:sz w:val="18"/>
                <w:szCs w:val="18"/>
              </w:rPr>
            </w:pPr>
          </w:p>
        </w:tc>
      </w:tr>
    </w:tbl>
    <w:p w14:paraId="5B06C40C" w14:textId="77777777" w:rsidR="006A2001" w:rsidRPr="00A256C2" w:rsidRDefault="006A2001" w:rsidP="006A2001">
      <w:pPr>
        <w:spacing w:line="168" w:lineRule="auto"/>
        <w:rPr>
          <w:lang w:val="fr-FR"/>
        </w:rPr>
      </w:pPr>
    </w:p>
    <w:p w14:paraId="2D9BF493" w14:textId="77777777" w:rsidR="006A2001" w:rsidRPr="00850B64" w:rsidRDefault="006A2001" w:rsidP="006A2001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3027AAD" w14:textId="77777777" w:rsidR="006A2001" w:rsidRDefault="006A2001" w:rsidP="006A2001">
      <w:pPr>
        <w:spacing w:after="60" w:line="168" w:lineRule="auto"/>
      </w:pP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43"/>
      </w:tblGrid>
      <w:tr w:rsidR="006A2001" w14:paraId="41A79DF8" w14:textId="77777777" w:rsidTr="00420AC8">
        <w:trPr>
          <w:cantSplit/>
        </w:trPr>
        <w:tc>
          <w:tcPr>
            <w:tcW w:w="10343" w:type="dxa"/>
            <w:shd w:val="clear" w:color="auto" w:fill="F4F4F4"/>
          </w:tcPr>
          <w:p w14:paraId="21291F6F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>
              <w:rPr>
                <w:b/>
                <w:sz w:val="16"/>
              </w:rPr>
              <w:t xml:space="preserve"> </w:t>
            </w:r>
            <w:r w:rsidRPr="001D1DDD">
              <w:rPr>
                <w:b/>
                <w:sz w:val="18"/>
                <w:szCs w:val="18"/>
              </w:rPr>
              <w:t xml:space="preserve">1. </w:t>
            </w:r>
            <w:r w:rsidRPr="001D1DDD">
              <w:rPr>
                <w:b/>
                <w:color w:val="000000"/>
                <w:sz w:val="18"/>
                <w:szCs w:val="18"/>
              </w:rPr>
              <w:t>CĂTRE</w:t>
            </w:r>
          </w:p>
        </w:tc>
      </w:tr>
      <w:tr w:rsidR="006A2001" w:rsidRPr="00917520" w14:paraId="59286949" w14:textId="77777777" w:rsidTr="00420AC8">
        <w:trPr>
          <w:cantSplit/>
          <w:trHeight w:val="389"/>
        </w:trPr>
        <w:tc>
          <w:tcPr>
            <w:tcW w:w="10343" w:type="dxa"/>
          </w:tcPr>
          <w:p w14:paraId="56641938" w14:textId="77777777" w:rsidR="006A2001" w:rsidRPr="001D1DDD" w:rsidRDefault="006A2001" w:rsidP="00420AC8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  <w:r>
              <w:rPr>
                <w:b/>
                <w:color w:val="0D5F78"/>
                <w:sz w:val="18"/>
                <w:szCs w:val="18"/>
                <w:lang w:val="fr-FR"/>
              </w:rPr>
              <w:t> </w:t>
            </w:r>
            <w:r>
              <w:rPr>
                <w:sz w:val="18"/>
                <w:szCs w:val="18"/>
                <w:lang w:val="fr-FR"/>
              </w:rPr>
              <w:t>:</w:t>
            </w:r>
            <w:r>
              <w:rPr>
                <w:lang w:val="fr-FR"/>
              </w:rPr>
              <w:t xml:space="preserve"> </w:t>
            </w:r>
            <w:r w:rsidRPr="001F6BAE">
              <w:rPr>
                <w:b/>
                <w:bCs/>
                <w:sz w:val="19"/>
                <w:szCs w:val="19"/>
                <w:lang w:val="fr-FR"/>
              </w:rPr>
              <w:t>PRIMĂRIA MUNICIPIULUI BISTRIȚA</w:t>
            </w:r>
          </w:p>
        </w:tc>
      </w:tr>
    </w:tbl>
    <w:p w14:paraId="7E5BFD97" w14:textId="77777777" w:rsidR="006A2001" w:rsidRPr="00A256C2" w:rsidRDefault="006A2001" w:rsidP="006A2001">
      <w:pPr>
        <w:tabs>
          <w:tab w:val="left" w:pos="6375"/>
        </w:tabs>
        <w:spacing w:line="168" w:lineRule="auto"/>
        <w:rPr>
          <w:lang w:val="fr-FR"/>
        </w:rPr>
      </w:pPr>
      <w:r>
        <w:rPr>
          <w:lang w:val="fr-FR"/>
        </w:rPr>
        <w:tab/>
      </w: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313"/>
      </w:tblGrid>
      <w:tr w:rsidR="006A2001" w14:paraId="25A0FF56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2A1C9586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 w:rsidRPr="001D1DDD">
              <w:rPr>
                <w:b/>
                <w:sz w:val="18"/>
                <w:szCs w:val="18"/>
              </w:rPr>
              <w:t xml:space="preserve">2. </w:t>
            </w:r>
            <w:r w:rsidRPr="001D1DDD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6A2001" w14:paraId="35FA8B58" w14:textId="77777777" w:rsidTr="00420AC8">
        <w:trPr>
          <w:cantSplit/>
          <w:trHeight w:val="510"/>
        </w:trPr>
        <w:tc>
          <w:tcPr>
            <w:tcW w:w="5621" w:type="dxa"/>
            <w:gridSpan w:val="5"/>
          </w:tcPr>
          <w:p w14:paraId="2C704EED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Nume și prenume</w:t>
            </w:r>
          </w:p>
          <w:p w14:paraId="6B9094EA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722" w:type="dxa"/>
            <w:gridSpan w:val="3"/>
          </w:tcPr>
          <w:p w14:paraId="24ADC567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CNP</w:t>
            </w:r>
          </w:p>
          <w:p w14:paraId="397AC594" w14:textId="77777777" w:rsidR="006A2001" w:rsidRDefault="006A2001" w:rsidP="00420AC8">
            <w:pPr>
              <w:keepNext/>
            </w:pPr>
          </w:p>
        </w:tc>
      </w:tr>
      <w:tr w:rsidR="006A2001" w14:paraId="5E3696ED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67C07ADE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Act de identitate</w:t>
            </w:r>
          </w:p>
        </w:tc>
      </w:tr>
      <w:tr w:rsidR="006A2001" w14:paraId="5B3AB9E7" w14:textId="77777777" w:rsidTr="00420AC8">
        <w:trPr>
          <w:cantSplit/>
          <w:trHeight w:val="510"/>
        </w:trPr>
        <w:tc>
          <w:tcPr>
            <w:tcW w:w="1606" w:type="dxa"/>
          </w:tcPr>
          <w:p w14:paraId="6F48DABC" w14:textId="77777777" w:rsidR="006A2001" w:rsidRPr="00571451" w:rsidRDefault="006A2001" w:rsidP="00420AC8">
            <w:pPr>
              <w:keepNext/>
              <w:rPr>
                <w:sz w:val="18"/>
                <w:szCs w:val="18"/>
              </w:rPr>
            </w:pPr>
            <w:r w:rsidRPr="00571451">
              <w:rPr>
                <w:b/>
                <w:color w:val="0D5F78"/>
                <w:sz w:val="18"/>
                <w:szCs w:val="18"/>
              </w:rPr>
              <w:t>Seria</w:t>
            </w:r>
          </w:p>
          <w:p w14:paraId="58FC59ED" w14:textId="77777777" w:rsidR="006A2001" w:rsidRPr="00571451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6412CE35" w14:textId="77777777" w:rsidR="006A2001" w:rsidRPr="00571451" w:rsidRDefault="006A2001" w:rsidP="00420AC8">
            <w:pPr>
              <w:keepNext/>
              <w:rPr>
                <w:sz w:val="18"/>
                <w:szCs w:val="18"/>
              </w:rPr>
            </w:pPr>
            <w:r w:rsidRPr="00571451">
              <w:rPr>
                <w:b/>
                <w:color w:val="0D5F78"/>
                <w:sz w:val="18"/>
                <w:szCs w:val="18"/>
              </w:rPr>
              <w:t>Numărul</w:t>
            </w:r>
          </w:p>
          <w:p w14:paraId="407DC3C9" w14:textId="77777777" w:rsidR="006A2001" w:rsidRPr="00571451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33CCCB84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Eliberat de</w:t>
            </w:r>
          </w:p>
          <w:p w14:paraId="52A84418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14:paraId="1C492EF4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3E9AFF23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</w:tr>
      <w:tr w:rsidR="006A2001" w14:paraId="0E4E8BC6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76FACB1A" w14:textId="77777777" w:rsidR="006A2001" w:rsidRPr="00571451" w:rsidRDefault="006A2001" w:rsidP="00420AC8">
            <w:pPr>
              <w:keepNext/>
              <w:rPr>
                <w:sz w:val="18"/>
                <w:szCs w:val="18"/>
              </w:rPr>
            </w:pPr>
            <w:r w:rsidRPr="00571451">
              <w:rPr>
                <w:sz w:val="18"/>
                <w:szCs w:val="18"/>
              </w:rPr>
              <w:t xml:space="preserve"> Domiciliul</w:t>
            </w:r>
          </w:p>
        </w:tc>
      </w:tr>
      <w:tr w:rsidR="006A2001" w14:paraId="64351571" w14:textId="77777777" w:rsidTr="00420AC8">
        <w:trPr>
          <w:cantSplit/>
          <w:trHeight w:val="510"/>
        </w:trPr>
        <w:tc>
          <w:tcPr>
            <w:tcW w:w="3212" w:type="dxa"/>
            <w:gridSpan w:val="2"/>
          </w:tcPr>
          <w:p w14:paraId="7654F0FC" w14:textId="77777777" w:rsidR="006A2001" w:rsidRPr="00571451" w:rsidRDefault="006A2001" w:rsidP="00420AC8">
            <w:pPr>
              <w:keepNext/>
              <w:rPr>
                <w:sz w:val="18"/>
                <w:szCs w:val="18"/>
              </w:rPr>
            </w:pPr>
            <w:r w:rsidRPr="00571451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33ADED62" w14:textId="77777777" w:rsidR="006A2001" w:rsidRPr="00571451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32788991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Municipiul / orașul / comuna</w:t>
            </w:r>
          </w:p>
          <w:p w14:paraId="554245A8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919" w:type="dxa"/>
            <w:gridSpan w:val="2"/>
          </w:tcPr>
          <w:p w14:paraId="6A7730E5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Satul / sectorul</w:t>
            </w:r>
          </w:p>
          <w:p w14:paraId="799BAC7C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</w:tr>
      <w:tr w:rsidR="006A2001" w14:paraId="5BDBFFAC" w14:textId="77777777" w:rsidTr="00420AC8">
        <w:trPr>
          <w:cantSplit/>
          <w:trHeight w:val="510"/>
        </w:trPr>
        <w:tc>
          <w:tcPr>
            <w:tcW w:w="3212" w:type="dxa"/>
            <w:gridSpan w:val="2"/>
          </w:tcPr>
          <w:p w14:paraId="63848EC1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6F6561DE" w14:textId="77777777" w:rsidR="006A2001" w:rsidRDefault="006A2001" w:rsidP="00420AC8">
            <w:pPr>
              <w:keepNext/>
            </w:pPr>
          </w:p>
        </w:tc>
        <w:tc>
          <w:tcPr>
            <w:tcW w:w="803" w:type="dxa"/>
          </w:tcPr>
          <w:p w14:paraId="1F688719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Nr.</w:t>
            </w:r>
          </w:p>
          <w:p w14:paraId="081390E5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1AA4741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Sc.</w:t>
            </w:r>
          </w:p>
          <w:p w14:paraId="2C7C6CF2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C6C3BC8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Et.</w:t>
            </w:r>
          </w:p>
          <w:p w14:paraId="1F3E4685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3240E25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Ap.</w:t>
            </w:r>
          </w:p>
          <w:p w14:paraId="093F7344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6235B8AA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41FA3E1B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14:paraId="382D5E50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Țara</w:t>
            </w:r>
          </w:p>
          <w:p w14:paraId="3F87E7FF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</w:tr>
      <w:tr w:rsidR="006A2001" w14:paraId="7FA33B89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21EC41C1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Date de contact</w:t>
            </w:r>
          </w:p>
        </w:tc>
      </w:tr>
      <w:tr w:rsidR="006A2001" w14:paraId="7804481B" w14:textId="77777777" w:rsidTr="00420AC8">
        <w:trPr>
          <w:cantSplit/>
          <w:trHeight w:val="510"/>
        </w:trPr>
        <w:tc>
          <w:tcPr>
            <w:tcW w:w="4015" w:type="dxa"/>
            <w:gridSpan w:val="3"/>
          </w:tcPr>
          <w:p w14:paraId="3089CFF7" w14:textId="3F30FDDC" w:rsidR="006A2001" w:rsidRPr="001D1DDD" w:rsidRDefault="006A2001" w:rsidP="00464A8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 xml:space="preserve">Telefon </w:t>
            </w:r>
          </w:p>
        </w:tc>
        <w:tc>
          <w:tcPr>
            <w:tcW w:w="6328" w:type="dxa"/>
            <w:gridSpan w:val="5"/>
          </w:tcPr>
          <w:p w14:paraId="31FBFFB6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2B8DBFD0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</w:tr>
      <w:tr w:rsidR="006A2001" w14:paraId="11AB49F2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574F20D4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Reprezentare</w:t>
            </w:r>
          </w:p>
        </w:tc>
      </w:tr>
      <w:tr w:rsidR="006A2001" w14:paraId="184D11CC" w14:textId="77777777" w:rsidTr="00420AC8">
        <w:trPr>
          <w:cantSplit/>
          <w:trHeight w:val="510"/>
        </w:trPr>
        <w:tc>
          <w:tcPr>
            <w:tcW w:w="6424" w:type="dxa"/>
            <w:gridSpan w:val="6"/>
          </w:tcPr>
          <w:p w14:paraId="73409616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În calitate de reprezentant al</w:t>
            </w:r>
          </w:p>
          <w:p w14:paraId="0FCACDA5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919" w:type="dxa"/>
            <w:gridSpan w:val="2"/>
          </w:tcPr>
          <w:p w14:paraId="723FEBF6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CUI / CIF</w:t>
            </w:r>
          </w:p>
          <w:p w14:paraId="194C1EFA" w14:textId="77777777" w:rsidR="006A2001" w:rsidRPr="001D1DDD" w:rsidRDefault="006A2001" w:rsidP="00420AC8">
            <w:pPr>
              <w:keepNext/>
              <w:rPr>
                <w:sz w:val="18"/>
                <w:szCs w:val="18"/>
              </w:rPr>
            </w:pPr>
          </w:p>
        </w:tc>
      </w:tr>
      <w:tr w:rsidR="006A2001" w:rsidRPr="00917520" w14:paraId="1192BA5D" w14:textId="77777777" w:rsidTr="00420AC8">
        <w:trPr>
          <w:cantSplit/>
        </w:trPr>
        <w:tc>
          <w:tcPr>
            <w:tcW w:w="10343" w:type="dxa"/>
            <w:gridSpan w:val="8"/>
          </w:tcPr>
          <w:p w14:paraId="5FB082B1" w14:textId="77777777" w:rsidR="006A2001" w:rsidRPr="001D1DDD" w:rsidRDefault="006A2001" w:rsidP="00420AC8">
            <w:pPr>
              <w:rPr>
                <w:sz w:val="18"/>
                <w:szCs w:val="18"/>
                <w:lang w:val="fr-FR"/>
              </w:rPr>
            </w:pPr>
            <w:r w:rsidRPr="001D1DDD">
              <w:rPr>
                <w:sz w:val="18"/>
                <w:szCs w:val="18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45043124" w14:textId="77777777" w:rsidR="006A2001" w:rsidRPr="00A256C2" w:rsidRDefault="006A2001" w:rsidP="006A2001">
      <w:pPr>
        <w:spacing w:line="168" w:lineRule="auto"/>
        <w:rPr>
          <w:lang w:val="fr-FR"/>
        </w:rPr>
      </w:pPr>
    </w:p>
    <w:p w14:paraId="4CDE0420" w14:textId="77777777" w:rsidR="006A2001" w:rsidRPr="00232B9E" w:rsidRDefault="006A2001" w:rsidP="006A2001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29F5C744" w14:textId="5A05250B" w:rsidR="006A2001" w:rsidRPr="00654BB3" w:rsidRDefault="006A2001" w:rsidP="003015BF">
      <w:pPr>
        <w:spacing w:before="80" w:after="60"/>
        <w:jc w:val="center"/>
        <w:rPr>
          <w:sz w:val="18"/>
          <w:szCs w:val="18"/>
          <w:lang w:val="fr-FR"/>
        </w:rPr>
      </w:pPr>
      <w:r w:rsidRPr="00654BB3">
        <w:rPr>
          <w:sz w:val="18"/>
          <w:szCs w:val="18"/>
          <w:lang w:val="fr-FR"/>
        </w:rPr>
        <w:t>solicit emiterea</w:t>
      </w:r>
    </w:p>
    <w:p w14:paraId="2D9D1CC9" w14:textId="77777777" w:rsidR="003015BF" w:rsidRPr="003015BF" w:rsidRDefault="003015BF" w:rsidP="003015BF">
      <w:pPr>
        <w:spacing w:before="80" w:after="60"/>
        <w:jc w:val="center"/>
        <w:rPr>
          <w:b/>
          <w:bCs/>
          <w:sz w:val="22"/>
          <w:lang w:val="fr-FR"/>
        </w:rPr>
      </w:pPr>
    </w:p>
    <w:p w14:paraId="2102D1EC" w14:textId="77777777" w:rsidR="001E1635" w:rsidRPr="006A2001" w:rsidRDefault="00000000">
      <w:pPr>
        <w:spacing w:after="160"/>
        <w:jc w:val="center"/>
        <w:rPr>
          <w:sz w:val="22"/>
          <w:lang w:val="fr-FR"/>
        </w:rPr>
      </w:pPr>
      <w:r w:rsidRPr="006A2001">
        <w:rPr>
          <w:b/>
          <w:sz w:val="22"/>
          <w:lang w:val="fr-FR"/>
        </w:rPr>
        <w:t>CERTIFICATULUI DE URBANISM</w:t>
      </w:r>
    </w:p>
    <w:p w14:paraId="043C0D46" w14:textId="77777777" w:rsidR="001E1635" w:rsidRPr="006A2001" w:rsidRDefault="00000000">
      <w:pPr>
        <w:spacing w:after="160"/>
        <w:jc w:val="center"/>
        <w:rPr>
          <w:b/>
          <w:sz w:val="22"/>
          <w:lang w:val="fr-FR"/>
        </w:rPr>
      </w:pPr>
      <w:r w:rsidRPr="006A2001">
        <w:rPr>
          <w:b/>
          <w:sz w:val="22"/>
          <w:lang w:val="fr-FR"/>
        </w:rPr>
        <w:t>PENTRU OPERAȚIUNI CADASTRALE</w:t>
      </w:r>
    </w:p>
    <w:tbl>
      <w:tblPr>
        <w:tblStyle w:val="Tabelgril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6257CA" w:rsidRPr="006A2001" w14:paraId="1F9B2A48" w14:textId="77777777" w:rsidTr="006A2001">
        <w:tc>
          <w:tcPr>
            <w:tcW w:w="10314" w:type="dxa"/>
          </w:tcPr>
          <w:p w14:paraId="3AE97798" w14:textId="77777777" w:rsidR="006257CA" w:rsidRDefault="006257CA" w:rsidP="00C245EC">
            <w:pPr>
              <w:rPr>
                <w:b/>
                <w:bCs/>
                <w:sz w:val="18"/>
                <w:szCs w:val="18"/>
              </w:rPr>
            </w:pPr>
            <w:r w:rsidRPr="006A2001">
              <w:rPr>
                <w:b/>
                <w:bCs/>
                <w:sz w:val="18"/>
                <w:szCs w:val="18"/>
              </w:rPr>
              <w:t>3. ÎN  VEDEREA REALIZĂRII OPERAȚIUNII CADATRALE :</w:t>
            </w:r>
          </w:p>
          <w:p w14:paraId="231CB6BD" w14:textId="5A290929" w:rsidR="006A2001" w:rsidRPr="006A2001" w:rsidRDefault="006A2001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</w:p>
        </w:tc>
      </w:tr>
      <w:tr w:rsidR="006257CA" w:rsidRPr="006A2001" w14:paraId="3DEC5D63" w14:textId="77777777" w:rsidTr="006A2001">
        <w:tc>
          <w:tcPr>
            <w:tcW w:w="10314" w:type="dxa"/>
          </w:tcPr>
          <w:p w14:paraId="0E26EA4F" w14:textId="4BF39A9C" w:rsidR="006257CA" w:rsidRDefault="006A2001" w:rsidP="00C245EC">
            <w:pPr>
              <w:rPr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 xml:space="preserve"> </w:t>
            </w:r>
            <w:r w:rsidR="006257CA" w:rsidRPr="006A200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="006257CA" w:rsidRPr="006A2001">
              <w:rPr>
                <w:sz w:val="18"/>
                <w:szCs w:val="18"/>
                <w:lang w:val="fr-FR"/>
              </w:rPr>
              <w:t xml:space="preserve"> comasare (alipire)     </w:t>
            </w:r>
            <w:r w:rsidR="006257CA" w:rsidRPr="006A200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="006257CA" w:rsidRPr="006A2001">
              <w:rPr>
                <w:sz w:val="18"/>
                <w:szCs w:val="18"/>
                <w:lang w:val="fr-FR"/>
              </w:rPr>
              <w:t xml:space="preserve"> dezmembrare (dezlipire)     </w:t>
            </w:r>
            <w:r w:rsidR="006257CA" w:rsidRPr="006A200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="006257CA" w:rsidRPr="006A2001">
              <w:rPr>
                <w:sz w:val="18"/>
                <w:szCs w:val="18"/>
                <w:lang w:val="fr-FR"/>
              </w:rPr>
              <w:t xml:space="preserve"> </w:t>
            </w:r>
            <w:r w:rsidR="006257CA" w:rsidRPr="006A2001">
              <w:rPr>
                <w:rFonts w:cs="Times New Roman"/>
                <w:sz w:val="18"/>
                <w:szCs w:val="18"/>
                <w:lang w:val="fr-FR"/>
              </w:rPr>
              <w:t>î</w:t>
            </w:r>
            <w:r w:rsidR="006257CA" w:rsidRPr="006A2001">
              <w:rPr>
                <w:sz w:val="18"/>
                <w:szCs w:val="18"/>
                <w:lang w:val="fr-FR"/>
              </w:rPr>
              <w:t>nscrierea unor servitu</w:t>
            </w:r>
            <w:r w:rsidR="006257CA" w:rsidRPr="006A2001">
              <w:rPr>
                <w:rFonts w:cs="Times New Roman"/>
                <w:sz w:val="18"/>
                <w:szCs w:val="18"/>
                <w:lang w:val="fr-FR"/>
              </w:rPr>
              <w:t>ț</w:t>
            </w:r>
            <w:r w:rsidR="006257CA" w:rsidRPr="006A2001">
              <w:rPr>
                <w:sz w:val="18"/>
                <w:szCs w:val="18"/>
                <w:lang w:val="fr-FR"/>
              </w:rPr>
              <w:t>i de trecere</w:t>
            </w:r>
          </w:p>
          <w:p w14:paraId="008D0B05" w14:textId="77777777" w:rsidR="006A2001" w:rsidRPr="006A2001" w:rsidRDefault="006A2001" w:rsidP="00C245EC">
            <w:pPr>
              <w:rPr>
                <w:sz w:val="18"/>
                <w:szCs w:val="18"/>
                <w:lang w:val="fr-FR"/>
              </w:rPr>
            </w:pPr>
          </w:p>
        </w:tc>
      </w:tr>
      <w:tr w:rsidR="006257CA" w:rsidRPr="006A2001" w14:paraId="13134CBC" w14:textId="77777777" w:rsidTr="006A2001">
        <w:tc>
          <w:tcPr>
            <w:tcW w:w="10314" w:type="dxa"/>
          </w:tcPr>
          <w:p w14:paraId="083344B5" w14:textId="77777777" w:rsidR="006257CA" w:rsidRDefault="006257CA" w:rsidP="00C245EC">
            <w:pPr>
              <w:rPr>
                <w:rFonts w:cs="Times New Roman"/>
                <w:sz w:val="18"/>
                <w:szCs w:val="18"/>
                <w:lang w:val="fr-FR"/>
              </w:rPr>
            </w:pPr>
            <w:r w:rsidRPr="006A2001">
              <w:rPr>
                <w:sz w:val="18"/>
                <w:szCs w:val="18"/>
                <w:lang w:val="fr-FR"/>
              </w:rPr>
              <w:t xml:space="preserve"> </w:t>
            </w:r>
            <w:r w:rsidRPr="006A200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Pr="006A2001">
              <w:rPr>
                <w:sz w:val="18"/>
                <w:szCs w:val="18"/>
                <w:lang w:val="fr-FR"/>
              </w:rPr>
              <w:t xml:space="preserve"> eviden</w:t>
            </w:r>
            <w:r w:rsidRPr="006A2001">
              <w:rPr>
                <w:rFonts w:cs="Times New Roman"/>
                <w:sz w:val="18"/>
                <w:szCs w:val="18"/>
                <w:lang w:val="fr-FR"/>
              </w:rPr>
              <w:t>ț</w:t>
            </w:r>
            <w:r w:rsidRPr="006A2001">
              <w:rPr>
                <w:sz w:val="18"/>
                <w:szCs w:val="18"/>
                <w:lang w:val="fr-FR"/>
              </w:rPr>
              <w:t xml:space="preserve">ieri de imobile </w:t>
            </w:r>
            <w:r w:rsidRPr="006A2001">
              <w:rPr>
                <w:rFonts w:cs="Times New Roman"/>
                <w:sz w:val="18"/>
                <w:szCs w:val="18"/>
                <w:lang w:val="fr-FR"/>
              </w:rPr>
              <w:t>î</w:t>
            </w:r>
            <w:r w:rsidRPr="006A2001">
              <w:rPr>
                <w:sz w:val="18"/>
                <w:szCs w:val="18"/>
                <w:lang w:val="fr-FR"/>
              </w:rPr>
              <w:t>n cartea funciar</w:t>
            </w:r>
            <w:r w:rsidRPr="006A2001">
              <w:rPr>
                <w:rFonts w:cs="Times New Roman"/>
                <w:sz w:val="18"/>
                <w:szCs w:val="18"/>
                <w:lang w:val="fr-FR"/>
              </w:rPr>
              <w:t>ă</w:t>
            </w:r>
            <w:r w:rsidRPr="006A2001">
              <w:rPr>
                <w:sz w:val="18"/>
                <w:szCs w:val="18"/>
                <w:lang w:val="fr-FR"/>
              </w:rPr>
              <w:t xml:space="preserve">     </w:t>
            </w:r>
            <w:r w:rsidRPr="006A200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Pr="006A2001">
              <w:rPr>
                <w:sz w:val="18"/>
                <w:szCs w:val="18"/>
                <w:lang w:val="fr-FR"/>
              </w:rPr>
              <w:t xml:space="preserve"> reeviden</w:t>
            </w:r>
            <w:r w:rsidRPr="006A2001">
              <w:rPr>
                <w:rFonts w:cs="Times New Roman"/>
                <w:sz w:val="18"/>
                <w:szCs w:val="18"/>
                <w:lang w:val="fr-FR"/>
              </w:rPr>
              <w:t>ț</w:t>
            </w:r>
            <w:r w:rsidRPr="006A2001">
              <w:rPr>
                <w:sz w:val="18"/>
                <w:szCs w:val="18"/>
                <w:lang w:val="fr-FR"/>
              </w:rPr>
              <w:t xml:space="preserve">ieri de imobile </w:t>
            </w:r>
            <w:r w:rsidRPr="006A2001">
              <w:rPr>
                <w:rFonts w:cs="Times New Roman"/>
                <w:sz w:val="18"/>
                <w:szCs w:val="18"/>
                <w:lang w:val="fr-FR"/>
              </w:rPr>
              <w:t>î</w:t>
            </w:r>
            <w:r w:rsidRPr="006A2001">
              <w:rPr>
                <w:sz w:val="18"/>
                <w:szCs w:val="18"/>
                <w:lang w:val="fr-FR"/>
              </w:rPr>
              <w:t>n cartea funciar</w:t>
            </w:r>
            <w:r w:rsidRPr="006A2001">
              <w:rPr>
                <w:rFonts w:cs="Times New Roman"/>
                <w:sz w:val="18"/>
                <w:szCs w:val="18"/>
                <w:lang w:val="fr-FR"/>
              </w:rPr>
              <w:t>ă</w:t>
            </w:r>
          </w:p>
          <w:p w14:paraId="2FC77D01" w14:textId="77777777" w:rsidR="006A2001" w:rsidRPr="006A2001" w:rsidRDefault="006A2001" w:rsidP="00C245EC">
            <w:pPr>
              <w:rPr>
                <w:sz w:val="18"/>
                <w:szCs w:val="18"/>
                <w:lang w:val="fr-FR"/>
              </w:rPr>
            </w:pPr>
          </w:p>
        </w:tc>
      </w:tr>
      <w:tr w:rsidR="001E1635" w:rsidRPr="006A2001" w14:paraId="4130274C" w14:textId="77777777" w:rsidTr="006A2001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10314" w:type="dxa"/>
            <w:shd w:val="clear" w:color="auto" w:fill="F4F4F4"/>
          </w:tcPr>
          <w:p w14:paraId="0ED5F54C" w14:textId="12969A2F" w:rsidR="001E1635" w:rsidRPr="006A2001" w:rsidRDefault="006257CA">
            <w:pPr>
              <w:keepNext/>
              <w:rPr>
                <w:sz w:val="18"/>
                <w:szCs w:val="18"/>
              </w:rPr>
            </w:pPr>
            <w:r w:rsidRPr="006A2001">
              <w:rPr>
                <w:sz w:val="18"/>
                <w:szCs w:val="18"/>
                <w:lang w:val="fr-FR"/>
              </w:rPr>
              <w:t>Descrierea operațiunii cadastrale propuse :</w:t>
            </w:r>
          </w:p>
        </w:tc>
      </w:tr>
      <w:tr w:rsidR="001E1635" w:rsidRPr="006A2001" w14:paraId="2E947D31" w14:textId="77777777" w:rsidTr="006A2001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10314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693C5E1E" w14:textId="77777777" w:rsidR="006A2001" w:rsidRPr="006A2001" w:rsidRDefault="006A2001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5E9FABF3" w14:textId="77777777" w:rsidR="001E1635" w:rsidRPr="006A2001" w:rsidRDefault="001E1635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</w:tc>
      </w:tr>
    </w:tbl>
    <w:p w14:paraId="11939A91" w14:textId="77777777" w:rsidR="001E1635" w:rsidRPr="006A2001" w:rsidRDefault="001E1635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3087"/>
      </w:tblGrid>
      <w:tr w:rsidR="001E1635" w:rsidRPr="006A2001" w14:paraId="41F9A1C0" w14:textId="77777777" w:rsidTr="006A2001">
        <w:trPr>
          <w:cantSplit/>
        </w:trPr>
        <w:tc>
          <w:tcPr>
            <w:tcW w:w="10314" w:type="dxa"/>
            <w:gridSpan w:val="6"/>
            <w:shd w:val="clear" w:color="auto" w:fill="F4F4F4"/>
          </w:tcPr>
          <w:p w14:paraId="669D7761" w14:textId="0F69B76E" w:rsidR="001E1635" w:rsidRPr="006A2001" w:rsidRDefault="00000000">
            <w:pPr>
              <w:keepNext/>
              <w:rPr>
                <w:sz w:val="18"/>
                <w:szCs w:val="18"/>
              </w:rPr>
            </w:pPr>
            <w:r w:rsidRPr="006A2001">
              <w:rPr>
                <w:b/>
                <w:sz w:val="18"/>
                <w:szCs w:val="18"/>
                <w:lang w:val="fr-FR"/>
              </w:rPr>
              <w:t xml:space="preserve"> </w:t>
            </w:r>
            <w:r w:rsidR="006257CA" w:rsidRPr="006A2001">
              <w:rPr>
                <w:b/>
                <w:sz w:val="18"/>
                <w:szCs w:val="18"/>
              </w:rPr>
              <w:t>4</w:t>
            </w:r>
            <w:r w:rsidRPr="006A2001">
              <w:rPr>
                <w:b/>
                <w:sz w:val="18"/>
                <w:szCs w:val="18"/>
              </w:rPr>
              <w:t xml:space="preserve">. </w:t>
            </w:r>
            <w:r w:rsidRPr="006A2001">
              <w:rPr>
                <w:b/>
                <w:color w:val="000000"/>
                <w:sz w:val="18"/>
                <w:szCs w:val="18"/>
              </w:rPr>
              <w:t>IMOBILUL</w:t>
            </w:r>
          </w:p>
        </w:tc>
      </w:tr>
      <w:tr w:rsidR="001E1635" w:rsidRPr="006A2001" w14:paraId="5CECB338" w14:textId="77777777" w:rsidTr="006A2001">
        <w:trPr>
          <w:cantSplit/>
        </w:trPr>
        <w:tc>
          <w:tcPr>
            <w:tcW w:w="10314" w:type="dxa"/>
            <w:gridSpan w:val="6"/>
          </w:tcPr>
          <w:p w14:paraId="4A9C223E" w14:textId="77777777" w:rsidR="001E1635" w:rsidRDefault="00000000">
            <w:pPr>
              <w:keepNext/>
              <w:rPr>
                <w:sz w:val="18"/>
                <w:szCs w:val="18"/>
              </w:rPr>
            </w:pPr>
            <w:r w:rsidRPr="006A2001">
              <w:rPr>
                <w:sz w:val="18"/>
                <w:szCs w:val="18"/>
              </w:rPr>
              <w:t xml:space="preserve"> ☐ teren     ☐ construcții</w:t>
            </w:r>
          </w:p>
          <w:p w14:paraId="20BF109A" w14:textId="77777777" w:rsidR="006A2001" w:rsidRPr="006A2001" w:rsidRDefault="006A2001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6A2001" w14:paraId="45CA87BD" w14:textId="77777777" w:rsidTr="006A2001">
        <w:trPr>
          <w:cantSplit/>
          <w:trHeight w:val="510"/>
        </w:trPr>
        <w:tc>
          <w:tcPr>
            <w:tcW w:w="3212" w:type="dxa"/>
            <w:gridSpan w:val="2"/>
          </w:tcPr>
          <w:p w14:paraId="3BEC3229" w14:textId="6F4D2D4D" w:rsidR="006A2001" w:rsidRPr="006A2001" w:rsidRDefault="0000000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6A2001">
              <w:rPr>
                <w:b/>
                <w:color w:val="0D5F78"/>
                <w:sz w:val="18"/>
                <w:szCs w:val="18"/>
              </w:rPr>
              <w:t>Județ</w:t>
            </w:r>
          </w:p>
          <w:p w14:paraId="5D01A21B" w14:textId="5C6F2019" w:rsidR="001E1635" w:rsidRPr="006A2001" w:rsidRDefault="006A2001">
            <w:pPr>
              <w:keepNext/>
              <w:rPr>
                <w:b/>
                <w:bCs/>
                <w:sz w:val="18"/>
                <w:szCs w:val="18"/>
              </w:rPr>
            </w:pPr>
            <w:r w:rsidRPr="006A2001">
              <w:rPr>
                <w:b/>
                <w:bCs/>
                <w:sz w:val="18"/>
                <w:szCs w:val="18"/>
              </w:rPr>
              <w:t>BISTRIȚA-NĂSĂUD</w:t>
            </w:r>
          </w:p>
        </w:tc>
        <w:tc>
          <w:tcPr>
            <w:tcW w:w="3212" w:type="dxa"/>
            <w:gridSpan w:val="2"/>
          </w:tcPr>
          <w:p w14:paraId="22B4CBF0" w14:textId="64FAE3A7" w:rsidR="001E1635" w:rsidRPr="006A2001" w:rsidRDefault="00000000">
            <w:pPr>
              <w:keepNext/>
              <w:rPr>
                <w:sz w:val="18"/>
                <w:szCs w:val="18"/>
              </w:rPr>
            </w:pPr>
            <w:r w:rsidRPr="006A2001">
              <w:rPr>
                <w:b/>
                <w:color w:val="0D5F78"/>
                <w:sz w:val="18"/>
                <w:szCs w:val="18"/>
              </w:rPr>
              <w:t>Municipiu</w:t>
            </w:r>
            <w:r w:rsidR="006A2001">
              <w:rPr>
                <w:b/>
                <w:color w:val="0D5F78"/>
                <w:sz w:val="18"/>
                <w:szCs w:val="18"/>
              </w:rPr>
              <w:t>l</w:t>
            </w:r>
          </w:p>
          <w:p w14:paraId="0D007FC5" w14:textId="5B2D2788" w:rsidR="001E1635" w:rsidRPr="006A2001" w:rsidRDefault="006A2001">
            <w:pPr>
              <w:keepNext/>
              <w:rPr>
                <w:b/>
                <w:bCs/>
                <w:sz w:val="18"/>
                <w:szCs w:val="18"/>
              </w:rPr>
            </w:pPr>
            <w:r w:rsidRPr="006A2001">
              <w:rPr>
                <w:b/>
                <w:bCs/>
                <w:sz w:val="18"/>
                <w:szCs w:val="18"/>
              </w:rPr>
              <w:t>BISTRIȚA</w:t>
            </w:r>
          </w:p>
        </w:tc>
        <w:tc>
          <w:tcPr>
            <w:tcW w:w="3890" w:type="dxa"/>
            <w:gridSpan w:val="2"/>
          </w:tcPr>
          <w:p w14:paraId="67326A47" w14:textId="06779EFE" w:rsidR="001E1635" w:rsidRPr="006A2001" w:rsidRDefault="006A2001">
            <w:pPr>
              <w:keepNext/>
              <w:rPr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Localitatea componentă</w:t>
            </w:r>
          </w:p>
          <w:p w14:paraId="14240B19" w14:textId="77777777" w:rsidR="001E1635" w:rsidRPr="006A200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6A2001" w14:paraId="558EF397" w14:textId="77777777" w:rsidTr="006A2001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Pr="006A2001" w:rsidRDefault="00000000">
            <w:pPr>
              <w:keepNext/>
              <w:rPr>
                <w:sz w:val="18"/>
                <w:szCs w:val="18"/>
              </w:rPr>
            </w:pPr>
            <w:r w:rsidRPr="006A2001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1DB9B8CA" w14:textId="77777777" w:rsidR="001E1635" w:rsidRPr="006A200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78F2E769" w14:textId="77777777" w:rsidR="001E1635" w:rsidRPr="006A2001" w:rsidRDefault="00000000">
            <w:pPr>
              <w:keepNext/>
              <w:rPr>
                <w:sz w:val="18"/>
                <w:szCs w:val="18"/>
              </w:rPr>
            </w:pPr>
            <w:r w:rsidRPr="006A2001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19A492AB" w14:textId="77777777" w:rsidR="001E1635" w:rsidRPr="006A200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99B76C6" w14:textId="77777777" w:rsidR="001E1635" w:rsidRPr="006A2001" w:rsidRDefault="00000000">
            <w:pPr>
              <w:keepNext/>
              <w:rPr>
                <w:sz w:val="18"/>
                <w:szCs w:val="18"/>
              </w:rPr>
            </w:pPr>
            <w:r w:rsidRPr="006A2001">
              <w:rPr>
                <w:b/>
                <w:color w:val="0D5F78"/>
                <w:sz w:val="18"/>
                <w:szCs w:val="18"/>
              </w:rPr>
              <w:t>Nr.</w:t>
            </w:r>
          </w:p>
          <w:p w14:paraId="3C285CCD" w14:textId="77777777" w:rsidR="001E1635" w:rsidRPr="006A200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087" w:type="dxa"/>
          </w:tcPr>
          <w:p w14:paraId="737CFA43" w14:textId="77777777" w:rsidR="001E1635" w:rsidRPr="006A2001" w:rsidRDefault="00000000">
            <w:pPr>
              <w:keepNext/>
              <w:rPr>
                <w:sz w:val="18"/>
                <w:szCs w:val="18"/>
              </w:rPr>
            </w:pPr>
            <w:r w:rsidRPr="006A2001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1C99DBB8" w14:textId="77777777" w:rsidR="001E1635" w:rsidRPr="006A200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6A2001" w14:paraId="7C749B99" w14:textId="77777777" w:rsidTr="006A2001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A2001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6A2001">
              <w:rPr>
                <w:b/>
                <w:color w:val="0D5F78"/>
                <w:sz w:val="18"/>
                <w:szCs w:val="18"/>
                <w:lang w:val="fr-FR"/>
              </w:rPr>
              <w:t>Număr cadastral</w:t>
            </w:r>
          </w:p>
          <w:p w14:paraId="3FC4B016" w14:textId="77777777" w:rsidR="001E1635" w:rsidRPr="006A2001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6A2001">
              <w:rPr>
                <w:i/>
                <w:color w:val="7A7A7A"/>
                <w:sz w:val="18"/>
                <w:szCs w:val="18"/>
                <w:lang w:val="fr-FR"/>
              </w:rPr>
              <w:t>dacă imobilul e înscris în e-Terra</w:t>
            </w:r>
          </w:p>
          <w:p w14:paraId="77A4081E" w14:textId="77777777" w:rsidR="001E1635" w:rsidRPr="006A2001" w:rsidRDefault="001E1635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693" w:type="dxa"/>
            <w:gridSpan w:val="3"/>
          </w:tcPr>
          <w:p w14:paraId="6AD855B7" w14:textId="77777777" w:rsidR="001E1635" w:rsidRPr="006A2001" w:rsidRDefault="00000000">
            <w:pPr>
              <w:keepNext/>
              <w:rPr>
                <w:sz w:val="18"/>
                <w:szCs w:val="18"/>
              </w:rPr>
            </w:pPr>
            <w:r w:rsidRPr="006A2001">
              <w:rPr>
                <w:b/>
                <w:color w:val="0D5F78"/>
                <w:sz w:val="18"/>
                <w:szCs w:val="18"/>
              </w:rPr>
              <w:t>Carte funciară nr.</w:t>
            </w:r>
          </w:p>
          <w:p w14:paraId="085D4033" w14:textId="77777777" w:rsidR="001E1635" w:rsidRPr="006A2001" w:rsidRDefault="001E1635">
            <w:pPr>
              <w:keepNext/>
              <w:rPr>
                <w:sz w:val="18"/>
                <w:szCs w:val="18"/>
              </w:rPr>
            </w:pPr>
          </w:p>
        </w:tc>
      </w:tr>
    </w:tbl>
    <w:p w14:paraId="6A8F4A2A" w14:textId="1AAC5F68" w:rsidR="001E1635" w:rsidRPr="006A2001" w:rsidRDefault="001E1635" w:rsidP="006257CA">
      <w:pPr>
        <w:rPr>
          <w:sz w:val="18"/>
          <w:szCs w:val="18"/>
        </w:rPr>
      </w:pP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1E1635" w:rsidRPr="006A2001" w14:paraId="748EC5C4" w14:textId="77777777" w:rsidTr="006A2001">
        <w:trPr>
          <w:cantSplit/>
        </w:trPr>
        <w:tc>
          <w:tcPr>
            <w:tcW w:w="10314" w:type="dxa"/>
            <w:shd w:val="clear" w:color="auto" w:fill="F4F4F4"/>
          </w:tcPr>
          <w:p w14:paraId="0D2E8B20" w14:textId="77777777" w:rsidR="001E1635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6A2001">
              <w:rPr>
                <w:b/>
                <w:sz w:val="18"/>
                <w:szCs w:val="18"/>
                <w:lang w:val="fr-FR"/>
              </w:rPr>
              <w:lastRenderedPageBreak/>
              <w:t xml:space="preserve"> </w:t>
            </w:r>
            <w:r w:rsidRPr="006A2001">
              <w:rPr>
                <w:b/>
                <w:sz w:val="18"/>
                <w:szCs w:val="18"/>
              </w:rPr>
              <w:t xml:space="preserve">5. </w:t>
            </w:r>
            <w:r w:rsidRPr="006A2001">
              <w:rPr>
                <w:b/>
                <w:color w:val="000000"/>
                <w:sz w:val="18"/>
                <w:szCs w:val="18"/>
              </w:rPr>
              <w:t>SE ANEXEAZĂ</w:t>
            </w:r>
          </w:p>
          <w:p w14:paraId="161D13D6" w14:textId="77777777" w:rsidR="006A2001" w:rsidRPr="006A2001" w:rsidRDefault="006A2001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6A2001" w14:paraId="289229A3" w14:textId="77777777" w:rsidTr="006A2001">
        <w:trPr>
          <w:cantSplit/>
        </w:trPr>
        <w:tc>
          <w:tcPr>
            <w:tcW w:w="10314" w:type="dxa"/>
          </w:tcPr>
          <w:p w14:paraId="595ED756" w14:textId="4A2F5A1C" w:rsidR="006257CA" w:rsidRDefault="00000000">
            <w:pPr>
              <w:rPr>
                <w:sz w:val="18"/>
                <w:szCs w:val="18"/>
                <w:lang w:val="fr-FR"/>
              </w:rPr>
            </w:pPr>
            <w:r w:rsidRPr="006A2001">
              <w:rPr>
                <w:sz w:val="18"/>
                <w:szCs w:val="18"/>
                <w:lang w:val="fr-FR"/>
              </w:rPr>
              <w:t xml:space="preserve"> </w:t>
            </w:r>
            <w:r w:rsidR="006A2001">
              <w:rPr>
                <w:sz w:val="18"/>
                <w:szCs w:val="18"/>
                <w:lang w:val="fr-FR"/>
              </w:rPr>
              <w:t xml:space="preserve"> </w:t>
            </w:r>
            <w:r w:rsidRPr="006A2001">
              <w:rPr>
                <w:sz w:val="18"/>
                <w:szCs w:val="18"/>
                <w:lang w:val="fr-FR"/>
              </w:rPr>
              <w:t xml:space="preserve">☐ documentația cadastrală     </w:t>
            </w:r>
            <w:r w:rsidR="006257CA" w:rsidRPr="006A2001">
              <w:rPr>
                <w:sz w:val="18"/>
                <w:szCs w:val="18"/>
                <w:lang w:val="fr-FR"/>
              </w:rPr>
              <w:t xml:space="preserve">                        </w:t>
            </w:r>
            <w:r w:rsidR="006257CA" w:rsidRPr="006A200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 xml:space="preserve">☐ </w:t>
            </w:r>
            <w:r w:rsidR="006257CA" w:rsidRPr="006A2001">
              <w:rPr>
                <w:sz w:val="18"/>
                <w:szCs w:val="18"/>
                <w:lang w:val="fr-FR"/>
              </w:rPr>
              <w:t>plan cu o propunere de comasare/dezmembrare</w:t>
            </w:r>
          </w:p>
          <w:p w14:paraId="2807C8D8" w14:textId="77777777" w:rsidR="006A2001" w:rsidRPr="006A2001" w:rsidRDefault="006A2001">
            <w:pPr>
              <w:rPr>
                <w:sz w:val="18"/>
                <w:szCs w:val="18"/>
                <w:lang w:val="fr-FR"/>
              </w:rPr>
            </w:pPr>
          </w:p>
          <w:p w14:paraId="148614CA" w14:textId="58CCF712" w:rsidR="006A2001" w:rsidRDefault="006257CA">
            <w:pPr>
              <w:rPr>
                <w:sz w:val="18"/>
                <w:szCs w:val="18"/>
                <w:lang w:val="fr-FR"/>
              </w:rPr>
            </w:pPr>
            <w:r w:rsidRPr="006A2001">
              <w:rPr>
                <w:sz w:val="18"/>
                <w:szCs w:val="18"/>
                <w:lang w:val="fr-FR"/>
              </w:rPr>
              <w:t xml:space="preserve">  ☐ extras de carte funciară actualizat              ☐ plan de încadrare în zonă în sistem Stereo 70                    </w:t>
            </w:r>
            <w:r w:rsidRPr="006A200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Pr="006A2001">
              <w:rPr>
                <w:sz w:val="18"/>
                <w:szCs w:val="18"/>
                <w:lang w:val="fr-FR"/>
              </w:rPr>
              <w:t xml:space="preserve"> împuternicirea, dacă este cazul</w:t>
            </w:r>
          </w:p>
          <w:p w14:paraId="2445E5EB" w14:textId="4DB0D91D" w:rsidR="001E1635" w:rsidRPr="006A2001" w:rsidRDefault="006257CA">
            <w:pPr>
              <w:rPr>
                <w:sz w:val="18"/>
                <w:szCs w:val="18"/>
                <w:lang w:val="fr-FR"/>
              </w:rPr>
            </w:pPr>
            <w:r w:rsidRPr="006A2001">
              <w:rPr>
                <w:sz w:val="18"/>
                <w:szCs w:val="18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A2001" w:rsidRDefault="001E1635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1E1635" w:rsidRPr="006A2001" w14:paraId="457DF426" w14:textId="77777777" w:rsidTr="006A2001">
        <w:trPr>
          <w:cantSplit/>
        </w:trPr>
        <w:tc>
          <w:tcPr>
            <w:tcW w:w="10314" w:type="dxa"/>
            <w:shd w:val="clear" w:color="auto" w:fill="F4F4F4"/>
          </w:tcPr>
          <w:p w14:paraId="625E41AD" w14:textId="77777777" w:rsidR="001E1635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6A2001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6A2001">
              <w:rPr>
                <w:b/>
                <w:sz w:val="18"/>
                <w:szCs w:val="18"/>
              </w:rPr>
              <w:t xml:space="preserve">6. </w:t>
            </w:r>
            <w:r w:rsidRPr="006A2001">
              <w:rPr>
                <w:b/>
                <w:color w:val="000000"/>
                <w:sz w:val="18"/>
                <w:szCs w:val="18"/>
              </w:rPr>
              <w:t>COMUNICAREA RĂSPUNSULUI</w:t>
            </w:r>
          </w:p>
          <w:p w14:paraId="559EBB22" w14:textId="77777777" w:rsidR="006A2001" w:rsidRPr="006A2001" w:rsidRDefault="006A2001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6A2001" w14:paraId="49112FAF" w14:textId="77777777" w:rsidTr="006A2001">
        <w:trPr>
          <w:cantSplit/>
        </w:trPr>
        <w:tc>
          <w:tcPr>
            <w:tcW w:w="10314" w:type="dxa"/>
          </w:tcPr>
          <w:p w14:paraId="774A1C44" w14:textId="77777777" w:rsidR="001E1635" w:rsidRDefault="00000000">
            <w:pPr>
              <w:rPr>
                <w:sz w:val="18"/>
                <w:szCs w:val="18"/>
                <w:lang w:val="fr-FR"/>
              </w:rPr>
            </w:pPr>
            <w:r w:rsidRPr="006A2001">
              <w:rPr>
                <w:sz w:val="18"/>
                <w:szCs w:val="18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  <w:p w14:paraId="0C0C25C2" w14:textId="77777777" w:rsidR="006A2001" w:rsidRPr="006A2001" w:rsidRDefault="006A2001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335F2CDC" w14:textId="77777777" w:rsidR="001E1635" w:rsidRPr="006A2001" w:rsidRDefault="001E1635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890"/>
      </w:tblGrid>
      <w:tr w:rsidR="001E1635" w:rsidRPr="006A2001" w14:paraId="31A38AB3" w14:textId="77777777" w:rsidTr="006A2001">
        <w:trPr>
          <w:cantSplit/>
        </w:trPr>
        <w:tc>
          <w:tcPr>
            <w:tcW w:w="10314" w:type="dxa"/>
            <w:gridSpan w:val="3"/>
            <w:shd w:val="clear" w:color="auto" w:fill="F4F4F4"/>
          </w:tcPr>
          <w:p w14:paraId="6548B70E" w14:textId="77777777" w:rsidR="001E1635" w:rsidRPr="006A2001" w:rsidRDefault="00000000">
            <w:pPr>
              <w:keepNext/>
              <w:rPr>
                <w:sz w:val="18"/>
                <w:szCs w:val="18"/>
              </w:rPr>
            </w:pPr>
            <w:r w:rsidRPr="006A2001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6A2001">
              <w:rPr>
                <w:b/>
                <w:sz w:val="18"/>
                <w:szCs w:val="18"/>
              </w:rPr>
              <w:t xml:space="preserve">7. </w:t>
            </w:r>
            <w:r w:rsidRPr="006A2001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1E1635" w:rsidRPr="006A2001" w14:paraId="5E47B751" w14:textId="77777777" w:rsidTr="006A2001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Pr="006A2001" w:rsidRDefault="00000000">
            <w:pPr>
              <w:rPr>
                <w:sz w:val="18"/>
                <w:szCs w:val="18"/>
              </w:rPr>
            </w:pPr>
            <w:r w:rsidRPr="006A2001">
              <w:rPr>
                <w:b/>
                <w:color w:val="0D5F78"/>
                <w:sz w:val="18"/>
                <w:szCs w:val="18"/>
              </w:rPr>
              <w:t>Data</w:t>
            </w:r>
          </w:p>
          <w:p w14:paraId="05BFAAF9" w14:textId="77777777" w:rsidR="001E1635" w:rsidRPr="006A2001" w:rsidRDefault="001E1635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250ED718" w14:textId="77777777" w:rsidR="001E1635" w:rsidRPr="006A2001" w:rsidRDefault="00000000">
            <w:pPr>
              <w:rPr>
                <w:sz w:val="18"/>
                <w:szCs w:val="18"/>
              </w:rPr>
            </w:pPr>
            <w:r w:rsidRPr="006A2001">
              <w:rPr>
                <w:b/>
                <w:color w:val="0D5F78"/>
                <w:sz w:val="18"/>
                <w:szCs w:val="18"/>
              </w:rPr>
              <w:t>Solicitantul</w:t>
            </w:r>
          </w:p>
          <w:p w14:paraId="455E75E1" w14:textId="77777777" w:rsidR="001E1635" w:rsidRPr="006A2001" w:rsidRDefault="001E1635">
            <w:pPr>
              <w:rPr>
                <w:sz w:val="18"/>
                <w:szCs w:val="18"/>
              </w:rPr>
            </w:pPr>
          </w:p>
        </w:tc>
        <w:tc>
          <w:tcPr>
            <w:tcW w:w="3890" w:type="dxa"/>
          </w:tcPr>
          <w:p w14:paraId="53DD217D" w14:textId="77777777" w:rsidR="001E1635" w:rsidRPr="006A2001" w:rsidRDefault="00000000">
            <w:pPr>
              <w:rPr>
                <w:sz w:val="18"/>
                <w:szCs w:val="18"/>
              </w:rPr>
            </w:pPr>
            <w:r w:rsidRPr="006A2001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25E315B0" w14:textId="77777777" w:rsidR="001E1635" w:rsidRDefault="001E1635">
            <w:pPr>
              <w:rPr>
                <w:sz w:val="18"/>
                <w:szCs w:val="18"/>
              </w:rPr>
            </w:pPr>
          </w:p>
          <w:p w14:paraId="655A8FB3" w14:textId="77777777" w:rsidR="006A2001" w:rsidRPr="006A2001" w:rsidRDefault="006A2001">
            <w:pPr>
              <w:rPr>
                <w:sz w:val="18"/>
                <w:szCs w:val="18"/>
              </w:rPr>
            </w:pPr>
          </w:p>
        </w:tc>
      </w:tr>
    </w:tbl>
    <w:p w14:paraId="005090D8" w14:textId="77777777" w:rsidR="001E1635" w:rsidRPr="006A2001" w:rsidRDefault="001E1635">
      <w:pPr>
        <w:spacing w:line="168" w:lineRule="auto"/>
        <w:rPr>
          <w:sz w:val="18"/>
          <w:szCs w:val="18"/>
        </w:rPr>
      </w:pPr>
    </w:p>
    <w:sectPr w:rsidR="001E1635" w:rsidRPr="006A2001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17F0E" w14:textId="77777777" w:rsidR="008B6C8E" w:rsidRDefault="008B6C8E">
      <w:r>
        <w:separator/>
      </w:r>
    </w:p>
  </w:endnote>
  <w:endnote w:type="continuationSeparator" w:id="0">
    <w:p w14:paraId="16E6244C" w14:textId="77777777" w:rsidR="008B6C8E" w:rsidRDefault="008B6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F776F" w14:textId="77777777" w:rsidR="008B6C8E" w:rsidRDefault="008B6C8E">
      <w:r>
        <w:separator/>
      </w:r>
    </w:p>
  </w:footnote>
  <w:footnote w:type="continuationSeparator" w:id="0">
    <w:p w14:paraId="1CF103C2" w14:textId="77777777" w:rsidR="008B6C8E" w:rsidRDefault="008B6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F8"/>
    <w:rsid w:val="0015074B"/>
    <w:rsid w:val="001E1635"/>
    <w:rsid w:val="0029639D"/>
    <w:rsid w:val="003015BF"/>
    <w:rsid w:val="00326F90"/>
    <w:rsid w:val="003A2AE4"/>
    <w:rsid w:val="00464A80"/>
    <w:rsid w:val="00495596"/>
    <w:rsid w:val="00571451"/>
    <w:rsid w:val="005A2689"/>
    <w:rsid w:val="006257CA"/>
    <w:rsid w:val="00654BB3"/>
    <w:rsid w:val="006A2001"/>
    <w:rsid w:val="006C103E"/>
    <w:rsid w:val="006D2C02"/>
    <w:rsid w:val="00700B7F"/>
    <w:rsid w:val="0071077B"/>
    <w:rsid w:val="00806713"/>
    <w:rsid w:val="00826FFE"/>
    <w:rsid w:val="008B6C8E"/>
    <w:rsid w:val="00932E3A"/>
    <w:rsid w:val="00963F1C"/>
    <w:rsid w:val="009A7118"/>
    <w:rsid w:val="009D782F"/>
    <w:rsid w:val="00A17D80"/>
    <w:rsid w:val="00A37FAC"/>
    <w:rsid w:val="00AA1D8D"/>
    <w:rsid w:val="00AC5F99"/>
    <w:rsid w:val="00AE4BE0"/>
    <w:rsid w:val="00B47730"/>
    <w:rsid w:val="00BB3813"/>
    <w:rsid w:val="00CB0664"/>
    <w:rsid w:val="00D306C5"/>
    <w:rsid w:val="00D403A9"/>
    <w:rsid w:val="00D86601"/>
    <w:rsid w:val="00DE1B57"/>
    <w:rsid w:val="00EC78D5"/>
    <w:rsid w:val="00FB22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6A20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15</cp:revision>
  <dcterms:created xsi:type="dcterms:W3CDTF">2013-12-23T23:15:00Z</dcterms:created>
  <dcterms:modified xsi:type="dcterms:W3CDTF">2026-09-10T06:07:00Z</dcterms:modified>
  <cp:category/>
</cp:coreProperties>
</file>