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246398" w14:paraId="15575CB1" w14:textId="77777777" w:rsidTr="005C798B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6FEBEC1B" w14:textId="77777777" w:rsidR="00246398" w:rsidRPr="008B59BF" w:rsidRDefault="00246398" w:rsidP="005C798B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440D5020" wp14:editId="4DC7A547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48CDAC4A" w14:textId="77777777" w:rsidR="00246398" w:rsidRPr="001D1DDD" w:rsidRDefault="00246398" w:rsidP="005C798B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246398" w14:paraId="1482D7D3" w14:textId="77777777" w:rsidTr="005C798B">
        <w:trPr>
          <w:cantSplit/>
          <w:trHeight w:val="328"/>
        </w:trPr>
        <w:tc>
          <w:tcPr>
            <w:tcW w:w="1606" w:type="dxa"/>
            <w:vMerge/>
          </w:tcPr>
          <w:p w14:paraId="538BA28E" w14:textId="77777777" w:rsidR="00246398" w:rsidRPr="008B59BF" w:rsidRDefault="00246398" w:rsidP="005C798B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2EE7FA87" w14:textId="77777777" w:rsidR="00246398" w:rsidRPr="001D1DDD" w:rsidRDefault="00246398" w:rsidP="005C798B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Autoritatea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administrației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publice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246398" w14:paraId="48CE3B45" w14:textId="77777777" w:rsidTr="005C798B">
        <w:trPr>
          <w:cantSplit/>
          <w:trHeight w:val="1126"/>
        </w:trPr>
        <w:tc>
          <w:tcPr>
            <w:tcW w:w="1606" w:type="dxa"/>
            <w:vMerge/>
          </w:tcPr>
          <w:p w14:paraId="7A9E77C4" w14:textId="77777777" w:rsidR="00246398" w:rsidRPr="008B59BF" w:rsidRDefault="00246398" w:rsidP="005C798B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2C658A4C" w14:textId="77777777" w:rsidR="00246398" w:rsidRPr="001D1DDD" w:rsidRDefault="00246398" w:rsidP="005C798B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identificare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fiscală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4E775542" w14:textId="77777777" w:rsidR="00246398" w:rsidRDefault="00246398" w:rsidP="005C798B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Adresa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oficială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</w:p>
          <w:p w14:paraId="530EA209" w14:textId="77777777" w:rsidR="00246398" w:rsidRPr="001D1DDD" w:rsidRDefault="00246398" w:rsidP="005C798B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>
              <w:rPr>
                <w:b/>
                <w:bCs/>
                <w:iCs/>
                <w:sz w:val="18"/>
                <w:szCs w:val="18"/>
              </w:rPr>
              <w:t>iața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C</w:t>
            </w:r>
            <w:r>
              <w:rPr>
                <w:b/>
                <w:bCs/>
                <w:iCs/>
                <w:sz w:val="18"/>
                <w:szCs w:val="18"/>
              </w:rPr>
              <w:t>entrală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>
              <w:rPr>
                <w:b/>
                <w:bCs/>
                <w:iCs/>
                <w:sz w:val="18"/>
                <w:szCs w:val="18"/>
              </w:rPr>
              <w:t xml:space="preserve">, Bistrița, </w:t>
            </w:r>
            <w:proofErr w:type="spellStart"/>
            <w:proofErr w:type="gramStart"/>
            <w:r>
              <w:rPr>
                <w:b/>
                <w:bCs/>
                <w:iCs/>
                <w:sz w:val="18"/>
                <w:szCs w:val="18"/>
              </w:rPr>
              <w:t>jud.Bistrița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>-Năsăud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, cod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poștal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736B2409" w14:textId="77777777" w:rsidR="00246398" w:rsidRDefault="00246398" w:rsidP="005C798B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70525544" w14:textId="77777777" w:rsidR="00246398" w:rsidRPr="001D1DDD" w:rsidRDefault="00246398" w:rsidP="005C798B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219E1667" w14:textId="77777777" w:rsidR="00246398" w:rsidRPr="006A2001" w:rsidRDefault="00246398" w:rsidP="005C798B">
            <w:pPr>
              <w:keepNext/>
              <w:rPr>
                <w:b/>
                <w:bCs/>
                <w:iCs/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Telefon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: </w:t>
            </w:r>
            <w:proofErr w:type="gramStart"/>
            <w:r w:rsidRPr="001D1DDD">
              <w:rPr>
                <w:b/>
                <w:bCs/>
                <w:iCs/>
                <w:sz w:val="18"/>
                <w:szCs w:val="18"/>
              </w:rPr>
              <w:t>0263223923</w:t>
            </w:r>
            <w:r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  <w:proofErr w:type="gramEnd"/>
          </w:p>
        </w:tc>
      </w:tr>
      <w:tr w:rsidR="00246398" w14:paraId="122F84FB" w14:textId="77777777" w:rsidTr="005C798B">
        <w:trPr>
          <w:cantSplit/>
          <w:trHeight w:val="510"/>
        </w:trPr>
        <w:tc>
          <w:tcPr>
            <w:tcW w:w="1606" w:type="dxa"/>
            <w:vMerge/>
          </w:tcPr>
          <w:p w14:paraId="2AC49558" w14:textId="77777777" w:rsidR="00246398" w:rsidRPr="008B59BF" w:rsidRDefault="00246398" w:rsidP="005C798B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52A20B30" w14:textId="77777777" w:rsidR="00246398" w:rsidRPr="001D1DDD" w:rsidRDefault="00246398" w:rsidP="005C798B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Număr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înregistrare</w:t>
            </w:r>
            <w:proofErr w:type="spellEnd"/>
          </w:p>
          <w:p w14:paraId="2D940F73" w14:textId="77777777" w:rsidR="00246398" w:rsidRPr="001D1DDD" w:rsidRDefault="00246398" w:rsidP="005C798B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24216E8B" w14:textId="77777777" w:rsidR="00246398" w:rsidRPr="001D1DDD" w:rsidRDefault="00246398" w:rsidP="005C798B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319A9414" w14:textId="77777777" w:rsidR="00246398" w:rsidRPr="001D1DDD" w:rsidRDefault="00246398" w:rsidP="005C798B">
            <w:pPr>
              <w:keepNext/>
              <w:rPr>
                <w:sz w:val="18"/>
                <w:szCs w:val="18"/>
              </w:rPr>
            </w:pPr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945CC5" w14:paraId="09778574" w14:textId="77777777" w:rsidTr="00246398">
        <w:trPr>
          <w:cantSplit/>
        </w:trPr>
        <w:tc>
          <w:tcPr>
            <w:tcW w:w="10173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 w:rsidTr="00246398">
        <w:trPr>
          <w:cantSplit/>
          <w:trHeight w:val="339"/>
        </w:trPr>
        <w:tc>
          <w:tcPr>
            <w:tcW w:w="10173" w:type="dxa"/>
          </w:tcPr>
          <w:p w14:paraId="1C5FD545" w14:textId="5780D689" w:rsidR="00945CC5" w:rsidRPr="003E706D" w:rsidRDefault="00246398">
            <w:pPr>
              <w:keepNext/>
              <w:rPr>
                <w:lang w:val="fr-FR"/>
              </w:rPr>
            </w:pPr>
            <w:proofErr w:type="spellStart"/>
            <w:r w:rsidRPr="00EA7EA3">
              <w:rPr>
                <w:b/>
                <w:color w:val="0D5F78"/>
                <w:sz w:val="18"/>
                <w:szCs w:val="18"/>
                <w:lang w:val="fr-FR"/>
              </w:rPr>
              <w:t>Instituția</w:t>
            </w:r>
            <w:proofErr w:type="spellEnd"/>
            <w:r w:rsidRPr="00EA7EA3">
              <w:rPr>
                <w:b/>
                <w:color w:val="0D5F78"/>
                <w:sz w:val="18"/>
                <w:szCs w:val="18"/>
                <w:lang w:val="fr-FR"/>
              </w:rPr>
              <w:t> </w:t>
            </w:r>
            <w:r>
              <w:rPr>
                <w:lang w:val="fr-FR"/>
              </w:rPr>
              <w:t xml:space="preserve">: </w:t>
            </w:r>
            <w:r w:rsidRPr="001F6BAE">
              <w:rPr>
                <w:b/>
                <w:bCs/>
                <w:sz w:val="19"/>
                <w:szCs w:val="19"/>
                <w:lang w:val="fr-FR"/>
              </w:rPr>
              <w:t>PRIMĂRIA MUNICIPIULUI BISTRIȚA</w:t>
            </w:r>
            <w:r w:rsidRPr="003E706D">
              <w:rPr>
                <w:lang w:val="fr-FR"/>
              </w:rPr>
              <w:t xml:space="preserve"> 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2143"/>
      </w:tblGrid>
      <w:tr w:rsidR="00945CC5" w:rsidRPr="00103729" w14:paraId="5DF6A765" w14:textId="77777777" w:rsidTr="00246398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7912B6AB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103729">
              <w:rPr>
                <w:b/>
                <w:sz w:val="18"/>
                <w:szCs w:val="18"/>
              </w:rPr>
              <w:t xml:space="preserve">2. </w:t>
            </w:r>
            <w:r w:rsidRPr="00103729">
              <w:rPr>
                <w:b/>
                <w:color w:val="000000"/>
                <w:sz w:val="18"/>
                <w:szCs w:val="18"/>
              </w:rPr>
              <w:t>SOLICITANTUL</w:t>
            </w:r>
          </w:p>
        </w:tc>
      </w:tr>
      <w:tr w:rsidR="00945CC5" w:rsidRPr="00103729" w14:paraId="7A5DF9D7" w14:textId="77777777" w:rsidTr="00246398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Nume</w:t>
            </w:r>
            <w:proofErr w:type="spellEnd"/>
            <w:r w:rsidRPr="00103729">
              <w:rPr>
                <w:b/>
                <w:color w:val="0D5F78"/>
                <w:sz w:val="18"/>
                <w:szCs w:val="18"/>
              </w:rPr>
              <w:t xml:space="preserve"> și </w:t>
            </w: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prenume</w:t>
            </w:r>
            <w:proofErr w:type="spellEnd"/>
          </w:p>
          <w:p w14:paraId="15D8905F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552" w:type="dxa"/>
            <w:gridSpan w:val="3"/>
          </w:tcPr>
          <w:p w14:paraId="30275711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CNP</w:t>
            </w:r>
          </w:p>
          <w:p w14:paraId="7043F6BF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103729" w14:paraId="6AC454D8" w14:textId="77777777" w:rsidTr="00246398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0246A213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sz w:val="18"/>
                <w:szCs w:val="18"/>
              </w:rPr>
              <w:t xml:space="preserve"> Act de </w:t>
            </w:r>
            <w:proofErr w:type="spellStart"/>
            <w:r w:rsidRPr="00103729">
              <w:rPr>
                <w:sz w:val="18"/>
                <w:szCs w:val="18"/>
              </w:rPr>
              <w:t>identitate</w:t>
            </w:r>
            <w:proofErr w:type="spellEnd"/>
          </w:p>
        </w:tc>
      </w:tr>
      <w:tr w:rsidR="00945CC5" w:rsidRPr="00103729" w14:paraId="7B1D0B8A" w14:textId="77777777" w:rsidTr="00246398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Seria</w:t>
            </w:r>
          </w:p>
          <w:p w14:paraId="24A0D8B3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49A60C37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Numărul</w:t>
            </w:r>
            <w:proofErr w:type="spellEnd"/>
          </w:p>
          <w:p w14:paraId="022F74DF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14:paraId="71A34F26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Eliberat</w:t>
            </w:r>
            <w:proofErr w:type="spellEnd"/>
            <w:r w:rsidRPr="00103729">
              <w:rPr>
                <w:b/>
                <w:color w:val="0D5F78"/>
                <w:sz w:val="18"/>
                <w:szCs w:val="18"/>
              </w:rPr>
              <w:t xml:space="preserve"> de</w:t>
            </w:r>
          </w:p>
          <w:p w14:paraId="2120513B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143" w:type="dxa"/>
          </w:tcPr>
          <w:p w14:paraId="6FD9088A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La data</w:t>
            </w:r>
          </w:p>
          <w:p w14:paraId="74299A9A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103729" w14:paraId="455316C8" w14:textId="77777777" w:rsidTr="00246398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2450A83E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sz w:val="18"/>
                <w:szCs w:val="18"/>
              </w:rPr>
              <w:t xml:space="preserve"> </w:t>
            </w:r>
            <w:proofErr w:type="spellStart"/>
            <w:r w:rsidRPr="00103729">
              <w:rPr>
                <w:sz w:val="18"/>
                <w:szCs w:val="18"/>
              </w:rPr>
              <w:t>Domiciliul</w:t>
            </w:r>
            <w:proofErr w:type="spellEnd"/>
          </w:p>
        </w:tc>
      </w:tr>
      <w:tr w:rsidR="00945CC5" w:rsidRPr="00103729" w14:paraId="5650FA41" w14:textId="77777777" w:rsidTr="00246398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Județul</w:t>
            </w:r>
            <w:proofErr w:type="spellEnd"/>
          </w:p>
          <w:p w14:paraId="070EEA63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</w:tcPr>
          <w:p w14:paraId="62428705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Municipiul</w:t>
            </w:r>
            <w:proofErr w:type="spellEnd"/>
            <w:r w:rsidRPr="00103729">
              <w:rPr>
                <w:b/>
                <w:color w:val="0D5F78"/>
                <w:sz w:val="18"/>
                <w:szCs w:val="18"/>
              </w:rPr>
              <w:t xml:space="preserve"> / </w:t>
            </w: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orașul</w:t>
            </w:r>
            <w:proofErr w:type="spellEnd"/>
            <w:r w:rsidRPr="00103729">
              <w:rPr>
                <w:b/>
                <w:color w:val="0D5F78"/>
                <w:sz w:val="18"/>
                <w:szCs w:val="18"/>
              </w:rPr>
              <w:t xml:space="preserve"> / </w:t>
            </w: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comuna</w:t>
            </w:r>
            <w:proofErr w:type="spellEnd"/>
          </w:p>
          <w:p w14:paraId="2D42A75B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49" w:type="dxa"/>
            <w:gridSpan w:val="2"/>
          </w:tcPr>
          <w:p w14:paraId="711B0E0B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Satul</w:t>
            </w:r>
            <w:proofErr w:type="spellEnd"/>
            <w:r w:rsidRPr="00103729">
              <w:rPr>
                <w:b/>
                <w:color w:val="0D5F78"/>
                <w:sz w:val="18"/>
                <w:szCs w:val="18"/>
              </w:rPr>
              <w:t xml:space="preserve"> / </w:t>
            </w: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sectorul</w:t>
            </w:r>
            <w:proofErr w:type="spellEnd"/>
          </w:p>
          <w:p w14:paraId="35F6C0D8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103729" w14:paraId="0883C693" w14:textId="77777777" w:rsidTr="00246398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63D1970E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7A9CF27D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Nr.</w:t>
            </w:r>
          </w:p>
          <w:p w14:paraId="720F8FA8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A070FC0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Sc.</w:t>
            </w:r>
          </w:p>
          <w:p w14:paraId="5BF40BFE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3C7D07E9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Et.</w:t>
            </w:r>
          </w:p>
          <w:p w14:paraId="23A53A0E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14B0FEB5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Ap.</w:t>
            </w:r>
          </w:p>
          <w:p w14:paraId="65283480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52730F08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 xml:space="preserve">Cod </w:t>
            </w: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poștal</w:t>
            </w:r>
            <w:proofErr w:type="spellEnd"/>
          </w:p>
          <w:p w14:paraId="23147B67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143" w:type="dxa"/>
          </w:tcPr>
          <w:p w14:paraId="63CEDB8F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Țara</w:t>
            </w:r>
            <w:proofErr w:type="spellEnd"/>
          </w:p>
          <w:p w14:paraId="11C9DF2F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103729" w14:paraId="50CD5441" w14:textId="77777777" w:rsidTr="00246398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4265A73B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sz w:val="18"/>
                <w:szCs w:val="18"/>
              </w:rPr>
              <w:t xml:space="preserve"> Date de contact</w:t>
            </w:r>
          </w:p>
        </w:tc>
      </w:tr>
      <w:tr w:rsidR="00945CC5" w:rsidRPr="00103729" w14:paraId="12A0BD9C" w14:textId="77777777" w:rsidTr="00246398">
        <w:trPr>
          <w:cantSplit/>
          <w:trHeight w:val="510"/>
        </w:trPr>
        <w:tc>
          <w:tcPr>
            <w:tcW w:w="4015" w:type="dxa"/>
            <w:gridSpan w:val="3"/>
          </w:tcPr>
          <w:p w14:paraId="02FD6B8A" w14:textId="30EA3B1F" w:rsidR="00945CC5" w:rsidRPr="00103729" w:rsidRDefault="00FA7758" w:rsidP="00103729">
            <w:pPr>
              <w:keepNext/>
              <w:rPr>
                <w:sz w:val="18"/>
                <w:szCs w:val="18"/>
              </w:rPr>
            </w:pP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Telefon</w:t>
            </w:r>
            <w:proofErr w:type="spellEnd"/>
            <w:r w:rsidRPr="00103729">
              <w:rPr>
                <w:b/>
                <w:color w:val="0D5F78"/>
                <w:sz w:val="18"/>
                <w:szCs w:val="18"/>
              </w:rPr>
              <w:t xml:space="preserve"> </w:t>
            </w:r>
          </w:p>
        </w:tc>
        <w:tc>
          <w:tcPr>
            <w:tcW w:w="6158" w:type="dxa"/>
            <w:gridSpan w:val="5"/>
          </w:tcPr>
          <w:p w14:paraId="4F13336C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E-mail</w:t>
            </w:r>
          </w:p>
          <w:p w14:paraId="2EA8891C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103729" w14:paraId="1F67BD8D" w14:textId="77777777" w:rsidTr="00246398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3B96B342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sz w:val="18"/>
                <w:szCs w:val="18"/>
              </w:rPr>
              <w:t xml:space="preserve"> </w:t>
            </w:r>
            <w:proofErr w:type="spellStart"/>
            <w:r w:rsidRPr="00103729">
              <w:rPr>
                <w:sz w:val="18"/>
                <w:szCs w:val="18"/>
              </w:rPr>
              <w:t>Reprezentare</w:t>
            </w:r>
            <w:proofErr w:type="spellEnd"/>
          </w:p>
        </w:tc>
      </w:tr>
      <w:tr w:rsidR="00945CC5" w:rsidRPr="00103729" w14:paraId="0D454C92" w14:textId="77777777" w:rsidTr="00246398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Pr="00103729" w:rsidRDefault="00FA7758">
            <w:pPr>
              <w:rPr>
                <w:sz w:val="18"/>
                <w:szCs w:val="18"/>
              </w:rPr>
            </w:pP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În</w:t>
            </w:r>
            <w:proofErr w:type="spellEnd"/>
            <w:r w:rsidRPr="00103729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calitate</w:t>
            </w:r>
            <w:proofErr w:type="spellEnd"/>
            <w:r w:rsidRPr="00103729">
              <w:rPr>
                <w:b/>
                <w:color w:val="0D5F78"/>
                <w:sz w:val="18"/>
                <w:szCs w:val="18"/>
              </w:rPr>
              <w:t xml:space="preserve"> de </w:t>
            </w: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reprezentant</w:t>
            </w:r>
            <w:proofErr w:type="spellEnd"/>
            <w:r w:rsidRPr="00103729">
              <w:rPr>
                <w:b/>
                <w:color w:val="0D5F78"/>
                <w:sz w:val="18"/>
                <w:szCs w:val="18"/>
              </w:rPr>
              <w:t xml:space="preserve"> al</w:t>
            </w:r>
          </w:p>
          <w:p w14:paraId="3EDD4294" w14:textId="77777777" w:rsidR="00945CC5" w:rsidRPr="00103729" w:rsidRDefault="00945CC5">
            <w:pPr>
              <w:rPr>
                <w:sz w:val="18"/>
                <w:szCs w:val="18"/>
              </w:rPr>
            </w:pPr>
          </w:p>
        </w:tc>
        <w:tc>
          <w:tcPr>
            <w:tcW w:w="3749" w:type="dxa"/>
            <w:gridSpan w:val="2"/>
          </w:tcPr>
          <w:p w14:paraId="494FF803" w14:textId="77777777" w:rsidR="00945CC5" w:rsidRPr="00103729" w:rsidRDefault="00FA7758">
            <w:pPr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CUI / CIF</w:t>
            </w:r>
          </w:p>
          <w:p w14:paraId="1BEA7989" w14:textId="77777777" w:rsidR="00945CC5" w:rsidRPr="00103729" w:rsidRDefault="00945CC5">
            <w:pPr>
              <w:rPr>
                <w:sz w:val="18"/>
                <w:szCs w:val="18"/>
              </w:rPr>
            </w:pPr>
          </w:p>
        </w:tc>
      </w:tr>
    </w:tbl>
    <w:p w14:paraId="369741AD" w14:textId="77777777" w:rsidR="00945CC5" w:rsidRPr="00103729" w:rsidRDefault="00945CC5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552"/>
      </w:tblGrid>
      <w:tr w:rsidR="00945CC5" w:rsidRPr="00103729" w14:paraId="3CD3D17A" w14:textId="77777777" w:rsidTr="00246398">
        <w:trPr>
          <w:cantSplit/>
        </w:trPr>
        <w:tc>
          <w:tcPr>
            <w:tcW w:w="10173" w:type="dxa"/>
            <w:gridSpan w:val="4"/>
            <w:shd w:val="clear" w:color="auto" w:fill="F4F4F4"/>
          </w:tcPr>
          <w:p w14:paraId="63BF4C02" w14:textId="77777777" w:rsidR="00945CC5" w:rsidRPr="00103729" w:rsidRDefault="00FA7758">
            <w:pPr>
              <w:keepNext/>
              <w:rPr>
                <w:sz w:val="18"/>
                <w:szCs w:val="18"/>
                <w:lang w:val="fr-FR"/>
              </w:rPr>
            </w:pPr>
            <w:r w:rsidRPr="00103729">
              <w:rPr>
                <w:b/>
                <w:sz w:val="18"/>
                <w:szCs w:val="18"/>
                <w:lang w:val="fr-FR"/>
              </w:rPr>
              <w:t xml:space="preserve"> 3. </w:t>
            </w:r>
            <w:r w:rsidRPr="00103729">
              <w:rPr>
                <w:b/>
                <w:color w:val="000000"/>
                <w:sz w:val="18"/>
                <w:szCs w:val="18"/>
                <w:lang w:val="fr-FR"/>
              </w:rPr>
              <w:t>TITULAR AL AUTORIZAȚIEI DE CONSTRUIRE</w:t>
            </w:r>
          </w:p>
        </w:tc>
      </w:tr>
      <w:tr w:rsidR="00945CC5" w:rsidRPr="00103729" w14:paraId="0EE43FF5" w14:textId="77777777" w:rsidTr="00246398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Pr="00103729" w:rsidRDefault="00FA7758">
            <w:pPr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Nr.</w:t>
            </w:r>
          </w:p>
          <w:p w14:paraId="26A8ADF7" w14:textId="77777777" w:rsidR="00945CC5" w:rsidRPr="00103729" w:rsidRDefault="00945CC5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3026A8C9" w14:textId="77777777" w:rsidR="00945CC5" w:rsidRPr="00103729" w:rsidRDefault="00FA7758">
            <w:pPr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Din data</w:t>
            </w:r>
          </w:p>
          <w:p w14:paraId="5625E881" w14:textId="77777777" w:rsidR="00945CC5" w:rsidRPr="00103729" w:rsidRDefault="00945CC5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075593A1" w14:textId="77777777" w:rsidR="00945CC5" w:rsidRPr="00103729" w:rsidRDefault="00FA7758">
            <w:pPr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 xml:space="preserve">Termen de </w:t>
            </w: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valabilitate</w:t>
            </w:r>
            <w:proofErr w:type="spellEnd"/>
          </w:p>
          <w:p w14:paraId="790D3724" w14:textId="77777777" w:rsidR="00945CC5" w:rsidRPr="00103729" w:rsidRDefault="00945CC5">
            <w:pPr>
              <w:rPr>
                <w:sz w:val="18"/>
                <w:szCs w:val="18"/>
              </w:rPr>
            </w:pPr>
          </w:p>
        </w:tc>
        <w:tc>
          <w:tcPr>
            <w:tcW w:w="4552" w:type="dxa"/>
          </w:tcPr>
          <w:p w14:paraId="0B094E00" w14:textId="77777777" w:rsidR="00945CC5" w:rsidRPr="00103729" w:rsidRDefault="00FA7758">
            <w:pPr>
              <w:rPr>
                <w:sz w:val="18"/>
                <w:szCs w:val="18"/>
              </w:rPr>
            </w:pP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Emisă</w:t>
            </w:r>
            <w:proofErr w:type="spellEnd"/>
            <w:r w:rsidRPr="00103729">
              <w:rPr>
                <w:b/>
                <w:color w:val="0D5F78"/>
                <w:sz w:val="18"/>
                <w:szCs w:val="18"/>
              </w:rPr>
              <w:t xml:space="preserve"> de</w:t>
            </w:r>
          </w:p>
          <w:p w14:paraId="7F021B74" w14:textId="77777777" w:rsidR="00945CC5" w:rsidRPr="00103729" w:rsidRDefault="00945CC5">
            <w:pPr>
              <w:rPr>
                <w:sz w:val="18"/>
                <w:szCs w:val="18"/>
              </w:rPr>
            </w:pPr>
          </w:p>
        </w:tc>
      </w:tr>
    </w:tbl>
    <w:p w14:paraId="65765592" w14:textId="77777777" w:rsidR="00945CC5" w:rsidRPr="00103729" w:rsidRDefault="00945CC5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946"/>
      </w:tblGrid>
      <w:tr w:rsidR="00945CC5" w:rsidRPr="00103729" w14:paraId="1264DDA5" w14:textId="77777777" w:rsidTr="00246398">
        <w:trPr>
          <w:cantSplit/>
        </w:trPr>
        <w:tc>
          <w:tcPr>
            <w:tcW w:w="10173" w:type="dxa"/>
            <w:gridSpan w:val="6"/>
            <w:shd w:val="clear" w:color="auto" w:fill="F4F4F4"/>
          </w:tcPr>
          <w:p w14:paraId="07BDAB64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sz w:val="18"/>
                <w:szCs w:val="18"/>
              </w:rPr>
              <w:t xml:space="preserve"> 4. </w:t>
            </w:r>
            <w:r w:rsidRPr="00103729">
              <w:rPr>
                <w:b/>
                <w:color w:val="000000"/>
                <w:sz w:val="18"/>
                <w:szCs w:val="18"/>
              </w:rPr>
              <w:t>IMOBILUL</w:t>
            </w:r>
          </w:p>
        </w:tc>
      </w:tr>
      <w:tr w:rsidR="00945CC5" w:rsidRPr="00103729" w14:paraId="4FD0E8F7" w14:textId="77777777" w:rsidTr="00246398">
        <w:trPr>
          <w:cantSplit/>
        </w:trPr>
        <w:tc>
          <w:tcPr>
            <w:tcW w:w="10173" w:type="dxa"/>
            <w:gridSpan w:val="6"/>
          </w:tcPr>
          <w:p w14:paraId="4297ACE7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sz w:val="18"/>
                <w:szCs w:val="18"/>
              </w:rPr>
              <w:t xml:space="preserve"> ☐ </w:t>
            </w:r>
            <w:proofErr w:type="spellStart"/>
            <w:r w:rsidRPr="00103729">
              <w:rPr>
                <w:sz w:val="18"/>
                <w:szCs w:val="18"/>
              </w:rPr>
              <w:t>teren</w:t>
            </w:r>
            <w:proofErr w:type="spellEnd"/>
            <w:r w:rsidRPr="00103729">
              <w:rPr>
                <w:sz w:val="18"/>
                <w:szCs w:val="18"/>
              </w:rPr>
              <w:t xml:space="preserve">     ☐ </w:t>
            </w:r>
            <w:proofErr w:type="spellStart"/>
            <w:r w:rsidRPr="00103729">
              <w:rPr>
                <w:sz w:val="18"/>
                <w:szCs w:val="18"/>
              </w:rPr>
              <w:t>construcții</w:t>
            </w:r>
            <w:proofErr w:type="spellEnd"/>
          </w:p>
        </w:tc>
      </w:tr>
      <w:tr w:rsidR="00945CC5" w:rsidRPr="00103729" w14:paraId="1B7BC578" w14:textId="77777777" w:rsidTr="00246398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Județ</w:t>
            </w:r>
            <w:proofErr w:type="spellEnd"/>
          </w:p>
          <w:p w14:paraId="64FC99F0" w14:textId="5E6F73E9" w:rsidR="00945CC5" w:rsidRPr="00103729" w:rsidRDefault="00246398">
            <w:pPr>
              <w:keepNext/>
              <w:rPr>
                <w:b/>
                <w:bCs/>
                <w:sz w:val="18"/>
                <w:szCs w:val="18"/>
              </w:rPr>
            </w:pPr>
            <w:r w:rsidRPr="00103729">
              <w:rPr>
                <w:b/>
                <w:bCs/>
                <w:sz w:val="18"/>
                <w:szCs w:val="18"/>
              </w:rPr>
              <w:t>BISTRIȚA-NĂSĂUD</w:t>
            </w:r>
          </w:p>
        </w:tc>
        <w:tc>
          <w:tcPr>
            <w:tcW w:w="3212" w:type="dxa"/>
            <w:gridSpan w:val="2"/>
          </w:tcPr>
          <w:p w14:paraId="49AA7131" w14:textId="5DBCB665" w:rsidR="00945CC5" w:rsidRPr="00103729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Municipiu</w:t>
            </w:r>
            <w:r w:rsidR="00246398" w:rsidRPr="00103729">
              <w:rPr>
                <w:b/>
                <w:color w:val="0D5F78"/>
                <w:sz w:val="18"/>
                <w:szCs w:val="18"/>
              </w:rPr>
              <w:t>l</w:t>
            </w:r>
            <w:proofErr w:type="spellEnd"/>
          </w:p>
          <w:p w14:paraId="2AC538F2" w14:textId="5D12E457" w:rsidR="00945CC5" w:rsidRPr="00103729" w:rsidRDefault="00246398">
            <w:pPr>
              <w:keepNext/>
              <w:rPr>
                <w:b/>
                <w:bCs/>
                <w:sz w:val="18"/>
                <w:szCs w:val="18"/>
              </w:rPr>
            </w:pPr>
            <w:r w:rsidRPr="00103729">
              <w:rPr>
                <w:b/>
                <w:bCs/>
                <w:sz w:val="18"/>
                <w:szCs w:val="18"/>
              </w:rPr>
              <w:t>BISTRIȚA</w:t>
            </w:r>
          </w:p>
        </w:tc>
        <w:tc>
          <w:tcPr>
            <w:tcW w:w="3749" w:type="dxa"/>
            <w:gridSpan w:val="2"/>
          </w:tcPr>
          <w:p w14:paraId="6B267514" w14:textId="31B8A680" w:rsidR="00945CC5" w:rsidRPr="00103729" w:rsidRDefault="00246398">
            <w:pPr>
              <w:keepNext/>
              <w:rPr>
                <w:sz w:val="18"/>
                <w:szCs w:val="18"/>
              </w:rPr>
            </w:pP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Localitatea</w:t>
            </w:r>
            <w:proofErr w:type="spellEnd"/>
            <w:r w:rsidRPr="00103729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componentă</w:t>
            </w:r>
            <w:proofErr w:type="spellEnd"/>
          </w:p>
          <w:p w14:paraId="3D665FF3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103729" w14:paraId="5929CEED" w14:textId="77777777" w:rsidTr="00246398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 xml:space="preserve">Cod </w:t>
            </w: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poștal</w:t>
            </w:r>
            <w:proofErr w:type="spellEnd"/>
          </w:p>
          <w:p w14:paraId="7759EFD5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3"/>
          </w:tcPr>
          <w:p w14:paraId="5052AACD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0E6F4E05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F10DD99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Nr.</w:t>
            </w:r>
          </w:p>
          <w:p w14:paraId="251210DF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946" w:type="dxa"/>
          </w:tcPr>
          <w:p w14:paraId="411E1021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>Bl. / sc. / et. / ap.</w:t>
            </w:r>
          </w:p>
          <w:p w14:paraId="395DA904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103729" w14:paraId="6A810400" w14:textId="77777777" w:rsidTr="00246398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103729" w:rsidRDefault="00FA7758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103729">
              <w:rPr>
                <w:b/>
                <w:color w:val="0D5F78"/>
                <w:sz w:val="18"/>
                <w:szCs w:val="18"/>
                <w:lang w:val="fr-FR"/>
              </w:rPr>
              <w:t>Număr</w:t>
            </w:r>
            <w:proofErr w:type="spellEnd"/>
            <w:r w:rsidRPr="00103729">
              <w:rPr>
                <w:b/>
                <w:color w:val="0D5F78"/>
                <w:sz w:val="18"/>
                <w:szCs w:val="18"/>
                <w:lang w:val="fr-FR"/>
              </w:rPr>
              <w:t xml:space="preserve"> cadastral</w:t>
            </w:r>
          </w:p>
          <w:p w14:paraId="3AF20A6E" w14:textId="77777777" w:rsidR="00945CC5" w:rsidRPr="00103729" w:rsidRDefault="00FA7758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proofErr w:type="gramStart"/>
            <w:r w:rsidRPr="00103729">
              <w:rPr>
                <w:i/>
                <w:color w:val="7A7A7A"/>
                <w:sz w:val="18"/>
                <w:szCs w:val="18"/>
                <w:lang w:val="fr-FR"/>
              </w:rPr>
              <w:t>dacă</w:t>
            </w:r>
            <w:proofErr w:type="spellEnd"/>
            <w:proofErr w:type="gramEnd"/>
            <w:r w:rsidRPr="00103729">
              <w:rPr>
                <w:i/>
                <w:color w:val="7A7A7A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03729">
              <w:rPr>
                <w:i/>
                <w:color w:val="7A7A7A"/>
                <w:sz w:val="18"/>
                <w:szCs w:val="18"/>
                <w:lang w:val="fr-FR"/>
              </w:rPr>
              <w:t>imobilul</w:t>
            </w:r>
            <w:proofErr w:type="spellEnd"/>
            <w:r w:rsidRPr="00103729">
              <w:rPr>
                <w:i/>
                <w:color w:val="7A7A7A"/>
                <w:sz w:val="18"/>
                <w:szCs w:val="18"/>
                <w:lang w:val="fr-FR"/>
              </w:rPr>
              <w:t xml:space="preserve"> e </w:t>
            </w:r>
            <w:proofErr w:type="spellStart"/>
            <w:r w:rsidRPr="00103729">
              <w:rPr>
                <w:i/>
                <w:color w:val="7A7A7A"/>
                <w:sz w:val="18"/>
                <w:szCs w:val="18"/>
                <w:lang w:val="fr-FR"/>
              </w:rPr>
              <w:t>înscris</w:t>
            </w:r>
            <w:proofErr w:type="spellEnd"/>
            <w:r w:rsidRPr="00103729">
              <w:rPr>
                <w:i/>
                <w:color w:val="7A7A7A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03729">
              <w:rPr>
                <w:i/>
                <w:color w:val="7A7A7A"/>
                <w:sz w:val="18"/>
                <w:szCs w:val="18"/>
                <w:lang w:val="fr-FR"/>
              </w:rPr>
              <w:t>în</w:t>
            </w:r>
            <w:proofErr w:type="spellEnd"/>
            <w:r w:rsidRPr="00103729">
              <w:rPr>
                <w:i/>
                <w:color w:val="7A7A7A"/>
                <w:sz w:val="18"/>
                <w:szCs w:val="18"/>
                <w:lang w:val="fr-FR"/>
              </w:rPr>
              <w:t xml:space="preserve"> e-Terra</w:t>
            </w:r>
          </w:p>
          <w:p w14:paraId="7286E3B7" w14:textId="77777777" w:rsidR="00945CC5" w:rsidRPr="00103729" w:rsidRDefault="00945CC5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4552" w:type="dxa"/>
            <w:gridSpan w:val="3"/>
          </w:tcPr>
          <w:p w14:paraId="3BDAE7CE" w14:textId="77777777" w:rsidR="00945CC5" w:rsidRPr="00103729" w:rsidRDefault="00FA7758">
            <w:pPr>
              <w:keepNext/>
              <w:rPr>
                <w:sz w:val="18"/>
                <w:szCs w:val="18"/>
              </w:rPr>
            </w:pPr>
            <w:r w:rsidRPr="00103729">
              <w:rPr>
                <w:b/>
                <w:color w:val="0D5F78"/>
                <w:sz w:val="18"/>
                <w:szCs w:val="18"/>
              </w:rPr>
              <w:t xml:space="preserve">Carte </w:t>
            </w:r>
            <w:proofErr w:type="spellStart"/>
            <w:r w:rsidRPr="00103729">
              <w:rPr>
                <w:b/>
                <w:color w:val="0D5F78"/>
                <w:sz w:val="18"/>
                <w:szCs w:val="18"/>
              </w:rPr>
              <w:t>funciară</w:t>
            </w:r>
            <w:proofErr w:type="spellEnd"/>
            <w:r w:rsidRPr="00103729">
              <w:rPr>
                <w:b/>
                <w:color w:val="0D5F78"/>
                <w:sz w:val="18"/>
                <w:szCs w:val="18"/>
              </w:rPr>
              <w:t xml:space="preserve"> nr.</w:t>
            </w:r>
          </w:p>
          <w:p w14:paraId="57FB9B48" w14:textId="77777777" w:rsidR="00945CC5" w:rsidRPr="00103729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103729" w14:paraId="382A7F45" w14:textId="77777777" w:rsidTr="00246398">
        <w:trPr>
          <w:cantSplit/>
        </w:trPr>
        <w:tc>
          <w:tcPr>
            <w:tcW w:w="10173" w:type="dxa"/>
            <w:gridSpan w:val="6"/>
          </w:tcPr>
          <w:p w14:paraId="6B13B4B1" w14:textId="77777777" w:rsidR="00945CC5" w:rsidRPr="00103729" w:rsidRDefault="00FA7758">
            <w:pPr>
              <w:rPr>
                <w:sz w:val="18"/>
                <w:szCs w:val="18"/>
              </w:rPr>
            </w:pPr>
            <w:r w:rsidRPr="00103729">
              <w:rPr>
                <w:sz w:val="18"/>
                <w:szCs w:val="18"/>
              </w:rPr>
              <w:t xml:space="preserve"> ☐ extras de carte </w:t>
            </w:r>
            <w:proofErr w:type="spellStart"/>
            <w:r w:rsidRPr="00103729">
              <w:rPr>
                <w:sz w:val="18"/>
                <w:szCs w:val="18"/>
              </w:rPr>
              <w:t>funciară</w:t>
            </w:r>
            <w:proofErr w:type="spellEnd"/>
            <w:r w:rsidRPr="00103729">
              <w:rPr>
                <w:sz w:val="18"/>
                <w:szCs w:val="18"/>
              </w:rPr>
              <w:t xml:space="preserve"> </w:t>
            </w:r>
            <w:proofErr w:type="spellStart"/>
            <w:r w:rsidRPr="00103729">
              <w:rPr>
                <w:sz w:val="18"/>
                <w:szCs w:val="18"/>
              </w:rPr>
              <w:t>actualizat</w:t>
            </w:r>
            <w:proofErr w:type="spellEnd"/>
            <w:r w:rsidRPr="00103729">
              <w:rPr>
                <w:sz w:val="18"/>
                <w:szCs w:val="18"/>
              </w:rPr>
              <w:t xml:space="preserve">, </w:t>
            </w:r>
            <w:proofErr w:type="spellStart"/>
            <w:r w:rsidRPr="00103729">
              <w:rPr>
                <w:sz w:val="18"/>
                <w:szCs w:val="18"/>
              </w:rPr>
              <w:t>anexat</w:t>
            </w:r>
            <w:proofErr w:type="spellEnd"/>
            <w:r w:rsidRPr="00103729">
              <w:rPr>
                <w:sz w:val="18"/>
                <w:szCs w:val="18"/>
              </w:rPr>
              <w:t xml:space="preserve">     ☐ plan de </w:t>
            </w:r>
            <w:proofErr w:type="spellStart"/>
            <w:r w:rsidRPr="00103729">
              <w:rPr>
                <w:sz w:val="18"/>
                <w:szCs w:val="18"/>
              </w:rPr>
              <w:t>încadrare</w:t>
            </w:r>
            <w:proofErr w:type="spellEnd"/>
            <w:r w:rsidRPr="00103729">
              <w:rPr>
                <w:sz w:val="18"/>
                <w:szCs w:val="18"/>
              </w:rPr>
              <w:t xml:space="preserve"> </w:t>
            </w:r>
            <w:proofErr w:type="spellStart"/>
            <w:r w:rsidRPr="00103729">
              <w:rPr>
                <w:sz w:val="18"/>
                <w:szCs w:val="18"/>
              </w:rPr>
              <w:t>în</w:t>
            </w:r>
            <w:proofErr w:type="spellEnd"/>
            <w:r w:rsidRPr="00103729">
              <w:rPr>
                <w:sz w:val="18"/>
                <w:szCs w:val="18"/>
              </w:rPr>
              <w:t xml:space="preserve"> </w:t>
            </w:r>
            <w:proofErr w:type="spellStart"/>
            <w:r w:rsidRPr="00103729">
              <w:rPr>
                <w:sz w:val="18"/>
                <w:szCs w:val="18"/>
              </w:rPr>
              <w:t>zonă</w:t>
            </w:r>
            <w:proofErr w:type="spellEnd"/>
            <w:r w:rsidRPr="00103729">
              <w:rPr>
                <w:sz w:val="18"/>
                <w:szCs w:val="18"/>
              </w:rPr>
              <w:t xml:space="preserve"> </w:t>
            </w:r>
            <w:proofErr w:type="spellStart"/>
            <w:r w:rsidRPr="00103729">
              <w:rPr>
                <w:sz w:val="18"/>
                <w:szCs w:val="18"/>
              </w:rPr>
              <w:t>în</w:t>
            </w:r>
            <w:proofErr w:type="spellEnd"/>
            <w:r w:rsidRPr="00103729">
              <w:rPr>
                <w:sz w:val="18"/>
                <w:szCs w:val="18"/>
              </w:rPr>
              <w:t xml:space="preserve"> </w:t>
            </w:r>
            <w:proofErr w:type="spellStart"/>
            <w:r w:rsidRPr="00103729">
              <w:rPr>
                <w:sz w:val="18"/>
                <w:szCs w:val="18"/>
              </w:rPr>
              <w:t>sistem</w:t>
            </w:r>
            <w:proofErr w:type="spellEnd"/>
            <w:r w:rsidRPr="00103729">
              <w:rPr>
                <w:sz w:val="18"/>
                <w:szCs w:val="18"/>
              </w:rPr>
              <w:t xml:space="preserve"> Stereo 70, </w:t>
            </w:r>
            <w:proofErr w:type="spellStart"/>
            <w:r w:rsidRPr="00103729">
              <w:rPr>
                <w:sz w:val="18"/>
                <w:szCs w:val="18"/>
              </w:rPr>
              <w:t>anexat</w:t>
            </w:r>
            <w:proofErr w:type="spellEnd"/>
          </w:p>
          <w:p w14:paraId="728374F3" w14:textId="77777777" w:rsidR="00246398" w:rsidRPr="00103729" w:rsidRDefault="00246398">
            <w:pPr>
              <w:rPr>
                <w:sz w:val="18"/>
                <w:szCs w:val="18"/>
              </w:rPr>
            </w:pPr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Pr="00246398" w:rsidRDefault="00FA7758">
      <w:pPr>
        <w:spacing w:after="120"/>
        <w:jc w:val="center"/>
        <w:rPr>
          <w:b/>
          <w:bCs/>
          <w:sz w:val="20"/>
          <w:szCs w:val="20"/>
        </w:rPr>
      </w:pPr>
      <w:proofErr w:type="spellStart"/>
      <w:r w:rsidRPr="00246398">
        <w:rPr>
          <w:b/>
          <w:bCs/>
          <w:sz w:val="20"/>
          <w:szCs w:val="20"/>
        </w:rPr>
        <w:t>în</w:t>
      </w:r>
      <w:proofErr w:type="spellEnd"/>
      <w:r w:rsidRPr="00246398">
        <w:rPr>
          <w:b/>
          <w:bCs/>
          <w:sz w:val="20"/>
          <w:szCs w:val="20"/>
        </w:rPr>
        <w:t xml:space="preserve"> </w:t>
      </w:r>
      <w:proofErr w:type="spellStart"/>
      <w:r w:rsidRPr="00246398">
        <w:rPr>
          <w:b/>
          <w:bCs/>
          <w:sz w:val="20"/>
          <w:szCs w:val="20"/>
        </w:rPr>
        <w:t>vederea</w:t>
      </w:r>
      <w:proofErr w:type="spellEnd"/>
      <w:r w:rsidRPr="00246398">
        <w:rPr>
          <w:b/>
          <w:bCs/>
          <w:sz w:val="20"/>
          <w:szCs w:val="20"/>
        </w:rPr>
        <w:t xml:space="preserve"> </w:t>
      </w:r>
      <w:proofErr w:type="spellStart"/>
      <w:r w:rsidRPr="00246398">
        <w:rPr>
          <w:b/>
          <w:bCs/>
          <w:sz w:val="20"/>
          <w:szCs w:val="20"/>
        </w:rPr>
        <w:t>realizării</w:t>
      </w:r>
      <w:proofErr w:type="spellEnd"/>
      <w:r w:rsidRPr="00246398">
        <w:rPr>
          <w:b/>
          <w:bCs/>
          <w:sz w:val="20"/>
          <w:szCs w:val="20"/>
        </w:rPr>
        <w:t xml:space="preserve"> </w:t>
      </w:r>
      <w:proofErr w:type="spellStart"/>
      <w:r w:rsidRPr="00246398">
        <w:rPr>
          <w:b/>
          <w:bCs/>
          <w:sz w:val="20"/>
          <w:szCs w:val="20"/>
        </w:rPr>
        <w:t>lucrărilor</w:t>
      </w:r>
      <w:proofErr w:type="spellEnd"/>
      <w:r w:rsidRPr="00246398">
        <w:rPr>
          <w:b/>
          <w:bCs/>
          <w:sz w:val="20"/>
          <w:szCs w:val="20"/>
        </w:rPr>
        <w:t xml:space="preserve"> </w:t>
      </w:r>
      <w:proofErr w:type="spellStart"/>
      <w:r w:rsidRPr="00246398">
        <w:rPr>
          <w:b/>
          <w:bCs/>
          <w:sz w:val="20"/>
          <w:szCs w:val="20"/>
        </w:rPr>
        <w:t>corespunzătoare</w:t>
      </w:r>
      <w:proofErr w:type="spellEnd"/>
      <w:r w:rsidRPr="00246398">
        <w:rPr>
          <w:b/>
          <w:bCs/>
          <w:sz w:val="20"/>
          <w:szCs w:val="20"/>
        </w:rPr>
        <w:t xml:space="preserve"> </w:t>
      </w:r>
      <w:proofErr w:type="spellStart"/>
      <w:r w:rsidRPr="00246398">
        <w:rPr>
          <w:b/>
          <w:bCs/>
          <w:sz w:val="20"/>
          <w:szCs w:val="20"/>
        </w:rPr>
        <w:t>modificărilor</w:t>
      </w:r>
      <w:proofErr w:type="spellEnd"/>
      <w:r w:rsidRPr="00246398">
        <w:rPr>
          <w:b/>
          <w:bCs/>
          <w:sz w:val="20"/>
          <w:szCs w:val="20"/>
        </w:rPr>
        <w:t xml:space="preserve"> de </w:t>
      </w:r>
      <w:proofErr w:type="spellStart"/>
      <w:r w:rsidRPr="00246398">
        <w:rPr>
          <w:b/>
          <w:bCs/>
          <w:sz w:val="20"/>
          <w:szCs w:val="20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945CC5" w:rsidRPr="00246398" w14:paraId="52091A6E" w14:textId="77777777" w:rsidTr="00246398">
        <w:trPr>
          <w:cantSplit/>
        </w:trPr>
        <w:tc>
          <w:tcPr>
            <w:tcW w:w="10173" w:type="dxa"/>
            <w:shd w:val="clear" w:color="auto" w:fill="F4F4F4"/>
          </w:tcPr>
          <w:p w14:paraId="336558B6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r w:rsidRPr="00246398">
              <w:rPr>
                <w:b/>
                <w:sz w:val="18"/>
                <w:szCs w:val="18"/>
              </w:rPr>
              <w:t xml:space="preserve"> 5. </w:t>
            </w:r>
            <w:r w:rsidRPr="00246398">
              <w:rPr>
                <w:b/>
                <w:color w:val="000000"/>
                <w:sz w:val="18"/>
                <w:szCs w:val="18"/>
              </w:rPr>
              <w:t>MODIFICĂRILE DE TEMĂ SOLICITATE</w:t>
            </w:r>
          </w:p>
        </w:tc>
      </w:tr>
      <w:tr w:rsidR="00945CC5" w:rsidRPr="00246398" w14:paraId="02C46226" w14:textId="77777777" w:rsidTr="00246398">
        <w:trPr>
          <w:cantSplit/>
        </w:trPr>
        <w:tc>
          <w:tcPr>
            <w:tcW w:w="10173" w:type="dxa"/>
          </w:tcPr>
          <w:p w14:paraId="4247D669" w14:textId="77777777" w:rsidR="00945CC5" w:rsidRPr="00246398" w:rsidRDefault="00945CC5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  <w:p w14:paraId="58F95BED" w14:textId="77777777" w:rsidR="00945CC5" w:rsidRPr="00246398" w:rsidRDefault="00945CC5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  <w:p w14:paraId="71486E82" w14:textId="77777777" w:rsidR="00945CC5" w:rsidRPr="00246398" w:rsidRDefault="00945CC5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</w:tc>
      </w:tr>
    </w:tbl>
    <w:p w14:paraId="42F5F517" w14:textId="77777777" w:rsidR="00945CC5" w:rsidRPr="00246398" w:rsidRDefault="00945CC5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552"/>
      </w:tblGrid>
      <w:tr w:rsidR="00945CC5" w:rsidRPr="00246398" w14:paraId="4FC1FA47" w14:textId="77777777" w:rsidTr="00246398">
        <w:trPr>
          <w:cantSplit/>
        </w:trPr>
        <w:tc>
          <w:tcPr>
            <w:tcW w:w="10173" w:type="dxa"/>
            <w:gridSpan w:val="4"/>
            <w:shd w:val="clear" w:color="auto" w:fill="F4F4F4"/>
          </w:tcPr>
          <w:p w14:paraId="70C8506B" w14:textId="4C36B04C" w:rsidR="00945CC5" w:rsidRPr="00246398" w:rsidRDefault="00FA7758">
            <w:pPr>
              <w:keepNext/>
              <w:rPr>
                <w:sz w:val="18"/>
                <w:szCs w:val="18"/>
              </w:rPr>
            </w:pPr>
            <w:r w:rsidRPr="00246398">
              <w:rPr>
                <w:b/>
                <w:sz w:val="18"/>
                <w:szCs w:val="18"/>
              </w:rPr>
              <w:lastRenderedPageBreak/>
              <w:t xml:space="preserve"> 6. </w:t>
            </w:r>
            <w:r w:rsidRPr="00246398">
              <w:rPr>
                <w:b/>
                <w:color w:val="000000"/>
                <w:sz w:val="18"/>
                <w:szCs w:val="18"/>
              </w:rPr>
              <w:t>ECHIPA DE PROIECTARE</w:t>
            </w:r>
          </w:p>
        </w:tc>
      </w:tr>
      <w:tr w:rsidR="00945CC5" w:rsidRPr="00246398" w14:paraId="4ADE42BB" w14:textId="77777777" w:rsidTr="00246398">
        <w:trPr>
          <w:cantSplit/>
        </w:trPr>
        <w:tc>
          <w:tcPr>
            <w:tcW w:w="10173" w:type="dxa"/>
            <w:gridSpan w:val="4"/>
          </w:tcPr>
          <w:p w14:paraId="3F5D7863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r w:rsidRPr="00246398">
              <w:rPr>
                <w:sz w:val="18"/>
                <w:szCs w:val="18"/>
              </w:rPr>
              <w:t xml:space="preserve"> ☐ </w:t>
            </w:r>
            <w:proofErr w:type="spellStart"/>
            <w:r w:rsidR="003E706D" w:rsidRPr="00246398">
              <w:rPr>
                <w:sz w:val="18"/>
                <w:szCs w:val="18"/>
              </w:rPr>
              <w:t>P</w:t>
            </w:r>
            <w:r w:rsidRPr="00246398">
              <w:rPr>
                <w:sz w:val="18"/>
                <w:szCs w:val="18"/>
              </w:rPr>
              <w:t>roiect</w:t>
            </w:r>
            <w:proofErr w:type="spellEnd"/>
            <w:r w:rsidRPr="00246398">
              <w:rPr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</w:rPr>
              <w:t>pentru</w:t>
            </w:r>
            <w:proofErr w:type="spellEnd"/>
            <w:r w:rsidRPr="00246398">
              <w:rPr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</w:rPr>
              <w:t>autorizarea</w:t>
            </w:r>
            <w:proofErr w:type="spellEnd"/>
            <w:r w:rsidRPr="00246398">
              <w:rPr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</w:rPr>
              <w:t>construirii</w:t>
            </w:r>
            <w:proofErr w:type="spellEnd"/>
            <w:r w:rsidR="003E706D" w:rsidRPr="00246398">
              <w:rPr>
                <w:sz w:val="18"/>
                <w:szCs w:val="18"/>
              </w:rPr>
              <w:t xml:space="preserve"> </w:t>
            </w:r>
            <w:proofErr w:type="spellStart"/>
            <w:r w:rsidR="003E706D" w:rsidRPr="00246398">
              <w:rPr>
                <w:sz w:val="18"/>
                <w:szCs w:val="18"/>
              </w:rPr>
              <w:t>actualizat</w:t>
            </w:r>
            <w:proofErr w:type="spellEnd"/>
            <w:r w:rsidRPr="00246398">
              <w:rPr>
                <w:sz w:val="18"/>
                <w:szCs w:val="18"/>
              </w:rPr>
              <w:t xml:space="preserve">     </w:t>
            </w:r>
          </w:p>
          <w:p w14:paraId="5FAB54BA" w14:textId="7AC8D2C1" w:rsidR="00246398" w:rsidRPr="00246398" w:rsidRDefault="00246398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246398" w14:paraId="5CEE7991" w14:textId="77777777" w:rsidTr="00246398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r w:rsidRPr="00246398">
              <w:rPr>
                <w:b/>
                <w:color w:val="0D5F78"/>
                <w:sz w:val="18"/>
                <w:szCs w:val="18"/>
              </w:rPr>
              <w:t xml:space="preserve">Nr. / </w:t>
            </w:r>
            <w:proofErr w:type="gramStart"/>
            <w:r w:rsidRPr="00246398">
              <w:rPr>
                <w:b/>
                <w:color w:val="0D5F78"/>
                <w:sz w:val="18"/>
                <w:szCs w:val="18"/>
              </w:rPr>
              <w:t>data</w:t>
            </w:r>
            <w:proofErr w:type="gram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proiectului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actualizat</w:t>
            </w:r>
            <w:proofErr w:type="spellEnd"/>
          </w:p>
          <w:p w14:paraId="2587A78E" w14:textId="77777777" w:rsidR="00945CC5" w:rsidRPr="00246398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6961" w:type="dxa"/>
            <w:gridSpan w:val="3"/>
          </w:tcPr>
          <w:p w14:paraId="6033B50C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r w:rsidRPr="00246398">
              <w:rPr>
                <w:b/>
                <w:color w:val="0D5F78"/>
                <w:sz w:val="18"/>
                <w:szCs w:val="18"/>
              </w:rPr>
              <w:t>Elaborator (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denumire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+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sediu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>)</w:t>
            </w:r>
          </w:p>
          <w:p w14:paraId="3AB56B9F" w14:textId="77777777" w:rsidR="00945CC5" w:rsidRPr="00246398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246398" w14:paraId="1457A993" w14:textId="77777777" w:rsidTr="00246398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Pr="00246398" w:rsidRDefault="00FA7758">
            <w:pPr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Proiectant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autor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—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arhitect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/ conductor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arhitect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/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arhitect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de interior</w:t>
            </w:r>
          </w:p>
          <w:p w14:paraId="69F7938F" w14:textId="77777777" w:rsidR="00945CC5" w:rsidRPr="00246398" w:rsidRDefault="00945CC5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59E4B71B" w14:textId="77777777" w:rsidR="00945CC5" w:rsidRPr="00246398" w:rsidRDefault="00FA7758">
            <w:pPr>
              <w:rPr>
                <w:sz w:val="18"/>
                <w:szCs w:val="18"/>
              </w:rPr>
            </w:pPr>
            <w:r w:rsidRPr="00246398">
              <w:rPr>
                <w:b/>
                <w:color w:val="0D5F78"/>
                <w:sz w:val="18"/>
                <w:szCs w:val="18"/>
              </w:rPr>
              <w:t>Nr. TNA</w:t>
            </w:r>
          </w:p>
          <w:p w14:paraId="36515EB3" w14:textId="77777777" w:rsidR="00945CC5" w:rsidRPr="00246398" w:rsidRDefault="00945CC5">
            <w:pPr>
              <w:rPr>
                <w:sz w:val="18"/>
                <w:szCs w:val="18"/>
              </w:rPr>
            </w:pPr>
          </w:p>
        </w:tc>
        <w:tc>
          <w:tcPr>
            <w:tcW w:w="4552" w:type="dxa"/>
          </w:tcPr>
          <w:p w14:paraId="6AAAD556" w14:textId="77777777" w:rsidR="00945CC5" w:rsidRPr="00246398" w:rsidRDefault="00FA7758">
            <w:pPr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Ingineri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, pe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specialități</w:t>
            </w:r>
            <w:proofErr w:type="spellEnd"/>
          </w:p>
          <w:p w14:paraId="36C73C0E" w14:textId="77777777" w:rsidR="00945CC5" w:rsidRPr="00246398" w:rsidRDefault="00945CC5">
            <w:pPr>
              <w:rPr>
                <w:sz w:val="18"/>
                <w:szCs w:val="18"/>
              </w:rPr>
            </w:pPr>
          </w:p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552"/>
      </w:tblGrid>
      <w:tr w:rsidR="00945CC5" w:rsidRPr="00246398" w14:paraId="166ED472" w14:textId="77777777" w:rsidTr="00246398">
        <w:trPr>
          <w:cantSplit/>
        </w:trPr>
        <w:tc>
          <w:tcPr>
            <w:tcW w:w="10173" w:type="dxa"/>
            <w:gridSpan w:val="2"/>
            <w:shd w:val="clear" w:color="auto" w:fill="F4F4F4"/>
          </w:tcPr>
          <w:p w14:paraId="38C60F6B" w14:textId="77777777" w:rsidR="00945CC5" w:rsidRDefault="00FA7758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246398">
              <w:rPr>
                <w:b/>
                <w:sz w:val="18"/>
                <w:szCs w:val="18"/>
              </w:rPr>
              <w:t xml:space="preserve"> 7. </w:t>
            </w:r>
            <w:r w:rsidRPr="00246398">
              <w:rPr>
                <w:b/>
                <w:color w:val="000000"/>
                <w:sz w:val="18"/>
                <w:szCs w:val="18"/>
              </w:rPr>
              <w:t>VERIFICAREA TEHNICĂ</w:t>
            </w:r>
          </w:p>
          <w:p w14:paraId="661D8B1D" w14:textId="77777777" w:rsidR="00246398" w:rsidRPr="00246398" w:rsidRDefault="00246398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246398" w14:paraId="7E7DBE5F" w14:textId="77777777" w:rsidTr="00246398">
        <w:trPr>
          <w:cantSplit/>
        </w:trPr>
        <w:tc>
          <w:tcPr>
            <w:tcW w:w="10173" w:type="dxa"/>
            <w:gridSpan w:val="2"/>
          </w:tcPr>
          <w:p w14:paraId="5BC7A924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r w:rsidRPr="00246398">
              <w:rPr>
                <w:sz w:val="18"/>
                <w:szCs w:val="18"/>
              </w:rPr>
              <w:t xml:space="preserve"> ☐ CC 1 / NVP 1     ☐ CC 2 / NVP 2     ☐ CC 3 / NVP 3     ☐ CC 4 / NVP 4</w:t>
            </w:r>
          </w:p>
          <w:p w14:paraId="34D8DC07" w14:textId="77777777" w:rsidR="00246398" w:rsidRPr="00246398" w:rsidRDefault="00246398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246398" w14:paraId="3F9839EA" w14:textId="77777777" w:rsidTr="00246398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rezistență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mecanică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și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stabilitate —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nume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și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prenume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verificator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/ nr.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atestat</w:t>
            </w:r>
            <w:proofErr w:type="spellEnd"/>
          </w:p>
          <w:p w14:paraId="689EA516" w14:textId="77777777" w:rsidR="00945CC5" w:rsidRPr="00246398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552" w:type="dxa"/>
          </w:tcPr>
          <w:p w14:paraId="2930213F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Referat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nr. / </w:t>
            </w:r>
            <w:proofErr w:type="gramStart"/>
            <w:r w:rsidRPr="00246398">
              <w:rPr>
                <w:b/>
                <w:color w:val="0D5F78"/>
                <w:sz w:val="18"/>
                <w:szCs w:val="18"/>
              </w:rPr>
              <w:t>data</w:t>
            </w:r>
            <w:proofErr w:type="gramEnd"/>
          </w:p>
          <w:p w14:paraId="36784913" w14:textId="77777777" w:rsidR="00945CC5" w:rsidRPr="00246398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246398" w14:paraId="5AF38C0F" w14:textId="77777777" w:rsidTr="00246398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securitate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la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incendiu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—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nume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și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prenume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verificator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/ nr.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atestat</w:t>
            </w:r>
            <w:proofErr w:type="spellEnd"/>
          </w:p>
          <w:p w14:paraId="703B95E1" w14:textId="77777777" w:rsidR="00945CC5" w:rsidRPr="00246398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552" w:type="dxa"/>
          </w:tcPr>
          <w:p w14:paraId="38F1D831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Referat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nr. / </w:t>
            </w:r>
            <w:proofErr w:type="gramStart"/>
            <w:r w:rsidRPr="00246398">
              <w:rPr>
                <w:b/>
                <w:color w:val="0D5F78"/>
                <w:sz w:val="18"/>
                <w:szCs w:val="18"/>
              </w:rPr>
              <w:t>data</w:t>
            </w:r>
            <w:proofErr w:type="gramEnd"/>
          </w:p>
          <w:p w14:paraId="30FFA898" w14:textId="77777777" w:rsidR="00945CC5" w:rsidRPr="00246398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246398" w14:paraId="45B15719" w14:textId="77777777" w:rsidTr="00246398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igienă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,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sănătate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și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mediu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înconjurător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—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nume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și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prenume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verificator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/ nr.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atestat</w:t>
            </w:r>
            <w:proofErr w:type="spellEnd"/>
          </w:p>
          <w:p w14:paraId="5BB348F7" w14:textId="77777777" w:rsidR="00945CC5" w:rsidRPr="00246398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552" w:type="dxa"/>
          </w:tcPr>
          <w:p w14:paraId="0803026D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Referat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nr. / </w:t>
            </w:r>
            <w:proofErr w:type="gramStart"/>
            <w:r w:rsidRPr="00246398">
              <w:rPr>
                <w:b/>
                <w:color w:val="0D5F78"/>
                <w:sz w:val="18"/>
                <w:szCs w:val="18"/>
              </w:rPr>
              <w:t>data</w:t>
            </w:r>
            <w:proofErr w:type="gramEnd"/>
          </w:p>
          <w:p w14:paraId="7680C924" w14:textId="77777777" w:rsidR="00945CC5" w:rsidRPr="00246398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246398" w14:paraId="51F908DA" w14:textId="77777777" w:rsidTr="00246398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siguranță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și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accesibilitate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în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exploatare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—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nume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și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prenume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verificator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/ nr.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atestat</w:t>
            </w:r>
            <w:proofErr w:type="spellEnd"/>
          </w:p>
          <w:p w14:paraId="76E92343" w14:textId="77777777" w:rsidR="00945CC5" w:rsidRPr="00246398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552" w:type="dxa"/>
          </w:tcPr>
          <w:p w14:paraId="68FAC4FD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Referat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nr. / </w:t>
            </w:r>
            <w:proofErr w:type="gramStart"/>
            <w:r w:rsidRPr="00246398">
              <w:rPr>
                <w:b/>
                <w:color w:val="0D5F78"/>
                <w:sz w:val="18"/>
                <w:szCs w:val="18"/>
              </w:rPr>
              <w:t>data</w:t>
            </w:r>
            <w:proofErr w:type="gramEnd"/>
          </w:p>
          <w:p w14:paraId="7763FD4A" w14:textId="77777777" w:rsidR="00945CC5" w:rsidRPr="00246398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246398" w14:paraId="58A4A54B" w14:textId="77777777" w:rsidTr="00246398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protecție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împotriva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zgomotului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—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nume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și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prenume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verificator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/ nr.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atestat</w:t>
            </w:r>
            <w:proofErr w:type="spellEnd"/>
          </w:p>
          <w:p w14:paraId="6BFE415A" w14:textId="77777777" w:rsidR="00945CC5" w:rsidRPr="00246398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552" w:type="dxa"/>
          </w:tcPr>
          <w:p w14:paraId="141E13C2" w14:textId="77777777" w:rsidR="00945CC5" w:rsidRPr="00246398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Referat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nr. / </w:t>
            </w:r>
            <w:proofErr w:type="gramStart"/>
            <w:r w:rsidRPr="00246398">
              <w:rPr>
                <w:b/>
                <w:color w:val="0D5F78"/>
                <w:sz w:val="18"/>
                <w:szCs w:val="18"/>
              </w:rPr>
              <w:t>data</w:t>
            </w:r>
            <w:proofErr w:type="gramEnd"/>
          </w:p>
          <w:p w14:paraId="60E8A8E8" w14:textId="77777777" w:rsidR="00945CC5" w:rsidRPr="00246398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246398" w14:paraId="0375A3BD" w14:textId="77777777" w:rsidTr="00246398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Pr="00246398" w:rsidRDefault="00FA7758">
            <w:pPr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economie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de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energie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și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izolare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termică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—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nume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și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prenume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verificator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/ nr.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atestat</w:t>
            </w:r>
            <w:proofErr w:type="spellEnd"/>
          </w:p>
          <w:p w14:paraId="4CDA516A" w14:textId="77777777" w:rsidR="00945CC5" w:rsidRPr="00246398" w:rsidRDefault="00945CC5">
            <w:pPr>
              <w:rPr>
                <w:sz w:val="18"/>
                <w:szCs w:val="18"/>
              </w:rPr>
            </w:pPr>
          </w:p>
        </w:tc>
        <w:tc>
          <w:tcPr>
            <w:tcW w:w="4552" w:type="dxa"/>
          </w:tcPr>
          <w:p w14:paraId="6E723FF9" w14:textId="77777777" w:rsidR="00945CC5" w:rsidRPr="00246398" w:rsidRDefault="00FA7758">
            <w:pPr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Referat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nr. / </w:t>
            </w:r>
            <w:proofErr w:type="gramStart"/>
            <w:r w:rsidRPr="00246398">
              <w:rPr>
                <w:b/>
                <w:color w:val="0D5F78"/>
                <w:sz w:val="18"/>
                <w:szCs w:val="18"/>
              </w:rPr>
              <w:t>data</w:t>
            </w:r>
            <w:proofErr w:type="gramEnd"/>
          </w:p>
          <w:p w14:paraId="300D25F3" w14:textId="77777777" w:rsidR="00945CC5" w:rsidRPr="00246398" w:rsidRDefault="00945CC5">
            <w:pPr>
              <w:rPr>
                <w:sz w:val="18"/>
                <w:szCs w:val="18"/>
              </w:rPr>
            </w:pPr>
          </w:p>
        </w:tc>
      </w:tr>
    </w:tbl>
    <w:p w14:paraId="53172F93" w14:textId="77777777" w:rsidR="00945CC5" w:rsidRPr="00246398" w:rsidRDefault="00945CC5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946"/>
      </w:tblGrid>
      <w:tr w:rsidR="00945CC5" w:rsidRPr="00246398" w14:paraId="0F8A8626" w14:textId="77777777" w:rsidTr="00246398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3976D36E" w14:textId="77777777" w:rsidR="00945CC5" w:rsidRDefault="00FA7758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246398">
              <w:rPr>
                <w:b/>
                <w:sz w:val="18"/>
                <w:szCs w:val="18"/>
              </w:rPr>
              <w:t xml:space="preserve"> 8. </w:t>
            </w:r>
            <w:r w:rsidRPr="00246398">
              <w:rPr>
                <w:b/>
                <w:color w:val="000000"/>
                <w:sz w:val="18"/>
                <w:szCs w:val="18"/>
              </w:rPr>
              <w:t>VALORI ȘI DURATĂ</w:t>
            </w:r>
          </w:p>
          <w:p w14:paraId="3B88F0CC" w14:textId="77777777" w:rsidR="00246398" w:rsidRPr="00246398" w:rsidRDefault="00246398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246398" w14:paraId="781D64DD" w14:textId="77777777" w:rsidTr="00246398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Pr="00246398" w:rsidRDefault="00FA7758">
            <w:pPr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Valoarea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lucrărilor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supuse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autorizării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(lei)</w:t>
            </w:r>
          </w:p>
          <w:p w14:paraId="1E0E077C" w14:textId="77777777" w:rsidR="00945CC5" w:rsidRPr="00246398" w:rsidRDefault="00945CC5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</w:tcPr>
          <w:p w14:paraId="1B41F458" w14:textId="77777777" w:rsidR="00945CC5" w:rsidRPr="00246398" w:rsidRDefault="00FA7758">
            <w:pPr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Valoarea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obiectivului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(lei)</w:t>
            </w:r>
          </w:p>
          <w:p w14:paraId="4C4794B5" w14:textId="77777777" w:rsidR="00945CC5" w:rsidRPr="00246398" w:rsidRDefault="00945CC5">
            <w:pPr>
              <w:rPr>
                <w:sz w:val="18"/>
                <w:szCs w:val="18"/>
              </w:rPr>
            </w:pPr>
          </w:p>
        </w:tc>
        <w:tc>
          <w:tcPr>
            <w:tcW w:w="2946" w:type="dxa"/>
          </w:tcPr>
          <w:p w14:paraId="7120BB31" w14:textId="77777777" w:rsidR="00945CC5" w:rsidRPr="00246398" w:rsidRDefault="00FA7758">
            <w:pPr>
              <w:rPr>
                <w:sz w:val="18"/>
                <w:szCs w:val="18"/>
                <w:lang w:val="fr-FR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  <w:lang w:val="fr-FR"/>
              </w:rPr>
              <w:t>Durata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  <w:lang w:val="fr-FR"/>
              </w:rPr>
              <w:t>estimată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  <w:lang w:val="fr-FR"/>
              </w:rPr>
              <w:t>execuție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  <w:lang w:val="fr-FR"/>
              </w:rPr>
              <w:t>luni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  <w:lang w:val="fr-FR"/>
              </w:rPr>
              <w:t>)</w:t>
            </w:r>
          </w:p>
          <w:p w14:paraId="15308E63" w14:textId="77777777" w:rsidR="00945CC5" w:rsidRDefault="00945CC5">
            <w:pPr>
              <w:rPr>
                <w:sz w:val="18"/>
                <w:szCs w:val="18"/>
                <w:lang w:val="fr-FR"/>
              </w:rPr>
            </w:pPr>
          </w:p>
          <w:p w14:paraId="0FBA4608" w14:textId="77777777" w:rsidR="00246398" w:rsidRPr="00246398" w:rsidRDefault="00246398">
            <w:pPr>
              <w:rPr>
                <w:sz w:val="18"/>
                <w:szCs w:val="18"/>
                <w:lang w:val="fr-FR"/>
              </w:rPr>
            </w:pPr>
          </w:p>
        </w:tc>
      </w:tr>
    </w:tbl>
    <w:p w14:paraId="1AB368D3" w14:textId="77777777" w:rsidR="00945CC5" w:rsidRPr="00246398" w:rsidRDefault="00945CC5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945CC5" w:rsidRPr="00246398" w14:paraId="130D1DDE" w14:textId="77777777" w:rsidTr="00246398">
        <w:trPr>
          <w:cantSplit/>
        </w:trPr>
        <w:tc>
          <w:tcPr>
            <w:tcW w:w="10173" w:type="dxa"/>
            <w:shd w:val="clear" w:color="auto" w:fill="F4F4F4"/>
          </w:tcPr>
          <w:p w14:paraId="07CEBD72" w14:textId="77777777" w:rsidR="00945CC5" w:rsidRDefault="00FA7758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246398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246398">
              <w:rPr>
                <w:b/>
                <w:sz w:val="18"/>
                <w:szCs w:val="18"/>
              </w:rPr>
              <w:t xml:space="preserve">9. </w:t>
            </w:r>
            <w:r w:rsidRPr="00246398">
              <w:rPr>
                <w:b/>
                <w:color w:val="000000"/>
                <w:sz w:val="18"/>
                <w:szCs w:val="18"/>
              </w:rPr>
              <w:t>ANEXEZ LA PREZENTA CERERE</w:t>
            </w:r>
          </w:p>
          <w:p w14:paraId="6FC927EA" w14:textId="77777777" w:rsidR="00246398" w:rsidRPr="00246398" w:rsidRDefault="00246398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246398" w14:paraId="1596EB4C" w14:textId="77777777" w:rsidTr="00246398">
        <w:trPr>
          <w:cantSplit/>
        </w:trPr>
        <w:tc>
          <w:tcPr>
            <w:tcW w:w="10173" w:type="dxa"/>
          </w:tcPr>
          <w:p w14:paraId="7B891FC4" w14:textId="77777777" w:rsidR="00945CC5" w:rsidRDefault="00FA7758">
            <w:pPr>
              <w:keepNext/>
              <w:rPr>
                <w:sz w:val="18"/>
                <w:szCs w:val="18"/>
              </w:rPr>
            </w:pPr>
            <w:r w:rsidRPr="00246398">
              <w:rPr>
                <w:sz w:val="18"/>
                <w:szCs w:val="18"/>
              </w:rPr>
              <w:t xml:space="preserve">☐ a) </w:t>
            </w:r>
            <w:proofErr w:type="spellStart"/>
            <w:r w:rsidRPr="00246398">
              <w:rPr>
                <w:sz w:val="18"/>
                <w:szCs w:val="18"/>
              </w:rPr>
              <w:t>proiectul</w:t>
            </w:r>
            <w:proofErr w:type="spellEnd"/>
            <w:r w:rsidRPr="00246398">
              <w:rPr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</w:rPr>
              <w:t>pentru</w:t>
            </w:r>
            <w:proofErr w:type="spellEnd"/>
            <w:r w:rsidRPr="00246398">
              <w:rPr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</w:rPr>
              <w:t>autorizarea</w:t>
            </w:r>
            <w:proofErr w:type="spellEnd"/>
            <w:r w:rsidRPr="00246398">
              <w:rPr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</w:rPr>
              <w:t>construirii</w:t>
            </w:r>
            <w:proofErr w:type="spellEnd"/>
            <w:r w:rsidRPr="00246398">
              <w:rPr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</w:rPr>
              <w:t>actualizat</w:t>
            </w:r>
            <w:proofErr w:type="spellEnd"/>
            <w:r w:rsidRPr="00246398">
              <w:rPr>
                <w:sz w:val="18"/>
                <w:szCs w:val="18"/>
              </w:rPr>
              <w:t xml:space="preserve">, </w:t>
            </w:r>
            <w:proofErr w:type="spellStart"/>
            <w:r w:rsidRPr="00246398">
              <w:rPr>
                <w:sz w:val="18"/>
                <w:szCs w:val="18"/>
              </w:rPr>
              <w:t>cuprinzând</w:t>
            </w:r>
            <w:proofErr w:type="spellEnd"/>
            <w:r w:rsidRPr="00246398">
              <w:rPr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</w:rPr>
              <w:t>modificările</w:t>
            </w:r>
            <w:proofErr w:type="spellEnd"/>
            <w:r w:rsidRPr="00246398">
              <w:rPr>
                <w:sz w:val="18"/>
                <w:szCs w:val="18"/>
              </w:rPr>
              <w:t xml:space="preserve"> de </w:t>
            </w:r>
            <w:proofErr w:type="spellStart"/>
            <w:r w:rsidRPr="00246398">
              <w:rPr>
                <w:sz w:val="18"/>
                <w:szCs w:val="18"/>
              </w:rPr>
              <w:t>temă</w:t>
            </w:r>
            <w:proofErr w:type="spellEnd"/>
            <w:r w:rsidRPr="00246398">
              <w:rPr>
                <w:sz w:val="18"/>
                <w:szCs w:val="18"/>
              </w:rPr>
              <w:t xml:space="preserve"> (2 </w:t>
            </w:r>
            <w:proofErr w:type="spellStart"/>
            <w:r w:rsidRPr="00246398">
              <w:rPr>
                <w:sz w:val="18"/>
                <w:szCs w:val="18"/>
              </w:rPr>
              <w:t>exemplare</w:t>
            </w:r>
            <w:proofErr w:type="spellEnd"/>
            <w:r w:rsidRPr="00246398">
              <w:rPr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</w:rPr>
              <w:t>originale</w:t>
            </w:r>
            <w:proofErr w:type="spellEnd"/>
            <w:r w:rsidR="004E6AFA" w:rsidRPr="00246398">
              <w:rPr>
                <w:sz w:val="18"/>
                <w:szCs w:val="18"/>
              </w:rPr>
              <w:t xml:space="preserve"> </w:t>
            </w:r>
            <w:proofErr w:type="spellStart"/>
            <w:r w:rsidR="004E6AFA" w:rsidRPr="00246398">
              <w:rPr>
                <w:sz w:val="18"/>
                <w:szCs w:val="18"/>
              </w:rPr>
              <w:t>sau</w:t>
            </w:r>
            <w:proofErr w:type="spellEnd"/>
            <w:r w:rsidR="004E6AFA" w:rsidRPr="00246398">
              <w:rPr>
                <w:sz w:val="18"/>
                <w:szCs w:val="18"/>
              </w:rPr>
              <w:t xml:space="preserve"> 1 exemplar original, </w:t>
            </w:r>
            <w:proofErr w:type="spellStart"/>
            <w:r w:rsidR="004E6AFA" w:rsidRPr="00246398">
              <w:rPr>
                <w:sz w:val="18"/>
                <w:szCs w:val="18"/>
              </w:rPr>
              <w:t>în</w:t>
            </w:r>
            <w:proofErr w:type="spellEnd"/>
            <w:r w:rsidR="004E6AFA" w:rsidRPr="00246398">
              <w:rPr>
                <w:sz w:val="18"/>
                <w:szCs w:val="18"/>
              </w:rPr>
              <w:t xml:space="preserve"> format </w:t>
            </w:r>
            <w:proofErr w:type="spellStart"/>
            <w:r w:rsidR="004E6AFA" w:rsidRPr="00246398">
              <w:rPr>
                <w:sz w:val="18"/>
                <w:szCs w:val="18"/>
              </w:rPr>
              <w:t>letric</w:t>
            </w:r>
            <w:proofErr w:type="spellEnd"/>
            <w:r w:rsidR="004E6AFA" w:rsidRPr="00246398">
              <w:rPr>
                <w:sz w:val="18"/>
                <w:szCs w:val="18"/>
              </w:rPr>
              <w:t xml:space="preserve">, </w:t>
            </w:r>
            <w:proofErr w:type="spellStart"/>
            <w:r w:rsidR="004E6AFA" w:rsidRPr="00246398">
              <w:rPr>
                <w:sz w:val="18"/>
                <w:szCs w:val="18"/>
              </w:rPr>
              <w:t>acolo</w:t>
            </w:r>
            <w:proofErr w:type="spellEnd"/>
            <w:r w:rsidR="004E6AFA" w:rsidRPr="00246398">
              <w:rPr>
                <w:sz w:val="18"/>
                <w:szCs w:val="18"/>
              </w:rPr>
              <w:t xml:space="preserve"> </w:t>
            </w:r>
            <w:proofErr w:type="spellStart"/>
            <w:r w:rsidR="004E6AFA" w:rsidRPr="00246398">
              <w:rPr>
                <w:sz w:val="18"/>
                <w:szCs w:val="18"/>
              </w:rPr>
              <w:t>unde</w:t>
            </w:r>
            <w:proofErr w:type="spellEnd"/>
            <w:r w:rsidR="004E6AFA" w:rsidRPr="00246398">
              <w:rPr>
                <w:sz w:val="18"/>
                <w:szCs w:val="18"/>
              </w:rPr>
              <w:t xml:space="preserve"> </w:t>
            </w:r>
            <w:proofErr w:type="spellStart"/>
            <w:r w:rsidR="004E6AFA" w:rsidRPr="00246398">
              <w:rPr>
                <w:sz w:val="18"/>
                <w:szCs w:val="18"/>
              </w:rPr>
              <w:t>autoritatea</w:t>
            </w:r>
            <w:proofErr w:type="spellEnd"/>
            <w:r w:rsidR="004E6AFA" w:rsidRPr="00246398">
              <w:rPr>
                <w:sz w:val="18"/>
                <w:szCs w:val="18"/>
              </w:rPr>
              <w:t xml:space="preserve"> are </w:t>
            </w:r>
            <w:proofErr w:type="spellStart"/>
            <w:r w:rsidR="004E6AFA" w:rsidRPr="00246398">
              <w:rPr>
                <w:sz w:val="18"/>
                <w:szCs w:val="18"/>
              </w:rPr>
              <w:t>posibilitatea</w:t>
            </w:r>
            <w:proofErr w:type="spellEnd"/>
            <w:r w:rsidR="004E6AFA" w:rsidRPr="00246398">
              <w:rPr>
                <w:sz w:val="18"/>
                <w:szCs w:val="18"/>
              </w:rPr>
              <w:t xml:space="preserve"> de </w:t>
            </w:r>
            <w:proofErr w:type="gramStart"/>
            <w:r w:rsidR="004E6AFA" w:rsidRPr="00246398">
              <w:rPr>
                <w:sz w:val="18"/>
                <w:szCs w:val="18"/>
              </w:rPr>
              <w:t>a</w:t>
            </w:r>
            <w:proofErr w:type="gramEnd"/>
            <w:r w:rsidR="004E6AFA" w:rsidRPr="00246398">
              <w:rPr>
                <w:sz w:val="18"/>
                <w:szCs w:val="18"/>
              </w:rPr>
              <w:t xml:space="preserve"> </w:t>
            </w:r>
            <w:proofErr w:type="spellStart"/>
            <w:r w:rsidR="004E6AFA" w:rsidRPr="00246398">
              <w:rPr>
                <w:sz w:val="18"/>
                <w:szCs w:val="18"/>
              </w:rPr>
              <w:t>arhiva</w:t>
            </w:r>
            <w:proofErr w:type="spellEnd"/>
            <w:r w:rsidR="004E6AFA" w:rsidRPr="00246398">
              <w:rPr>
                <w:sz w:val="18"/>
                <w:szCs w:val="18"/>
              </w:rPr>
              <w:t xml:space="preserve"> </w:t>
            </w:r>
            <w:proofErr w:type="spellStart"/>
            <w:r w:rsidR="004E6AFA" w:rsidRPr="00246398">
              <w:rPr>
                <w:sz w:val="18"/>
                <w:szCs w:val="18"/>
              </w:rPr>
              <w:t>în</w:t>
            </w:r>
            <w:proofErr w:type="spellEnd"/>
            <w:r w:rsidR="004E6AFA" w:rsidRPr="00246398">
              <w:rPr>
                <w:sz w:val="18"/>
                <w:szCs w:val="18"/>
              </w:rPr>
              <w:t xml:space="preserve"> format digital)</w:t>
            </w:r>
            <w:r w:rsidRPr="00246398">
              <w:rPr>
                <w:sz w:val="18"/>
                <w:szCs w:val="18"/>
              </w:rPr>
              <w:t>)</w:t>
            </w:r>
          </w:p>
          <w:p w14:paraId="793F89D0" w14:textId="65510A20" w:rsidR="00246398" w:rsidRPr="00246398" w:rsidRDefault="00246398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246398" w14:paraId="3D45D87D" w14:textId="77777777" w:rsidTr="00246398">
        <w:trPr>
          <w:cantSplit/>
        </w:trPr>
        <w:tc>
          <w:tcPr>
            <w:tcW w:w="10173" w:type="dxa"/>
          </w:tcPr>
          <w:p w14:paraId="1FDF502E" w14:textId="77777777" w:rsidR="00945CC5" w:rsidRDefault="00FA7758">
            <w:pPr>
              <w:keepNext/>
              <w:rPr>
                <w:sz w:val="18"/>
                <w:szCs w:val="18"/>
                <w:lang w:val="fr-FR"/>
              </w:rPr>
            </w:pPr>
            <w:r w:rsidRPr="00246398">
              <w:rPr>
                <w:sz w:val="18"/>
                <w:szCs w:val="18"/>
                <w:lang w:val="fr-FR"/>
              </w:rPr>
              <w:t xml:space="preserve">☐ b)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referatele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verificare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ale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proiectului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actualizat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corespunzător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clasei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consecințe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a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obiectivului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câte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1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exemplar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copie)</w:t>
            </w:r>
          </w:p>
          <w:p w14:paraId="59CD8A77" w14:textId="77777777" w:rsidR="00246398" w:rsidRPr="00246398" w:rsidRDefault="00246398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945CC5" w:rsidRPr="00246398" w14:paraId="78A8F12E" w14:textId="77777777" w:rsidTr="00246398">
        <w:trPr>
          <w:cantSplit/>
        </w:trPr>
        <w:tc>
          <w:tcPr>
            <w:tcW w:w="10173" w:type="dxa"/>
          </w:tcPr>
          <w:p w14:paraId="3B8F0469" w14:textId="77777777" w:rsidR="00945CC5" w:rsidRPr="00246398" w:rsidRDefault="00FA7758">
            <w:pPr>
              <w:keepNext/>
              <w:rPr>
                <w:sz w:val="18"/>
                <w:szCs w:val="18"/>
                <w:lang w:val="fr-FR"/>
              </w:rPr>
            </w:pPr>
            <w:r w:rsidRPr="00246398">
              <w:rPr>
                <w:sz w:val="18"/>
                <w:szCs w:val="18"/>
                <w:lang w:val="fr-FR"/>
              </w:rPr>
              <w:t xml:space="preserve">☐ c) documente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emise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către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emitenții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avizelor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/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acordurilor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din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care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rezultă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că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modificările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temă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se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încadrează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în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limitele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avizelor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emise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inițial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câte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1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exemplar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copie</w:t>
            </w:r>
            <w:proofErr w:type="gramStart"/>
            <w:r w:rsidRPr="00246398">
              <w:rPr>
                <w:sz w:val="18"/>
                <w:szCs w:val="18"/>
                <w:lang w:val="fr-FR"/>
              </w:rPr>
              <w:t>):</w:t>
            </w:r>
            <w:proofErr w:type="gramEnd"/>
          </w:p>
        </w:tc>
      </w:tr>
      <w:tr w:rsidR="00945CC5" w:rsidRPr="00246398" w14:paraId="08527A48" w14:textId="77777777" w:rsidTr="00246398">
        <w:trPr>
          <w:cantSplit/>
        </w:trPr>
        <w:tc>
          <w:tcPr>
            <w:tcW w:w="10173" w:type="dxa"/>
          </w:tcPr>
          <w:p w14:paraId="04396508" w14:textId="77777777" w:rsidR="00945CC5" w:rsidRPr="00246398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sz w:val="18"/>
                <w:szCs w:val="18"/>
                <w:lang w:val="fr-FR"/>
              </w:rPr>
            </w:pPr>
          </w:p>
          <w:p w14:paraId="28E58600" w14:textId="77777777" w:rsidR="00945CC5" w:rsidRPr="00246398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sz w:val="18"/>
                <w:szCs w:val="18"/>
                <w:lang w:val="fr-FR"/>
              </w:rPr>
            </w:pPr>
          </w:p>
        </w:tc>
      </w:tr>
      <w:tr w:rsidR="00945CC5" w:rsidRPr="00246398" w14:paraId="618B1178" w14:textId="77777777" w:rsidTr="00246398">
        <w:trPr>
          <w:cantSplit/>
        </w:trPr>
        <w:tc>
          <w:tcPr>
            <w:tcW w:w="10173" w:type="dxa"/>
          </w:tcPr>
          <w:p w14:paraId="7332B10A" w14:textId="77777777" w:rsidR="00945CC5" w:rsidRDefault="00FA7758">
            <w:pPr>
              <w:keepNext/>
              <w:rPr>
                <w:sz w:val="18"/>
                <w:szCs w:val="18"/>
                <w:lang w:val="fr-FR"/>
              </w:rPr>
            </w:pPr>
            <w:r w:rsidRPr="00246398">
              <w:rPr>
                <w:sz w:val="18"/>
                <w:szCs w:val="18"/>
                <w:lang w:val="fr-FR"/>
              </w:rPr>
              <w:t xml:space="preserve">☐ d)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autorizația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de construire /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desființare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inițială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și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proiectul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vizat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spre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neschimbare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(copie)</w:t>
            </w:r>
          </w:p>
          <w:p w14:paraId="5F29CC2F" w14:textId="77777777" w:rsidR="00246398" w:rsidRPr="00246398" w:rsidRDefault="00246398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945CC5" w:rsidRPr="00246398" w14:paraId="7F04706F" w14:textId="77777777" w:rsidTr="00246398">
        <w:trPr>
          <w:cantSplit/>
        </w:trPr>
        <w:tc>
          <w:tcPr>
            <w:tcW w:w="10173" w:type="dxa"/>
          </w:tcPr>
          <w:p w14:paraId="1DD454CC" w14:textId="77777777" w:rsidR="004E6AFA" w:rsidRDefault="00FA7758">
            <w:pPr>
              <w:rPr>
                <w:sz w:val="18"/>
                <w:szCs w:val="18"/>
                <w:lang w:val="fr-FR"/>
              </w:rPr>
            </w:pPr>
            <w:r w:rsidRPr="00246398">
              <w:rPr>
                <w:sz w:val="18"/>
                <w:szCs w:val="18"/>
                <w:lang w:val="fr-FR"/>
              </w:rPr>
              <w:t xml:space="preserve">☐ e)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rapoartele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expertiză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tehnică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dacă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este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cazul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    </w:t>
            </w:r>
          </w:p>
          <w:p w14:paraId="2F2A261A" w14:textId="0AFE6976" w:rsidR="00945CC5" w:rsidRPr="00246398" w:rsidRDefault="00945CC5">
            <w:pPr>
              <w:rPr>
                <w:sz w:val="18"/>
                <w:szCs w:val="18"/>
                <w:lang w:val="fr-FR"/>
              </w:rPr>
            </w:pPr>
          </w:p>
        </w:tc>
      </w:tr>
      <w:tr w:rsidR="00246398" w:rsidRPr="00246398" w14:paraId="331D9253" w14:textId="77777777" w:rsidTr="002463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73" w:type="dxa"/>
          </w:tcPr>
          <w:p w14:paraId="44537A2F" w14:textId="77777777" w:rsidR="00246398" w:rsidRPr="00246398" w:rsidRDefault="00246398" w:rsidP="005C798B">
            <w:pPr>
              <w:rPr>
                <w:sz w:val="18"/>
                <w:szCs w:val="18"/>
                <w:lang w:val="fr-FR"/>
              </w:rPr>
            </w:pPr>
          </w:p>
          <w:p w14:paraId="4206A2E3" w14:textId="77777777" w:rsidR="00246398" w:rsidRDefault="00246398" w:rsidP="005C798B">
            <w:pPr>
              <w:rPr>
                <w:sz w:val="18"/>
                <w:szCs w:val="18"/>
                <w:lang w:val="fr-FR"/>
              </w:rPr>
            </w:pPr>
            <w:r w:rsidRPr="00246398">
              <w:rPr>
                <w:sz w:val="18"/>
                <w:szCs w:val="18"/>
                <w:lang w:val="fr-FR"/>
              </w:rPr>
              <w:t xml:space="preserve">☐ f)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documentele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plată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a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taxelor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legale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(copie)    </w:t>
            </w:r>
          </w:p>
          <w:p w14:paraId="51833F3B" w14:textId="5D207A74" w:rsidR="00246398" w:rsidRPr="00246398" w:rsidRDefault="00246398" w:rsidP="005C798B">
            <w:pPr>
              <w:rPr>
                <w:sz w:val="18"/>
                <w:szCs w:val="18"/>
                <w:lang w:val="fr-FR"/>
              </w:rPr>
            </w:pPr>
            <w:r w:rsidRPr="00246398">
              <w:rPr>
                <w:sz w:val="18"/>
                <w:szCs w:val="18"/>
                <w:lang w:val="fr-FR"/>
              </w:rPr>
              <w:t xml:space="preserve"> </w:t>
            </w:r>
          </w:p>
        </w:tc>
      </w:tr>
      <w:tr w:rsidR="00246398" w:rsidRPr="00246398" w14:paraId="518CA640" w14:textId="77777777" w:rsidTr="002463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73" w:type="dxa"/>
          </w:tcPr>
          <w:p w14:paraId="53A83993" w14:textId="77777777" w:rsidR="00246398" w:rsidRDefault="00246398" w:rsidP="005C798B">
            <w:pPr>
              <w:rPr>
                <w:sz w:val="18"/>
                <w:szCs w:val="18"/>
                <w:lang w:val="fr-FR"/>
              </w:rPr>
            </w:pPr>
            <w:r w:rsidRPr="00246398">
              <w:rPr>
                <w:sz w:val="18"/>
                <w:szCs w:val="18"/>
                <w:lang w:val="fr-FR"/>
              </w:rPr>
              <w:t xml:space="preserve">☐ g)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împuternicirea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dacă</w:t>
            </w:r>
            <w:proofErr w:type="spellEnd"/>
            <w:r w:rsidRPr="00246398">
              <w:rPr>
                <w:sz w:val="18"/>
                <w:szCs w:val="18"/>
                <w:lang w:val="fr-FR"/>
              </w:rPr>
              <w:t xml:space="preserve"> este </w:t>
            </w:r>
            <w:proofErr w:type="spellStart"/>
            <w:r w:rsidRPr="00246398">
              <w:rPr>
                <w:sz w:val="18"/>
                <w:szCs w:val="18"/>
                <w:lang w:val="fr-FR"/>
              </w:rPr>
              <w:t>cazul</w:t>
            </w:r>
            <w:proofErr w:type="spellEnd"/>
          </w:p>
          <w:p w14:paraId="1989ABB3" w14:textId="51D316B1" w:rsidR="00246398" w:rsidRPr="00246398" w:rsidRDefault="00246398" w:rsidP="005C798B">
            <w:pPr>
              <w:rPr>
                <w:sz w:val="18"/>
                <w:szCs w:val="18"/>
                <w:lang w:val="fr-FR"/>
              </w:rPr>
            </w:pPr>
          </w:p>
        </w:tc>
      </w:tr>
    </w:tbl>
    <w:p w14:paraId="685A4CFB" w14:textId="77777777" w:rsidR="00945CC5" w:rsidRPr="00246398" w:rsidRDefault="00945CC5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945CC5" w:rsidRPr="00246398" w14:paraId="490E47D5" w14:textId="77777777" w:rsidTr="00246398">
        <w:trPr>
          <w:cantSplit/>
        </w:trPr>
        <w:tc>
          <w:tcPr>
            <w:tcW w:w="10173" w:type="dxa"/>
          </w:tcPr>
          <w:p w14:paraId="6B48205C" w14:textId="2F6193AC" w:rsidR="00945CC5" w:rsidRPr="00246398" w:rsidRDefault="00FA7758">
            <w:pPr>
              <w:spacing w:line="228" w:lineRule="auto"/>
              <w:rPr>
                <w:sz w:val="18"/>
                <w:szCs w:val="18"/>
              </w:rPr>
            </w:pP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Declar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pe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propria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răspundere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sub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sancțiunea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Codului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penal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privind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infracțiunea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fals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în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declarații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că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datele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menționate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în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prezenta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cerere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sunt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reale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și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exacte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și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că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am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formulat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prezenta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cerere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anterior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începerii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lucrărilor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asupra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elementelor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supuse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modificării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astfel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cum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stabilește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 art. 293 </w:t>
            </w:r>
            <w:proofErr w:type="spellStart"/>
            <w:r w:rsidRPr="00246398">
              <w:rPr>
                <w:i/>
                <w:sz w:val="18"/>
                <w:szCs w:val="18"/>
                <w:lang w:val="fr-FR"/>
              </w:rPr>
              <w:t>alin</w:t>
            </w:r>
            <w:proofErr w:type="spellEnd"/>
            <w:r w:rsidRPr="00246398">
              <w:rPr>
                <w:i/>
                <w:sz w:val="18"/>
                <w:szCs w:val="18"/>
                <w:lang w:val="fr-FR"/>
              </w:rPr>
              <w:t xml:space="preserve">. </w:t>
            </w:r>
            <w:r w:rsidRPr="00246398">
              <w:rPr>
                <w:i/>
                <w:sz w:val="18"/>
                <w:szCs w:val="18"/>
              </w:rPr>
              <w:t>(2) din Lege</w:t>
            </w:r>
            <w:r w:rsidR="00A71320" w:rsidRPr="00246398">
              <w:rPr>
                <w:i/>
                <w:sz w:val="18"/>
                <w:szCs w:val="18"/>
              </w:rPr>
              <w:t>a nr. 169/2026</w:t>
            </w:r>
            <w:r w:rsidRPr="00246398">
              <w:rPr>
                <w:i/>
                <w:sz w:val="18"/>
                <w:szCs w:val="18"/>
              </w:rPr>
              <w:t>.</w:t>
            </w:r>
          </w:p>
        </w:tc>
      </w:tr>
    </w:tbl>
    <w:p w14:paraId="43E68B1F" w14:textId="77777777" w:rsidR="00945CC5" w:rsidRPr="00246398" w:rsidRDefault="00945CC5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749"/>
      </w:tblGrid>
      <w:tr w:rsidR="00945CC5" w:rsidRPr="00246398" w14:paraId="45690047" w14:textId="77777777" w:rsidTr="00246398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28F8ED91" w14:textId="77777777" w:rsidR="00945CC5" w:rsidRDefault="00FA7758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246398">
              <w:rPr>
                <w:b/>
                <w:sz w:val="18"/>
                <w:szCs w:val="18"/>
              </w:rPr>
              <w:t xml:space="preserve"> 10. </w:t>
            </w:r>
            <w:r w:rsidRPr="00246398">
              <w:rPr>
                <w:b/>
                <w:color w:val="000000"/>
                <w:sz w:val="18"/>
                <w:szCs w:val="18"/>
              </w:rPr>
              <w:t>DATA ȘI SEMNĂTURA</w:t>
            </w:r>
          </w:p>
          <w:p w14:paraId="7E740ECE" w14:textId="77777777" w:rsidR="00246398" w:rsidRPr="00246398" w:rsidRDefault="00246398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246398" w14:paraId="76013567" w14:textId="77777777" w:rsidTr="00246398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Pr="00246398" w:rsidRDefault="00FA7758">
            <w:pPr>
              <w:rPr>
                <w:sz w:val="18"/>
                <w:szCs w:val="18"/>
              </w:rPr>
            </w:pPr>
            <w:r w:rsidRPr="00246398">
              <w:rPr>
                <w:b/>
                <w:color w:val="0D5F78"/>
                <w:sz w:val="18"/>
                <w:szCs w:val="18"/>
              </w:rPr>
              <w:t>Data</w:t>
            </w:r>
          </w:p>
          <w:p w14:paraId="73E03F31" w14:textId="77777777" w:rsidR="00945CC5" w:rsidRPr="00246398" w:rsidRDefault="00945CC5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</w:tcPr>
          <w:p w14:paraId="7CE53D19" w14:textId="77777777" w:rsidR="00945CC5" w:rsidRPr="00246398" w:rsidRDefault="00FA7758">
            <w:pPr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Titularul</w:t>
            </w:r>
            <w:proofErr w:type="spellEnd"/>
            <w:r w:rsidRPr="00246398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autorizației</w:t>
            </w:r>
            <w:proofErr w:type="spellEnd"/>
          </w:p>
          <w:p w14:paraId="0165E37E" w14:textId="77777777" w:rsidR="00945CC5" w:rsidRPr="00246398" w:rsidRDefault="00945CC5">
            <w:pPr>
              <w:rPr>
                <w:sz w:val="18"/>
                <w:szCs w:val="18"/>
              </w:rPr>
            </w:pPr>
          </w:p>
        </w:tc>
        <w:tc>
          <w:tcPr>
            <w:tcW w:w="3749" w:type="dxa"/>
          </w:tcPr>
          <w:p w14:paraId="3CD5128B" w14:textId="77777777" w:rsidR="00945CC5" w:rsidRPr="00246398" w:rsidRDefault="00FA7758">
            <w:pPr>
              <w:rPr>
                <w:sz w:val="18"/>
                <w:szCs w:val="18"/>
              </w:rPr>
            </w:pPr>
            <w:proofErr w:type="spellStart"/>
            <w:r w:rsidRPr="00246398">
              <w:rPr>
                <w:b/>
                <w:color w:val="0D5F78"/>
                <w:sz w:val="18"/>
                <w:szCs w:val="18"/>
              </w:rPr>
              <w:t>Semnătura</w:t>
            </w:r>
            <w:proofErr w:type="spellEnd"/>
          </w:p>
          <w:p w14:paraId="689CF615" w14:textId="77777777" w:rsidR="00945CC5" w:rsidRDefault="00945CC5">
            <w:pPr>
              <w:rPr>
                <w:sz w:val="18"/>
                <w:szCs w:val="18"/>
              </w:rPr>
            </w:pPr>
          </w:p>
          <w:p w14:paraId="55353A0F" w14:textId="77777777" w:rsidR="00246398" w:rsidRPr="00246398" w:rsidRDefault="00246398">
            <w:pPr>
              <w:rPr>
                <w:sz w:val="18"/>
                <w:szCs w:val="18"/>
              </w:rPr>
            </w:pPr>
          </w:p>
        </w:tc>
      </w:tr>
    </w:tbl>
    <w:p w14:paraId="276A9619" w14:textId="77777777" w:rsidR="00945CC5" w:rsidRPr="00246398" w:rsidRDefault="00945CC5">
      <w:pPr>
        <w:spacing w:line="168" w:lineRule="auto"/>
        <w:rPr>
          <w:sz w:val="18"/>
          <w:szCs w:val="18"/>
        </w:rPr>
      </w:pPr>
    </w:p>
    <w:sectPr w:rsidR="00945CC5" w:rsidRPr="00246398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79658" w14:textId="77777777" w:rsidR="00114BB4" w:rsidRDefault="00114BB4">
      <w:r>
        <w:separator/>
      </w:r>
    </w:p>
  </w:endnote>
  <w:endnote w:type="continuationSeparator" w:id="0">
    <w:p w14:paraId="1163DBAB" w14:textId="77777777" w:rsidR="00114BB4" w:rsidRDefault="00114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0161" w14:textId="1BD49E66" w:rsidR="00945CC5" w:rsidRDefault="00FA7758">
    <w:pPr>
      <w:pStyle w:val="Subsol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36FA2" w14:textId="77777777" w:rsidR="00114BB4" w:rsidRDefault="00114BB4">
      <w:r>
        <w:separator/>
      </w:r>
    </w:p>
  </w:footnote>
  <w:footnote w:type="continuationSeparator" w:id="0">
    <w:p w14:paraId="232B467A" w14:textId="77777777" w:rsidR="00114BB4" w:rsidRDefault="00114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1256731">
    <w:abstractNumId w:val="8"/>
  </w:num>
  <w:num w:numId="2" w16cid:durableId="1587375126">
    <w:abstractNumId w:val="6"/>
  </w:num>
  <w:num w:numId="3" w16cid:durableId="983001482">
    <w:abstractNumId w:val="5"/>
  </w:num>
  <w:num w:numId="4" w16cid:durableId="1365521194">
    <w:abstractNumId w:val="4"/>
  </w:num>
  <w:num w:numId="5" w16cid:durableId="1835219484">
    <w:abstractNumId w:val="7"/>
  </w:num>
  <w:num w:numId="6" w16cid:durableId="246774504">
    <w:abstractNumId w:val="3"/>
  </w:num>
  <w:num w:numId="7" w16cid:durableId="42485334">
    <w:abstractNumId w:val="2"/>
  </w:num>
  <w:num w:numId="8" w16cid:durableId="1686519821">
    <w:abstractNumId w:val="1"/>
  </w:num>
  <w:num w:numId="9" w16cid:durableId="652297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3729"/>
    <w:rsid w:val="00114BB4"/>
    <w:rsid w:val="0015074B"/>
    <w:rsid w:val="00246398"/>
    <w:rsid w:val="0029639D"/>
    <w:rsid w:val="002F7EE8"/>
    <w:rsid w:val="00326F90"/>
    <w:rsid w:val="003E706D"/>
    <w:rsid w:val="004E6AFA"/>
    <w:rsid w:val="006C103E"/>
    <w:rsid w:val="00761DDC"/>
    <w:rsid w:val="00944510"/>
    <w:rsid w:val="00945CC5"/>
    <w:rsid w:val="009E72C7"/>
    <w:rsid w:val="00A71320"/>
    <w:rsid w:val="00AA1D8D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2463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Floarea-Olivia TIMOCE</cp:lastModifiedBy>
  <cp:revision>3</cp:revision>
  <dcterms:created xsi:type="dcterms:W3CDTF">2013-12-23T23:15:00Z</dcterms:created>
  <dcterms:modified xsi:type="dcterms:W3CDTF">2026-09-10T12:03:00Z</dcterms:modified>
  <cp:category/>
</cp:coreProperties>
</file>