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8C0DFA" w14:paraId="44AB71CE" w14:textId="77777777" w:rsidTr="00765FED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439DE260" w14:textId="77777777" w:rsidR="008C0DFA" w:rsidRPr="008B59BF" w:rsidRDefault="008C0DFA" w:rsidP="00765FED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35215801" wp14:editId="5B39F162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1B025CB6" w14:textId="77777777" w:rsidR="008C0DFA" w:rsidRPr="001D1DDD" w:rsidRDefault="008C0DFA" w:rsidP="00765FED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8C0DFA" w14:paraId="0AC408A0" w14:textId="77777777" w:rsidTr="00765FED">
        <w:trPr>
          <w:cantSplit/>
          <w:trHeight w:val="328"/>
        </w:trPr>
        <w:tc>
          <w:tcPr>
            <w:tcW w:w="1606" w:type="dxa"/>
            <w:vMerge/>
          </w:tcPr>
          <w:p w14:paraId="0039D4D1" w14:textId="77777777" w:rsidR="008C0DFA" w:rsidRPr="008B59BF" w:rsidRDefault="008C0DFA" w:rsidP="00765FED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45A5F565" w14:textId="77777777" w:rsidR="008C0DFA" w:rsidRPr="001D1DDD" w:rsidRDefault="008C0DFA" w:rsidP="00765FED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8C0DFA" w14:paraId="0EF96225" w14:textId="77777777" w:rsidTr="00765FED">
        <w:trPr>
          <w:cantSplit/>
          <w:trHeight w:val="1126"/>
        </w:trPr>
        <w:tc>
          <w:tcPr>
            <w:tcW w:w="1606" w:type="dxa"/>
            <w:vMerge/>
          </w:tcPr>
          <w:p w14:paraId="1D8B9754" w14:textId="77777777" w:rsidR="008C0DFA" w:rsidRPr="008B59BF" w:rsidRDefault="008C0DFA" w:rsidP="00765FED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0F3923A5" w14:textId="77777777" w:rsidR="008C0DFA" w:rsidRPr="001D1DDD" w:rsidRDefault="008C0DFA" w:rsidP="00765FED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E193847" w14:textId="77777777" w:rsidR="008C0DFA" w:rsidRDefault="008C0DFA" w:rsidP="00765FED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4890AC45" w14:textId="77777777" w:rsidR="008C0DFA" w:rsidRPr="001D1DDD" w:rsidRDefault="008C0DFA" w:rsidP="00765FED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712DC0E9" w14:textId="77777777" w:rsidR="008C0DFA" w:rsidRDefault="008C0DFA" w:rsidP="00765FED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034E8F6D" w14:textId="77777777" w:rsidR="008C0DFA" w:rsidRPr="001D1DDD" w:rsidRDefault="008C0DFA" w:rsidP="00765FED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77E107E9" w14:textId="77777777" w:rsidR="008C0DFA" w:rsidRPr="006A2001" w:rsidRDefault="008C0DFA" w:rsidP="00765FED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8C0DFA" w14:paraId="2063F100" w14:textId="77777777" w:rsidTr="00765FED">
        <w:trPr>
          <w:cantSplit/>
          <w:trHeight w:val="510"/>
        </w:trPr>
        <w:tc>
          <w:tcPr>
            <w:tcW w:w="1606" w:type="dxa"/>
            <w:vMerge/>
          </w:tcPr>
          <w:p w14:paraId="1036F099" w14:textId="77777777" w:rsidR="008C0DFA" w:rsidRPr="008B59BF" w:rsidRDefault="008C0DFA" w:rsidP="00765FED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6B8D82E" w14:textId="77777777" w:rsidR="008C0DFA" w:rsidRPr="001D1DDD" w:rsidRDefault="008C0DFA" w:rsidP="00765FED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1C4A11D6" w14:textId="77777777" w:rsidR="008C0DFA" w:rsidRPr="001D1DDD" w:rsidRDefault="008C0DFA" w:rsidP="00765FE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609B1043" w14:textId="77777777" w:rsidR="008C0DFA" w:rsidRPr="001D1DDD" w:rsidRDefault="008C0DFA" w:rsidP="00765FED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37CBCC28" w14:textId="77777777" w:rsidR="008C0DFA" w:rsidRPr="001D1DDD" w:rsidRDefault="008C0DFA" w:rsidP="00765FED">
            <w:pPr>
              <w:keepNext/>
              <w:rPr>
                <w:sz w:val="18"/>
                <w:szCs w:val="18"/>
              </w:rPr>
            </w:pPr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Pr="007103E7" w:rsidRDefault="00000000">
      <w:pPr>
        <w:spacing w:after="120"/>
        <w:jc w:val="center"/>
        <w:rPr>
          <w:b/>
          <w:bCs/>
          <w:sz w:val="26"/>
          <w:szCs w:val="26"/>
        </w:rPr>
      </w:pPr>
      <w:proofErr w:type="spellStart"/>
      <w:r w:rsidRPr="007103E7">
        <w:rPr>
          <w:b/>
          <w:bCs/>
          <w:sz w:val="26"/>
          <w:szCs w:val="26"/>
        </w:rPr>
        <w:t>privind</w:t>
      </w:r>
      <w:proofErr w:type="spellEnd"/>
      <w:r w:rsidRPr="007103E7">
        <w:rPr>
          <w:b/>
          <w:bCs/>
          <w:sz w:val="26"/>
          <w:szCs w:val="26"/>
        </w:rPr>
        <w:t xml:space="preserve"> </w:t>
      </w:r>
      <w:proofErr w:type="spellStart"/>
      <w:r w:rsidRPr="007103E7">
        <w:rPr>
          <w:b/>
          <w:bCs/>
          <w:sz w:val="26"/>
          <w:szCs w:val="26"/>
        </w:rPr>
        <w:t>încheierea</w:t>
      </w:r>
      <w:proofErr w:type="spellEnd"/>
      <w:r w:rsidRPr="007103E7">
        <w:rPr>
          <w:b/>
          <w:bCs/>
          <w:sz w:val="26"/>
          <w:szCs w:val="26"/>
        </w:rPr>
        <w:t xml:space="preserve"> </w:t>
      </w:r>
      <w:proofErr w:type="spellStart"/>
      <w:r w:rsidRPr="007103E7">
        <w:rPr>
          <w:b/>
          <w:bCs/>
          <w:sz w:val="26"/>
          <w:szCs w:val="26"/>
        </w:rPr>
        <w:t>execuției</w:t>
      </w:r>
      <w:proofErr w:type="spellEnd"/>
      <w:r w:rsidRPr="007103E7">
        <w:rPr>
          <w:b/>
          <w:bCs/>
          <w:sz w:val="26"/>
          <w:szCs w:val="26"/>
        </w:rPr>
        <w:t xml:space="preserve"> </w:t>
      </w:r>
      <w:proofErr w:type="spellStart"/>
      <w:r w:rsidRPr="007103E7">
        <w:rPr>
          <w:b/>
          <w:bCs/>
          <w:sz w:val="26"/>
          <w:szCs w:val="26"/>
        </w:rPr>
        <w:t>lucrărilor</w:t>
      </w:r>
      <w:proofErr w:type="spellEnd"/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 w:rsidTr="008C0DFA">
        <w:trPr>
          <w:cantSplit/>
          <w:trHeight w:val="374"/>
        </w:trPr>
        <w:tc>
          <w:tcPr>
            <w:tcW w:w="9636" w:type="dxa"/>
          </w:tcPr>
          <w:p w14:paraId="29E26C9F" w14:textId="2B6ACB34" w:rsidR="00AD35FD" w:rsidRPr="007050CD" w:rsidRDefault="008C0DFA" w:rsidP="007050CD">
            <w:pPr>
              <w:keepNext/>
              <w:rPr>
                <w:lang w:val="fr-FR"/>
              </w:rPr>
            </w:pPr>
            <w:proofErr w:type="spellStart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proofErr w:type="spellEnd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lang w:val="fr-FR"/>
              </w:rPr>
              <w:t xml:space="preserve">: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8C0DFA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sz w:val="18"/>
                <w:szCs w:val="18"/>
              </w:rPr>
              <w:t xml:space="preserve"> 2. </w:t>
            </w:r>
            <w:r w:rsidRPr="008C0DFA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AD35FD" w:rsidRPr="008C0DFA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</w:p>
          <w:p w14:paraId="1460DBA2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CNP</w:t>
            </w:r>
          </w:p>
          <w:p w14:paraId="5C61E18C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sz w:val="18"/>
                <w:szCs w:val="18"/>
              </w:rPr>
              <w:t xml:space="preserve"> Act de </w:t>
            </w:r>
            <w:proofErr w:type="spellStart"/>
            <w:r w:rsidRPr="008C0DFA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AD35FD" w:rsidRPr="008C0DFA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Seria</w:t>
            </w:r>
          </w:p>
          <w:p w14:paraId="304A3F5A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B6D2861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Numărul</w:t>
            </w:r>
            <w:proofErr w:type="spellEnd"/>
          </w:p>
          <w:p w14:paraId="15B2CC0F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Eliberat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de</w:t>
            </w:r>
          </w:p>
          <w:p w14:paraId="68E9A4D7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665BF0B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685EFB42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AD35FD" w:rsidRPr="008C0DFA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</w:p>
          <w:p w14:paraId="6176509F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Municipiul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orașul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comuna</w:t>
            </w:r>
            <w:proofErr w:type="spellEnd"/>
          </w:p>
          <w:p w14:paraId="78AF07E4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Satul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sectorul</w:t>
            </w:r>
            <w:proofErr w:type="spellEnd"/>
          </w:p>
          <w:p w14:paraId="2ABA8A3A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7BA56E68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1489889D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Nr.</w:t>
            </w:r>
          </w:p>
          <w:p w14:paraId="7B4ABA2F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CD5A464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Sc.</w:t>
            </w:r>
          </w:p>
          <w:p w14:paraId="2B109255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5CA800D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Et.</w:t>
            </w:r>
          </w:p>
          <w:p w14:paraId="349F3CE7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BF03D03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Ap.</w:t>
            </w:r>
          </w:p>
          <w:p w14:paraId="2A6186CA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A7CC008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1EDFEC25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0F72F70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Țara</w:t>
            </w:r>
            <w:proofErr w:type="spellEnd"/>
          </w:p>
          <w:p w14:paraId="487B61C5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sz w:val="18"/>
                <w:szCs w:val="18"/>
              </w:rPr>
              <w:t xml:space="preserve"> Date de contact</w:t>
            </w:r>
          </w:p>
        </w:tc>
      </w:tr>
      <w:tr w:rsidR="00AD35FD" w:rsidRPr="008C0DFA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9CC712B" w14:textId="6122FF51" w:rsidR="00AD35FD" w:rsidRPr="008C0DFA" w:rsidRDefault="00000000" w:rsidP="008C0DFA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Telefon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</w:t>
            </w:r>
          </w:p>
        </w:tc>
        <w:tc>
          <w:tcPr>
            <w:tcW w:w="5621" w:type="dxa"/>
            <w:gridSpan w:val="5"/>
          </w:tcPr>
          <w:p w14:paraId="731E3EAF" w14:textId="77777777" w:rsidR="00AD35FD" w:rsidRPr="008C0DFA" w:rsidRDefault="00000000">
            <w:pPr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6A57A506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</w:tr>
    </w:tbl>
    <w:p w14:paraId="4D9D1FE5" w14:textId="77777777" w:rsidR="00AD35FD" w:rsidRPr="008C0DFA" w:rsidRDefault="00AD35FD">
      <w:pPr>
        <w:spacing w:line="168" w:lineRule="auto"/>
        <w:rPr>
          <w:sz w:val="18"/>
          <w:szCs w:val="18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8C0DFA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8C0DFA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8C0DFA">
              <w:rPr>
                <w:b/>
                <w:sz w:val="18"/>
                <w:szCs w:val="18"/>
                <w:lang w:val="fr-FR"/>
              </w:rPr>
              <w:t xml:space="preserve"> 3. </w:t>
            </w:r>
            <w:r w:rsidRPr="008C0DFA">
              <w:rPr>
                <w:b/>
                <w:color w:val="000000"/>
                <w:sz w:val="18"/>
                <w:szCs w:val="18"/>
                <w:lang w:val="fr-FR"/>
              </w:rPr>
              <w:t>TITULAR AL AUTORIZAȚIEI DE CONSTRUIRE / DESFIINȚARE</w:t>
            </w:r>
          </w:p>
        </w:tc>
      </w:tr>
      <w:tr w:rsidR="00AD35FD" w:rsidRPr="008C0DFA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Nr.</w:t>
            </w:r>
          </w:p>
          <w:p w14:paraId="7D760159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331EAC7E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3ACC2CAC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</w:tcPr>
          <w:p w14:paraId="45DAA697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Emisă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de</w:t>
            </w:r>
          </w:p>
          <w:p w14:paraId="7035BC1B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emisă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pentru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executarea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lucrărilor</w:t>
            </w:r>
            <w:proofErr w:type="spellEnd"/>
            <w:r w:rsidRPr="008C0DFA">
              <w:rPr>
                <w:sz w:val="18"/>
                <w:szCs w:val="18"/>
              </w:rPr>
              <w:t xml:space="preserve"> de </w:t>
            </w:r>
            <w:proofErr w:type="spellStart"/>
            <w:r w:rsidRPr="008C0DFA">
              <w:rPr>
                <w:sz w:val="18"/>
                <w:szCs w:val="18"/>
              </w:rPr>
              <w:t>construcții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privind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construirea</w:t>
            </w:r>
            <w:proofErr w:type="spellEnd"/>
            <w:r w:rsidRPr="008C0DFA">
              <w:rPr>
                <w:sz w:val="18"/>
                <w:szCs w:val="18"/>
              </w:rPr>
              <w:t xml:space="preserve"> / </w:t>
            </w:r>
            <w:proofErr w:type="spellStart"/>
            <w:r w:rsidRPr="008C0DFA">
              <w:rPr>
                <w:sz w:val="18"/>
                <w:szCs w:val="18"/>
              </w:rPr>
              <w:t>desființarea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construcțiilor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și</w:t>
            </w:r>
            <w:proofErr w:type="spellEnd"/>
            <w:r w:rsidRPr="008C0DFA">
              <w:rPr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sz w:val="18"/>
                <w:szCs w:val="18"/>
              </w:rPr>
              <w:t>amenajărilor</w:t>
            </w:r>
            <w:proofErr w:type="spellEnd"/>
          </w:p>
        </w:tc>
      </w:tr>
      <w:tr w:rsidR="00AD35FD" w:rsidRPr="008C0DFA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8C0DFA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Denumirea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lucrării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capacitatea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și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categoria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lucrări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din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autorizație</w:t>
            </w:r>
            <w:proofErr w:type="spellEnd"/>
          </w:p>
          <w:p w14:paraId="5D07F1A8" w14:textId="77777777" w:rsidR="00AD35FD" w:rsidRPr="008C0DFA" w:rsidRDefault="00AD35FD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AD35FD" w:rsidRPr="008C0DFA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Pr="008C0DFA" w:rsidRDefault="00000000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în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valoare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de (lei)</w:t>
            </w:r>
          </w:p>
          <w:p w14:paraId="3EFD05AE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8C0DFA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8C0DFA" w:rsidRDefault="00000000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Că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la data de</w:t>
            </w:r>
          </w:p>
          <w:p w14:paraId="5CE18A2B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37E7015" w14:textId="77777777" w:rsidR="00AD35FD" w:rsidRPr="008C0DFA" w:rsidRDefault="00000000">
            <w:pPr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ora</w:t>
            </w:r>
          </w:p>
          <w:p w14:paraId="349EB503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</w:tcPr>
          <w:p w14:paraId="479316B2" w14:textId="77777777" w:rsidR="00AD35FD" w:rsidRPr="008C0DFA" w:rsidRDefault="00000000">
            <w:pPr>
              <w:rPr>
                <w:sz w:val="18"/>
                <w:szCs w:val="18"/>
                <w:lang w:val="fr-FR"/>
              </w:rPr>
            </w:pPr>
            <w:proofErr w:type="gram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au</w:t>
            </w:r>
            <w:proofErr w:type="gram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fost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finalizate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lucrările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construcții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autorizate</w:t>
            </w:r>
            <w:proofErr w:type="spellEnd"/>
          </w:p>
          <w:p w14:paraId="70DA8600" w14:textId="77777777" w:rsidR="00AD35FD" w:rsidRPr="008C0DFA" w:rsidRDefault="00000000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i/>
                <w:color w:val="7A7A7A"/>
                <w:sz w:val="18"/>
                <w:szCs w:val="18"/>
              </w:rPr>
              <w:t>pentru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</w:rPr>
              <w:t>imobilul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</w:rPr>
              <w:t xml:space="preserve"> de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</w:rPr>
              <w:t>mai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</w:rPr>
              <w:t>jos</w:t>
            </w:r>
            <w:proofErr w:type="spellEnd"/>
          </w:p>
          <w:p w14:paraId="0A5397F4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</w:tr>
    </w:tbl>
    <w:p w14:paraId="46459DEB" w14:textId="77777777" w:rsidR="00AD35FD" w:rsidRPr="008C0DFA" w:rsidRDefault="00AD35FD">
      <w:pPr>
        <w:spacing w:line="168" w:lineRule="auto"/>
        <w:rPr>
          <w:sz w:val="18"/>
          <w:szCs w:val="18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8C0DFA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sz w:val="18"/>
                <w:szCs w:val="18"/>
              </w:rPr>
              <w:t xml:space="preserve"> 4. </w:t>
            </w:r>
            <w:r w:rsidRPr="008C0DFA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AD35FD" w:rsidRPr="008C0DFA" w14:paraId="6246E343" w14:textId="77777777">
        <w:trPr>
          <w:cantSplit/>
        </w:trPr>
        <w:tc>
          <w:tcPr>
            <w:tcW w:w="9636" w:type="dxa"/>
            <w:gridSpan w:val="6"/>
          </w:tcPr>
          <w:p w14:paraId="08AC11E2" w14:textId="77777777" w:rsidR="00AD35FD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sz w:val="18"/>
                <w:szCs w:val="18"/>
              </w:rPr>
              <w:t xml:space="preserve"> ☐ </w:t>
            </w:r>
            <w:proofErr w:type="spellStart"/>
            <w:r w:rsidRPr="008C0DFA">
              <w:rPr>
                <w:sz w:val="18"/>
                <w:szCs w:val="18"/>
              </w:rPr>
              <w:t>teren</w:t>
            </w:r>
            <w:proofErr w:type="spellEnd"/>
            <w:r w:rsidRPr="008C0DFA">
              <w:rPr>
                <w:sz w:val="18"/>
                <w:szCs w:val="18"/>
              </w:rPr>
              <w:t xml:space="preserve">     ☐ </w:t>
            </w:r>
            <w:proofErr w:type="spellStart"/>
            <w:r w:rsidRPr="008C0DFA">
              <w:rPr>
                <w:sz w:val="18"/>
                <w:szCs w:val="18"/>
              </w:rPr>
              <w:t>construcții</w:t>
            </w:r>
            <w:proofErr w:type="spellEnd"/>
          </w:p>
          <w:p w14:paraId="0AB87AAD" w14:textId="77777777" w:rsidR="008C0DFA" w:rsidRPr="008C0DFA" w:rsidRDefault="008C0DFA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Județ</w:t>
            </w:r>
            <w:proofErr w:type="spellEnd"/>
          </w:p>
          <w:p w14:paraId="3613F305" w14:textId="536DCC0F" w:rsidR="00AD35FD" w:rsidRPr="008C0DFA" w:rsidRDefault="008C0DFA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365ED677" w14:textId="589AAC23" w:rsidR="00AD35FD" w:rsidRPr="008C0DF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Municipiu</w:t>
            </w:r>
            <w:r w:rsidR="008C0DFA">
              <w:rPr>
                <w:b/>
                <w:color w:val="0D5F78"/>
                <w:sz w:val="18"/>
                <w:szCs w:val="18"/>
              </w:rPr>
              <w:t>l</w:t>
            </w:r>
            <w:proofErr w:type="spellEnd"/>
          </w:p>
          <w:p w14:paraId="6F56704A" w14:textId="5D511E6F" w:rsidR="00AD35FD" w:rsidRPr="008C0DFA" w:rsidRDefault="008C0DFA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BISTRIȚA</w:t>
            </w:r>
          </w:p>
        </w:tc>
        <w:tc>
          <w:tcPr>
            <w:tcW w:w="3212" w:type="dxa"/>
            <w:gridSpan w:val="2"/>
          </w:tcPr>
          <w:p w14:paraId="621EB7A6" w14:textId="30407FE4" w:rsidR="00AD35FD" w:rsidRPr="008C0DFA" w:rsidRDefault="008C0DFA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b/>
                <w:color w:val="0D5F78"/>
                <w:sz w:val="18"/>
                <w:szCs w:val="18"/>
              </w:rPr>
              <w:t>Localitatea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D5F78"/>
                <w:sz w:val="18"/>
                <w:szCs w:val="18"/>
              </w:rPr>
              <w:t>componentă</w:t>
            </w:r>
            <w:proofErr w:type="spellEnd"/>
          </w:p>
          <w:p w14:paraId="4F784361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492DB3D9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76B7FC7B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B5DE63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Nr.</w:t>
            </w:r>
          </w:p>
          <w:p w14:paraId="2C554BE8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5F4DD626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481D6BF6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8C0DFA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8C0DFA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Număr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cadastral</w:t>
            </w:r>
          </w:p>
          <w:p w14:paraId="75CF10B0" w14:textId="77777777" w:rsidR="00AD35FD" w:rsidRPr="008C0DFA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>imobilul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>înscris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>în</w:t>
            </w:r>
            <w:proofErr w:type="spellEnd"/>
            <w:r w:rsidRPr="008C0DFA">
              <w:rPr>
                <w:i/>
                <w:color w:val="7A7A7A"/>
                <w:sz w:val="18"/>
                <w:szCs w:val="18"/>
                <w:lang w:val="fr-FR"/>
              </w:rPr>
              <w:t xml:space="preserve"> e-Terra</w:t>
            </w:r>
          </w:p>
          <w:p w14:paraId="23C02068" w14:textId="77777777" w:rsidR="00AD35FD" w:rsidRPr="008C0DFA" w:rsidRDefault="00AD35FD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 xml:space="preserve">Carte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funciară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7460EFF8" w14:textId="77777777" w:rsidR="00AD35FD" w:rsidRPr="008C0DFA" w:rsidRDefault="00AD35FD">
            <w:pPr>
              <w:keepNext/>
              <w:rPr>
                <w:sz w:val="18"/>
                <w:szCs w:val="18"/>
              </w:rPr>
            </w:pPr>
          </w:p>
        </w:tc>
      </w:tr>
    </w:tbl>
    <w:p w14:paraId="4310081F" w14:textId="77777777" w:rsidR="00AD35FD" w:rsidRPr="008C0DFA" w:rsidRDefault="00AD35FD">
      <w:pPr>
        <w:spacing w:line="168" w:lineRule="auto"/>
        <w:rPr>
          <w:sz w:val="18"/>
          <w:szCs w:val="18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8C0DFA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sz w:val="18"/>
                <w:szCs w:val="18"/>
              </w:rPr>
              <w:t xml:space="preserve"> 5. </w:t>
            </w:r>
            <w:r w:rsidRPr="008C0DFA">
              <w:rPr>
                <w:b/>
                <w:color w:val="000000"/>
                <w:sz w:val="18"/>
                <w:szCs w:val="18"/>
              </w:rPr>
              <w:t>CONVOCAREA COMISIEI DE RECEPȚIE</w:t>
            </w:r>
          </w:p>
        </w:tc>
      </w:tr>
      <w:tr w:rsidR="00AD35FD" w:rsidRPr="008C0DFA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8C0DFA" w:rsidRDefault="00000000">
            <w:pPr>
              <w:rPr>
                <w:sz w:val="18"/>
                <w:szCs w:val="18"/>
                <w:lang w:val="fr-FR"/>
              </w:rPr>
            </w:pPr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Se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convoacă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comisia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recepție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terminarea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lucrărilor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  <w:lang w:val="fr-FR"/>
              </w:rPr>
              <w:t>, la data</w:t>
            </w:r>
          </w:p>
          <w:p w14:paraId="3C5ABEF2" w14:textId="77777777" w:rsidR="00AD35FD" w:rsidRPr="008C0DFA" w:rsidRDefault="00AD35FD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Pr="008C0DFA" w:rsidRDefault="00000000">
            <w:pPr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ora</w:t>
            </w:r>
          </w:p>
          <w:p w14:paraId="67115499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</w:tr>
    </w:tbl>
    <w:p w14:paraId="2CA6B2E0" w14:textId="77777777" w:rsidR="00AD35FD" w:rsidRPr="008C0DFA" w:rsidRDefault="00AD35FD">
      <w:pPr>
        <w:spacing w:line="168" w:lineRule="auto"/>
        <w:rPr>
          <w:sz w:val="18"/>
          <w:szCs w:val="18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8C0DFA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8C0DFA" w:rsidRDefault="00000000">
            <w:pPr>
              <w:keepNext/>
              <w:rPr>
                <w:sz w:val="18"/>
                <w:szCs w:val="18"/>
              </w:rPr>
            </w:pPr>
            <w:r w:rsidRPr="008C0DFA">
              <w:rPr>
                <w:b/>
                <w:sz w:val="18"/>
                <w:szCs w:val="18"/>
              </w:rPr>
              <w:t xml:space="preserve"> 6. </w:t>
            </w:r>
            <w:r w:rsidRPr="008C0DFA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AD35FD" w:rsidRPr="008C0DFA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8C0DFA" w:rsidRDefault="00000000">
            <w:pPr>
              <w:rPr>
                <w:sz w:val="18"/>
                <w:szCs w:val="18"/>
              </w:rPr>
            </w:pPr>
            <w:r w:rsidRPr="008C0DFA">
              <w:rPr>
                <w:b/>
                <w:color w:val="0D5F78"/>
                <w:sz w:val="18"/>
                <w:szCs w:val="18"/>
              </w:rPr>
              <w:t>Data</w:t>
            </w:r>
          </w:p>
          <w:p w14:paraId="71990700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16AE7494" w14:textId="77777777" w:rsidR="00AD35FD" w:rsidRPr="008C0DFA" w:rsidRDefault="00000000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Titularul</w:t>
            </w:r>
            <w:proofErr w:type="spellEnd"/>
            <w:r w:rsidRPr="008C0DF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autorizației</w:t>
            </w:r>
            <w:proofErr w:type="spellEnd"/>
          </w:p>
          <w:p w14:paraId="3DBB02B2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4A633198" w14:textId="77777777" w:rsidR="00AD35FD" w:rsidRPr="008C0DFA" w:rsidRDefault="00000000">
            <w:pPr>
              <w:rPr>
                <w:sz w:val="18"/>
                <w:szCs w:val="18"/>
              </w:rPr>
            </w:pPr>
            <w:proofErr w:type="spellStart"/>
            <w:r w:rsidRPr="008C0DFA">
              <w:rPr>
                <w:b/>
                <w:color w:val="0D5F78"/>
                <w:sz w:val="18"/>
                <w:szCs w:val="18"/>
              </w:rPr>
              <w:t>Semnătura</w:t>
            </w:r>
            <w:proofErr w:type="spellEnd"/>
          </w:p>
          <w:p w14:paraId="5A726045" w14:textId="77777777" w:rsidR="00AD35FD" w:rsidRPr="008C0DFA" w:rsidRDefault="00AD35FD">
            <w:pPr>
              <w:rPr>
                <w:sz w:val="18"/>
                <w:szCs w:val="18"/>
              </w:rPr>
            </w:pPr>
          </w:p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8126" w14:textId="77777777" w:rsidR="00251FAE" w:rsidRDefault="00251FAE">
      <w:r>
        <w:separator/>
      </w:r>
    </w:p>
  </w:endnote>
  <w:endnote w:type="continuationSeparator" w:id="0">
    <w:p w14:paraId="7500E8B5" w14:textId="77777777" w:rsidR="00251FAE" w:rsidRDefault="0025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0B2C" w14:textId="77777777" w:rsidR="00251FAE" w:rsidRDefault="00251FAE">
      <w:r>
        <w:separator/>
      </w:r>
    </w:p>
  </w:footnote>
  <w:footnote w:type="continuationSeparator" w:id="0">
    <w:p w14:paraId="575609C5" w14:textId="77777777" w:rsidR="00251FAE" w:rsidRDefault="00251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51FAE"/>
    <w:rsid w:val="0029639D"/>
    <w:rsid w:val="00326F90"/>
    <w:rsid w:val="00500532"/>
    <w:rsid w:val="005E6036"/>
    <w:rsid w:val="006707D8"/>
    <w:rsid w:val="006C103E"/>
    <w:rsid w:val="007050CD"/>
    <w:rsid w:val="007103E7"/>
    <w:rsid w:val="008C0DFA"/>
    <w:rsid w:val="008E3393"/>
    <w:rsid w:val="00AA1D8D"/>
    <w:rsid w:val="00AD35FD"/>
    <w:rsid w:val="00B47730"/>
    <w:rsid w:val="00B769B5"/>
    <w:rsid w:val="00C84E44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8C0D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3</cp:revision>
  <dcterms:created xsi:type="dcterms:W3CDTF">2013-12-23T23:15:00Z</dcterms:created>
  <dcterms:modified xsi:type="dcterms:W3CDTF">2026-09-23T11:13:00Z</dcterms:modified>
  <cp:category/>
</cp:coreProperties>
</file>