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B9C51" w14:textId="1BBA4DDF" w:rsidR="006B0700" w:rsidRPr="006B0700" w:rsidRDefault="006B0700" w:rsidP="006B0700">
      <w:pPr>
        <w:pStyle w:val="Antet"/>
        <w:rPr>
          <w:b/>
          <w:bCs/>
          <w:i/>
          <w:iCs/>
          <w:color w:val="595959"/>
          <w:sz w:val="24"/>
          <w:szCs w:val="24"/>
          <w:u w:val="single"/>
        </w:rPr>
      </w:pPr>
      <w:r w:rsidRPr="00AF4BB8">
        <w:rPr>
          <w:b/>
          <w:bCs/>
          <w:i/>
          <w:iCs/>
          <w:color w:val="595959"/>
          <w:szCs w:val="15"/>
          <w:u w:val="single"/>
        </w:rPr>
        <w:t>Anexa nr.1</w:t>
      </w:r>
      <w:r>
        <w:rPr>
          <w:b/>
          <w:bCs/>
          <w:i/>
          <w:iCs/>
          <w:color w:val="595959"/>
          <w:sz w:val="24"/>
          <w:szCs w:val="24"/>
          <w:u w:val="single"/>
        </w:rPr>
        <w:t xml:space="preserve"> </w:t>
      </w:r>
      <w:r>
        <w:rPr>
          <w:color w:val="595959"/>
        </w:rPr>
        <w:t>F_CU_01 · versiunea 1.0</w:t>
      </w:r>
    </w:p>
    <w:tbl>
      <w:tblPr>
        <w:tblStyle w:val="Tabelgril"/>
        <w:tblW w:w="1020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777"/>
      </w:tblGrid>
      <w:tr w:rsidR="006B0700" w14:paraId="5F724756" w14:textId="77777777" w:rsidTr="00DA6FBD">
        <w:trPr>
          <w:cantSplit/>
          <w:trHeight w:val="285"/>
        </w:trPr>
        <w:tc>
          <w:tcPr>
            <w:tcW w:w="1606" w:type="dxa"/>
            <w:vMerge w:val="restart"/>
            <w:vAlign w:val="center"/>
          </w:tcPr>
          <w:p w14:paraId="39A55D50" w14:textId="77777777" w:rsidR="006B0700" w:rsidRPr="008B59BF" w:rsidRDefault="006B0700" w:rsidP="00E75F50">
            <w:pPr>
              <w:keepNext/>
              <w:jc w:val="center"/>
              <w:rPr>
                <w:sz w:val="16"/>
                <w:szCs w:val="16"/>
              </w:rPr>
            </w:pPr>
            <w:r w:rsidRPr="00D15598">
              <w:rPr>
                <w:noProof/>
                <w:sz w:val="16"/>
                <w:szCs w:val="16"/>
              </w:rPr>
              <w:drawing>
                <wp:inline distT="0" distB="0" distL="0" distR="0" wp14:anchorId="0C3FCB2C" wp14:editId="06621A0D">
                  <wp:extent cx="767319" cy="973777"/>
                  <wp:effectExtent l="0" t="0" r="0" b="0"/>
                  <wp:docPr id="1725399296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39929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9676" cy="976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5" w:type="dxa"/>
            <w:gridSpan w:val="3"/>
            <w:shd w:val="clear" w:color="auto" w:fill="F0F0F0"/>
          </w:tcPr>
          <w:p w14:paraId="17F9A66C" w14:textId="77777777" w:rsidR="006B0700" w:rsidRPr="001D1DDD" w:rsidRDefault="006B0700" w:rsidP="00E75F5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Județul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BISTRI</w:t>
            </w:r>
            <w:r w:rsidRPr="001D1DDD">
              <w:rPr>
                <w:b/>
                <w:bCs/>
                <w:sz w:val="18"/>
                <w:szCs w:val="18"/>
                <w:lang w:val="ro-RO"/>
              </w:rPr>
              <w:t>ȚA NĂSĂUD</w:t>
            </w:r>
          </w:p>
        </w:tc>
      </w:tr>
      <w:tr w:rsidR="006B0700" w14:paraId="7B7EFC63" w14:textId="77777777" w:rsidTr="00E75F50">
        <w:trPr>
          <w:cantSplit/>
          <w:trHeight w:val="328"/>
        </w:trPr>
        <w:tc>
          <w:tcPr>
            <w:tcW w:w="1606" w:type="dxa"/>
            <w:vMerge/>
          </w:tcPr>
          <w:p w14:paraId="3E27A0BC" w14:textId="77777777" w:rsidR="006B0700" w:rsidRPr="008B59BF" w:rsidRDefault="006B0700" w:rsidP="00E75F50">
            <w:pPr>
              <w:rPr>
                <w:sz w:val="16"/>
                <w:szCs w:val="16"/>
              </w:rPr>
            </w:pPr>
          </w:p>
        </w:tc>
        <w:tc>
          <w:tcPr>
            <w:tcW w:w="8595" w:type="dxa"/>
            <w:gridSpan w:val="3"/>
            <w:shd w:val="clear" w:color="auto" w:fill="F0F0F0"/>
          </w:tcPr>
          <w:p w14:paraId="114E14C1" w14:textId="77777777" w:rsidR="006B0700" w:rsidRPr="001D1DDD" w:rsidRDefault="006B0700" w:rsidP="00E75F5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Autoritatea administrației publice</w:t>
            </w:r>
            <w:r>
              <w:rPr>
                <w:b/>
                <w:color w:val="0D5F78"/>
                <w:sz w:val="18"/>
                <w:szCs w:val="18"/>
              </w:rPr>
              <w:t xml:space="preserve">: </w:t>
            </w:r>
            <w:r w:rsidRPr="001D1DDD">
              <w:rPr>
                <w:b/>
                <w:bCs/>
                <w:sz w:val="18"/>
                <w:szCs w:val="18"/>
              </w:rPr>
              <w:t>PRIMĂRIA MUNICIPIULUI BISTRIȚA</w:t>
            </w:r>
          </w:p>
        </w:tc>
      </w:tr>
      <w:tr w:rsidR="006B0700" w14:paraId="73BF4A3E" w14:textId="77777777" w:rsidTr="00E75F50">
        <w:trPr>
          <w:cantSplit/>
          <w:trHeight w:val="1126"/>
        </w:trPr>
        <w:tc>
          <w:tcPr>
            <w:tcW w:w="1606" w:type="dxa"/>
            <w:vMerge/>
          </w:tcPr>
          <w:p w14:paraId="51A55EB8" w14:textId="77777777" w:rsidR="006B0700" w:rsidRPr="008B59BF" w:rsidRDefault="006B0700" w:rsidP="00E75F50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0F0F0"/>
          </w:tcPr>
          <w:p w14:paraId="502FA351" w14:textId="141BC911" w:rsidR="006B0700" w:rsidRPr="001D1DDD" w:rsidRDefault="006B0700" w:rsidP="00E75F50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 xml:space="preserve">Cod de identificare fiscală </w:t>
            </w:r>
            <w:r w:rsidRPr="00665E9B">
              <w:rPr>
                <w:b/>
                <w:color w:val="000000" w:themeColor="text1"/>
                <w:sz w:val="18"/>
                <w:szCs w:val="18"/>
                <w:lang w:val="fr-FR"/>
              </w:rPr>
              <w:t>CIF</w:t>
            </w:r>
            <w:r w:rsidRPr="001D1DDD">
              <w:rPr>
                <w:sz w:val="18"/>
                <w:szCs w:val="18"/>
                <w:lang w:val="fr-FR"/>
              </w:rPr>
              <w:t xml:space="preserve">  </w:t>
            </w:r>
            <w:r w:rsidRPr="001D1DDD">
              <w:rPr>
                <w:b/>
                <w:bCs/>
                <w:color w:val="000000" w:themeColor="text1"/>
                <w:sz w:val="18"/>
                <w:szCs w:val="18"/>
              </w:rPr>
              <w:t>4347569</w:t>
            </w:r>
          </w:p>
        </w:tc>
        <w:tc>
          <w:tcPr>
            <w:tcW w:w="6186" w:type="dxa"/>
            <w:gridSpan w:val="2"/>
            <w:shd w:val="clear" w:color="auto" w:fill="F0F0F0"/>
          </w:tcPr>
          <w:p w14:paraId="4E993889" w14:textId="77777777" w:rsidR="006B0700" w:rsidRDefault="006B0700" w:rsidP="00E75F5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Adresa oficială</w:t>
            </w:r>
            <w:r>
              <w:rPr>
                <w:sz w:val="18"/>
                <w:szCs w:val="18"/>
              </w:rPr>
              <w:t xml:space="preserve">: </w:t>
            </w:r>
          </w:p>
          <w:p w14:paraId="671ABF00" w14:textId="7590E090" w:rsidR="006B0700" w:rsidRPr="001D1DDD" w:rsidRDefault="006B0700" w:rsidP="00E75F5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P</w:t>
            </w:r>
            <w:r w:rsidR="00665E9B">
              <w:rPr>
                <w:b/>
                <w:bCs/>
                <w:iCs/>
                <w:sz w:val="18"/>
                <w:szCs w:val="18"/>
              </w:rPr>
              <w:t>iața</w:t>
            </w:r>
            <w:r w:rsidRPr="001D1DDD">
              <w:rPr>
                <w:b/>
                <w:bCs/>
                <w:iCs/>
                <w:sz w:val="18"/>
                <w:szCs w:val="18"/>
              </w:rPr>
              <w:t xml:space="preserve"> C</w:t>
            </w:r>
            <w:r w:rsidR="00665E9B">
              <w:rPr>
                <w:b/>
                <w:bCs/>
                <w:iCs/>
                <w:sz w:val="18"/>
                <w:szCs w:val="18"/>
              </w:rPr>
              <w:t>entrală</w:t>
            </w:r>
            <w:r w:rsidRPr="001D1DDD">
              <w:rPr>
                <w:b/>
                <w:bCs/>
                <w:iCs/>
                <w:sz w:val="18"/>
                <w:szCs w:val="18"/>
              </w:rPr>
              <w:t>,</w:t>
            </w:r>
            <w:r w:rsidR="00665E9B">
              <w:rPr>
                <w:b/>
                <w:bCs/>
                <w:iCs/>
                <w:sz w:val="18"/>
                <w:szCs w:val="18"/>
              </w:rPr>
              <w:t xml:space="preserve"> Nr</w:t>
            </w:r>
            <w:r w:rsidRPr="001D1DDD">
              <w:rPr>
                <w:b/>
                <w:bCs/>
                <w:iCs/>
                <w:sz w:val="18"/>
                <w:szCs w:val="18"/>
              </w:rPr>
              <w:t>.6</w:t>
            </w:r>
            <w:r w:rsidR="00665E9B">
              <w:rPr>
                <w:b/>
                <w:bCs/>
                <w:iCs/>
                <w:sz w:val="18"/>
                <w:szCs w:val="18"/>
              </w:rPr>
              <w:t>, Bistrița, jud.Bistrița-Năsăud, cod poștal</w:t>
            </w:r>
            <w:r w:rsidR="00665E9B" w:rsidRPr="001D1DDD">
              <w:rPr>
                <w:b/>
                <w:bCs/>
                <w:iCs/>
                <w:sz w:val="18"/>
                <w:szCs w:val="18"/>
              </w:rPr>
              <w:t xml:space="preserve"> 420040</w:t>
            </w:r>
          </w:p>
          <w:p w14:paraId="0FF33477" w14:textId="77777777" w:rsidR="00EA55CA" w:rsidRDefault="006B0700" w:rsidP="00E75F5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E-mail: </w:t>
            </w:r>
            <w:hyperlink r:id="rId9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primaria@municipiulbistrita.ro</w:t>
              </w:r>
            </w:hyperlink>
            <w:r w:rsidRPr="001D1DDD">
              <w:rPr>
                <w:b/>
                <w:bCs/>
                <w:iCs/>
                <w:sz w:val="18"/>
                <w:szCs w:val="18"/>
              </w:rPr>
              <w:t xml:space="preserve"> </w:t>
            </w:r>
          </w:p>
          <w:p w14:paraId="081E5E09" w14:textId="5E41735A" w:rsidR="006B0700" w:rsidRPr="001D1DDD" w:rsidRDefault="006B0700" w:rsidP="00E75F5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 xml:space="preserve">Web: </w:t>
            </w:r>
            <w:hyperlink r:id="rId10" w:history="1">
              <w:r w:rsidRPr="001D1DDD">
                <w:rPr>
                  <w:rStyle w:val="Hyperlink"/>
                  <w:b/>
                  <w:bCs/>
                  <w:iCs/>
                  <w:color w:val="auto"/>
                  <w:sz w:val="18"/>
                  <w:szCs w:val="18"/>
                </w:rPr>
                <w:t>http://www.primariabistrita.ro</w:t>
              </w:r>
            </w:hyperlink>
          </w:p>
          <w:p w14:paraId="100A3C7D" w14:textId="2DA9619B" w:rsidR="006B0700" w:rsidRPr="006A2001" w:rsidRDefault="006B0700" w:rsidP="00E75F50">
            <w:pPr>
              <w:keepNext/>
              <w:rPr>
                <w:b/>
                <w:bCs/>
                <w:iCs/>
                <w:sz w:val="18"/>
                <w:szCs w:val="18"/>
              </w:rPr>
            </w:pPr>
            <w:r w:rsidRPr="001D1DDD">
              <w:rPr>
                <w:b/>
                <w:bCs/>
                <w:iCs/>
                <w:sz w:val="18"/>
                <w:szCs w:val="18"/>
              </w:rPr>
              <w:t>Telefon: 0263223923</w:t>
            </w:r>
            <w:r w:rsidR="00EA55CA">
              <w:rPr>
                <w:b/>
                <w:bCs/>
                <w:iCs/>
                <w:sz w:val="18"/>
                <w:szCs w:val="18"/>
              </w:rPr>
              <w:t>,  0263</w:t>
            </w:r>
            <w:r w:rsidRPr="001D1DDD">
              <w:rPr>
                <w:b/>
                <w:bCs/>
                <w:iCs/>
                <w:sz w:val="18"/>
                <w:szCs w:val="18"/>
              </w:rPr>
              <w:t>224706</w:t>
            </w:r>
          </w:p>
        </w:tc>
      </w:tr>
      <w:tr w:rsidR="006B0700" w14:paraId="6B85EF72" w14:textId="77777777" w:rsidTr="00E75F50">
        <w:trPr>
          <w:cantSplit/>
          <w:trHeight w:val="510"/>
        </w:trPr>
        <w:tc>
          <w:tcPr>
            <w:tcW w:w="1606" w:type="dxa"/>
            <w:vMerge/>
          </w:tcPr>
          <w:p w14:paraId="0C902DA1" w14:textId="77777777" w:rsidR="006B0700" w:rsidRPr="008B59BF" w:rsidRDefault="006B0700" w:rsidP="00E75F50">
            <w:pPr>
              <w:rPr>
                <w:sz w:val="16"/>
                <w:szCs w:val="16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12332BC5" w14:textId="77777777" w:rsidR="006B0700" w:rsidRPr="001D1DDD" w:rsidRDefault="006B0700" w:rsidP="00E75F5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Număr de înregistrare</w:t>
            </w:r>
          </w:p>
          <w:p w14:paraId="5022D379" w14:textId="77777777" w:rsidR="006B0700" w:rsidRPr="001D1DDD" w:rsidRDefault="006B0700" w:rsidP="00E75F50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777" w:type="dxa"/>
            <w:shd w:val="clear" w:color="auto" w:fill="F0F0F0"/>
          </w:tcPr>
          <w:p w14:paraId="6317978E" w14:textId="77777777" w:rsidR="006B0700" w:rsidRPr="001D1DDD" w:rsidRDefault="006B0700" w:rsidP="00E75F50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Data</w:t>
            </w:r>
          </w:p>
          <w:p w14:paraId="1B1E112F" w14:textId="77777777" w:rsidR="006B0700" w:rsidRPr="001D1DDD" w:rsidRDefault="006B0700" w:rsidP="00E75F50">
            <w:pPr>
              <w:keepNext/>
              <w:rPr>
                <w:sz w:val="18"/>
                <w:szCs w:val="18"/>
              </w:rPr>
            </w:pPr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204280C0" w14:textId="77777777" w:rsidR="002946FC" w:rsidRPr="00850B64" w:rsidRDefault="002946FC" w:rsidP="002946FC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14:paraId="32520A9C" w14:textId="77777777" w:rsidR="002946FC" w:rsidRDefault="002946FC" w:rsidP="002946FC">
      <w:pPr>
        <w:spacing w:after="60" w:line="168" w:lineRule="auto"/>
      </w:pP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43"/>
      </w:tblGrid>
      <w:tr w:rsidR="002946FC" w14:paraId="6147040C" w14:textId="77777777" w:rsidTr="00420AC8">
        <w:trPr>
          <w:cantSplit/>
        </w:trPr>
        <w:tc>
          <w:tcPr>
            <w:tcW w:w="10343" w:type="dxa"/>
            <w:shd w:val="clear" w:color="auto" w:fill="F4F4F4"/>
          </w:tcPr>
          <w:p w14:paraId="106DD9BE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>
              <w:rPr>
                <w:b/>
                <w:sz w:val="16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1. </w:t>
            </w:r>
            <w:r w:rsidRPr="001D1DDD">
              <w:rPr>
                <w:b/>
                <w:color w:val="000000"/>
                <w:sz w:val="18"/>
                <w:szCs w:val="18"/>
              </w:rPr>
              <w:t>CĂTRE</w:t>
            </w:r>
          </w:p>
        </w:tc>
      </w:tr>
      <w:tr w:rsidR="002946FC" w:rsidRPr="00917520" w14:paraId="668A4AA8" w14:textId="77777777" w:rsidTr="00420AC8">
        <w:trPr>
          <w:cantSplit/>
          <w:trHeight w:val="389"/>
        </w:trPr>
        <w:tc>
          <w:tcPr>
            <w:tcW w:w="10343" w:type="dxa"/>
          </w:tcPr>
          <w:p w14:paraId="7C7318C5" w14:textId="77777777" w:rsidR="002946FC" w:rsidRPr="001D1DDD" w:rsidRDefault="002946FC" w:rsidP="00420AC8">
            <w:pPr>
              <w:keepNext/>
              <w:rPr>
                <w:sz w:val="18"/>
                <w:szCs w:val="18"/>
                <w:lang w:val="fr-FR"/>
              </w:rPr>
            </w:pPr>
            <w:r w:rsidRPr="001D1DDD">
              <w:rPr>
                <w:b/>
                <w:color w:val="0D5F78"/>
                <w:sz w:val="18"/>
                <w:szCs w:val="18"/>
                <w:lang w:val="fr-FR"/>
              </w:rPr>
              <w:t>Instituția</w:t>
            </w:r>
            <w:r>
              <w:rPr>
                <w:b/>
                <w:color w:val="0D5F78"/>
                <w:sz w:val="18"/>
                <w:szCs w:val="18"/>
                <w:lang w:val="fr-FR"/>
              </w:rPr>
              <w:t> </w:t>
            </w:r>
            <w:r>
              <w:rPr>
                <w:sz w:val="18"/>
                <w:szCs w:val="18"/>
                <w:lang w:val="fr-FR"/>
              </w:rPr>
              <w:t>:</w:t>
            </w:r>
            <w:r>
              <w:rPr>
                <w:lang w:val="fr-FR"/>
              </w:rPr>
              <w:t xml:space="preserve"> </w:t>
            </w:r>
            <w:r w:rsidRPr="001F6BAE">
              <w:rPr>
                <w:b/>
                <w:bCs/>
                <w:sz w:val="19"/>
                <w:szCs w:val="19"/>
                <w:lang w:val="fr-FR"/>
              </w:rPr>
              <w:t>PRIMĂRIA MUNICIPIULUI BISTRIȚA</w:t>
            </w:r>
          </w:p>
        </w:tc>
      </w:tr>
    </w:tbl>
    <w:p w14:paraId="625EEA11" w14:textId="77777777" w:rsidR="002946FC" w:rsidRPr="00A256C2" w:rsidRDefault="002946FC" w:rsidP="002946FC">
      <w:pPr>
        <w:tabs>
          <w:tab w:val="left" w:pos="6375"/>
        </w:tabs>
        <w:spacing w:line="168" w:lineRule="auto"/>
        <w:rPr>
          <w:lang w:val="fr-FR"/>
        </w:rPr>
      </w:pPr>
      <w:r>
        <w:rPr>
          <w:lang w:val="fr-FR"/>
        </w:rPr>
        <w:tab/>
      </w:r>
    </w:p>
    <w:tbl>
      <w:tblPr>
        <w:tblStyle w:val="Tabelgril"/>
        <w:tblW w:w="1034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2313"/>
      </w:tblGrid>
      <w:tr w:rsidR="002946FC" w14:paraId="220DA537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6E46829D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 w:rsidRPr="001D1DDD">
              <w:rPr>
                <w:b/>
                <w:sz w:val="18"/>
                <w:szCs w:val="18"/>
              </w:rPr>
              <w:t xml:space="preserve">2. </w:t>
            </w:r>
            <w:r w:rsidRPr="001D1DDD">
              <w:rPr>
                <w:b/>
                <w:color w:val="000000"/>
                <w:sz w:val="18"/>
                <w:szCs w:val="18"/>
              </w:rPr>
              <w:t>SOLICITANTUL</w:t>
            </w:r>
          </w:p>
        </w:tc>
      </w:tr>
      <w:tr w:rsidR="002946FC" w14:paraId="156F4ADF" w14:textId="77777777" w:rsidTr="00420AC8">
        <w:trPr>
          <w:cantSplit/>
          <w:trHeight w:val="510"/>
        </w:trPr>
        <w:tc>
          <w:tcPr>
            <w:tcW w:w="5621" w:type="dxa"/>
            <w:gridSpan w:val="5"/>
          </w:tcPr>
          <w:p w14:paraId="0088034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Nume și prenume</w:t>
            </w:r>
          </w:p>
          <w:p w14:paraId="7CF27B8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722" w:type="dxa"/>
            <w:gridSpan w:val="3"/>
          </w:tcPr>
          <w:p w14:paraId="7D79E7D8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CNP</w:t>
            </w:r>
          </w:p>
          <w:p w14:paraId="48C05450" w14:textId="77777777" w:rsidR="002946FC" w:rsidRDefault="002946FC" w:rsidP="00420AC8">
            <w:pPr>
              <w:keepNext/>
            </w:pPr>
          </w:p>
        </w:tc>
      </w:tr>
      <w:tr w:rsidR="002946FC" w14:paraId="06DBF2A6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6997FD43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Act de identitate</w:t>
            </w:r>
          </w:p>
        </w:tc>
      </w:tr>
      <w:tr w:rsidR="002946FC" w14:paraId="040A31D9" w14:textId="77777777" w:rsidTr="00420AC8">
        <w:trPr>
          <w:cantSplit/>
          <w:trHeight w:val="510"/>
        </w:trPr>
        <w:tc>
          <w:tcPr>
            <w:tcW w:w="1606" w:type="dxa"/>
          </w:tcPr>
          <w:p w14:paraId="3EF86EB8" w14:textId="77777777" w:rsidR="002946FC" w:rsidRPr="00DC38AF" w:rsidRDefault="002946FC" w:rsidP="00420AC8">
            <w:pPr>
              <w:keepNext/>
              <w:rPr>
                <w:sz w:val="18"/>
                <w:szCs w:val="18"/>
              </w:rPr>
            </w:pPr>
            <w:r w:rsidRPr="00DC38AF">
              <w:rPr>
                <w:b/>
                <w:color w:val="0D5F78"/>
                <w:sz w:val="18"/>
                <w:szCs w:val="18"/>
              </w:rPr>
              <w:t>Seria</w:t>
            </w:r>
          </w:p>
          <w:p w14:paraId="5BBC6D52" w14:textId="77777777" w:rsidR="002946FC" w:rsidRPr="00DC38AF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66BAD2E1" w14:textId="77777777" w:rsidR="002946FC" w:rsidRPr="00DC38AF" w:rsidRDefault="002946FC" w:rsidP="00420AC8">
            <w:pPr>
              <w:keepNext/>
              <w:rPr>
                <w:sz w:val="18"/>
                <w:szCs w:val="18"/>
              </w:rPr>
            </w:pPr>
            <w:r w:rsidRPr="00DC38AF">
              <w:rPr>
                <w:b/>
                <w:color w:val="0D5F78"/>
                <w:sz w:val="18"/>
                <w:szCs w:val="18"/>
              </w:rPr>
              <w:t>Numărul</w:t>
            </w:r>
          </w:p>
          <w:p w14:paraId="2838F7C1" w14:textId="77777777" w:rsidR="002946FC" w:rsidRPr="00DC38AF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5"/>
          </w:tcPr>
          <w:p w14:paraId="2C855DD0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Eliberat de</w:t>
            </w:r>
          </w:p>
          <w:p w14:paraId="136CBEF8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4DE6F1B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La data</w:t>
            </w:r>
          </w:p>
          <w:p w14:paraId="2FD47145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</w:tr>
      <w:tr w:rsidR="002946FC" w14:paraId="6F62D7A1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1626F3C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Domiciliul</w:t>
            </w:r>
          </w:p>
        </w:tc>
      </w:tr>
      <w:tr w:rsidR="002946FC" w14:paraId="3602F953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3DF7407D" w14:textId="77777777" w:rsidR="002946FC" w:rsidRPr="00DC38AF" w:rsidRDefault="002946FC" w:rsidP="00420AC8">
            <w:pPr>
              <w:keepNext/>
              <w:rPr>
                <w:sz w:val="18"/>
                <w:szCs w:val="18"/>
              </w:rPr>
            </w:pPr>
            <w:r w:rsidRPr="00DC38AF">
              <w:rPr>
                <w:b/>
                <w:color w:val="0D5F78"/>
                <w:sz w:val="18"/>
                <w:szCs w:val="18"/>
              </w:rPr>
              <w:t>Județul</w:t>
            </w:r>
          </w:p>
          <w:p w14:paraId="5171BEC5" w14:textId="77777777" w:rsidR="002946FC" w:rsidRDefault="002946FC" w:rsidP="00420AC8">
            <w:pPr>
              <w:keepNext/>
            </w:pPr>
          </w:p>
        </w:tc>
        <w:tc>
          <w:tcPr>
            <w:tcW w:w="3212" w:type="dxa"/>
            <w:gridSpan w:val="4"/>
          </w:tcPr>
          <w:p w14:paraId="13B070B9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Municipiul / orașul / comuna</w:t>
            </w:r>
          </w:p>
          <w:p w14:paraId="72E124EC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42526905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Satul / sectorul</w:t>
            </w:r>
          </w:p>
          <w:p w14:paraId="6E93C53F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</w:tr>
      <w:tr w:rsidR="002946FC" w14:paraId="669387DA" w14:textId="77777777" w:rsidTr="00420AC8">
        <w:trPr>
          <w:cantSplit/>
          <w:trHeight w:val="510"/>
        </w:trPr>
        <w:tc>
          <w:tcPr>
            <w:tcW w:w="3212" w:type="dxa"/>
            <w:gridSpan w:val="2"/>
          </w:tcPr>
          <w:p w14:paraId="2B23AD4F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12BC8678" w14:textId="77777777" w:rsidR="002946FC" w:rsidRDefault="002946FC" w:rsidP="00420AC8">
            <w:pPr>
              <w:keepNext/>
            </w:pPr>
          </w:p>
        </w:tc>
        <w:tc>
          <w:tcPr>
            <w:tcW w:w="803" w:type="dxa"/>
          </w:tcPr>
          <w:p w14:paraId="657F6A1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Nr.</w:t>
            </w:r>
          </w:p>
          <w:p w14:paraId="641676B5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4CD4E2F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Sc.</w:t>
            </w:r>
          </w:p>
          <w:p w14:paraId="1E14A03C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1853EA9A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Et.</w:t>
            </w:r>
          </w:p>
          <w:p w14:paraId="665BD063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B5659E0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Ap.</w:t>
            </w:r>
          </w:p>
          <w:p w14:paraId="6AC2E680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5211ADB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B4230EE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2313" w:type="dxa"/>
          </w:tcPr>
          <w:p w14:paraId="055BE013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Țara</w:t>
            </w:r>
          </w:p>
          <w:p w14:paraId="30AFE290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</w:tr>
      <w:tr w:rsidR="002946FC" w14:paraId="6A2E96EE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44CF925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Date de contact</w:t>
            </w:r>
          </w:p>
        </w:tc>
      </w:tr>
      <w:tr w:rsidR="002946FC" w14:paraId="714FADFC" w14:textId="77777777" w:rsidTr="00420AC8">
        <w:trPr>
          <w:cantSplit/>
          <w:trHeight w:val="510"/>
        </w:trPr>
        <w:tc>
          <w:tcPr>
            <w:tcW w:w="4015" w:type="dxa"/>
            <w:gridSpan w:val="3"/>
          </w:tcPr>
          <w:p w14:paraId="606ACA0F" w14:textId="79BF7D9A" w:rsidR="002946FC" w:rsidRPr="001D1DDD" w:rsidRDefault="002946FC" w:rsidP="001A2497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 xml:space="preserve">Telefon </w:t>
            </w:r>
          </w:p>
        </w:tc>
        <w:tc>
          <w:tcPr>
            <w:tcW w:w="6328" w:type="dxa"/>
            <w:gridSpan w:val="5"/>
          </w:tcPr>
          <w:p w14:paraId="7BD6997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E-mail</w:t>
            </w:r>
          </w:p>
          <w:p w14:paraId="72CB036F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</w:tr>
      <w:tr w:rsidR="002946FC" w14:paraId="61C60FA7" w14:textId="77777777" w:rsidTr="00420AC8">
        <w:trPr>
          <w:cantSplit/>
        </w:trPr>
        <w:tc>
          <w:tcPr>
            <w:tcW w:w="10343" w:type="dxa"/>
            <w:gridSpan w:val="8"/>
            <w:shd w:val="clear" w:color="auto" w:fill="F4F4F4"/>
          </w:tcPr>
          <w:p w14:paraId="18D295B5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sz w:val="18"/>
                <w:szCs w:val="18"/>
              </w:rPr>
              <w:t xml:space="preserve"> Reprezentare</w:t>
            </w:r>
          </w:p>
        </w:tc>
      </w:tr>
      <w:tr w:rsidR="002946FC" w14:paraId="3E480B62" w14:textId="77777777" w:rsidTr="00420AC8">
        <w:trPr>
          <w:cantSplit/>
          <w:trHeight w:val="510"/>
        </w:trPr>
        <w:tc>
          <w:tcPr>
            <w:tcW w:w="6424" w:type="dxa"/>
            <w:gridSpan w:val="6"/>
          </w:tcPr>
          <w:p w14:paraId="06535DC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În calitate de reprezentant al</w:t>
            </w:r>
          </w:p>
          <w:p w14:paraId="4741422E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919" w:type="dxa"/>
            <w:gridSpan w:val="2"/>
          </w:tcPr>
          <w:p w14:paraId="2D94C2F7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  <w:r w:rsidRPr="001D1DDD">
              <w:rPr>
                <w:b/>
                <w:color w:val="0D5F78"/>
                <w:sz w:val="18"/>
                <w:szCs w:val="18"/>
              </w:rPr>
              <w:t>CUI / CIF</w:t>
            </w:r>
          </w:p>
          <w:p w14:paraId="3F0858EB" w14:textId="77777777" w:rsidR="002946FC" w:rsidRPr="001D1DDD" w:rsidRDefault="002946FC" w:rsidP="00420AC8">
            <w:pPr>
              <w:keepNext/>
              <w:rPr>
                <w:sz w:val="18"/>
                <w:szCs w:val="18"/>
              </w:rPr>
            </w:pPr>
          </w:p>
        </w:tc>
      </w:tr>
      <w:tr w:rsidR="002946FC" w:rsidRPr="00917520" w14:paraId="5674A51A" w14:textId="77777777" w:rsidTr="00420AC8">
        <w:trPr>
          <w:cantSplit/>
        </w:trPr>
        <w:tc>
          <w:tcPr>
            <w:tcW w:w="10343" w:type="dxa"/>
            <w:gridSpan w:val="8"/>
          </w:tcPr>
          <w:p w14:paraId="6CE98A89" w14:textId="77777777" w:rsidR="002946FC" w:rsidRPr="001D1DDD" w:rsidRDefault="002946FC" w:rsidP="00420AC8">
            <w:pPr>
              <w:rPr>
                <w:sz w:val="18"/>
                <w:szCs w:val="18"/>
                <w:lang w:val="fr-FR"/>
              </w:rPr>
            </w:pPr>
            <w:r w:rsidRPr="001D1DDD">
              <w:rPr>
                <w:sz w:val="18"/>
                <w:szCs w:val="18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53EEAFAF" w14:textId="77777777" w:rsidR="002946FC" w:rsidRPr="00A256C2" w:rsidRDefault="002946FC" w:rsidP="002946FC">
      <w:pPr>
        <w:spacing w:line="168" w:lineRule="auto"/>
        <w:rPr>
          <w:lang w:val="fr-FR"/>
        </w:rPr>
      </w:pPr>
    </w:p>
    <w:p w14:paraId="06D6B33B" w14:textId="77777777" w:rsidR="002946FC" w:rsidRPr="00232B9E" w:rsidRDefault="002946FC" w:rsidP="002946FC">
      <w:pPr>
        <w:spacing w:before="80" w:after="60"/>
        <w:jc w:val="center"/>
        <w:rPr>
          <w:lang w:val="fr-FR"/>
        </w:rPr>
      </w:pPr>
      <w:r w:rsidRPr="00232B9E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0290EC05" w14:textId="724E785D" w:rsidR="002946FC" w:rsidRPr="0073708C" w:rsidRDefault="002946FC" w:rsidP="00DA6FBD">
      <w:pPr>
        <w:spacing w:before="80" w:after="60"/>
        <w:jc w:val="center"/>
        <w:rPr>
          <w:sz w:val="18"/>
          <w:szCs w:val="18"/>
          <w:lang w:val="fr-FR"/>
        </w:rPr>
      </w:pPr>
      <w:r w:rsidRPr="0073708C">
        <w:rPr>
          <w:sz w:val="18"/>
          <w:szCs w:val="18"/>
          <w:lang w:val="fr-FR"/>
        </w:rPr>
        <w:t>solicit emiterea</w:t>
      </w:r>
    </w:p>
    <w:p w14:paraId="33797D79" w14:textId="77777777" w:rsidR="00E25052" w:rsidRPr="002946FC" w:rsidRDefault="00000000">
      <w:pPr>
        <w:spacing w:after="160"/>
        <w:jc w:val="center"/>
        <w:rPr>
          <w:sz w:val="22"/>
          <w:lang w:val="fr-FR"/>
        </w:rPr>
      </w:pPr>
      <w:r w:rsidRPr="002946FC">
        <w:rPr>
          <w:b/>
          <w:sz w:val="22"/>
          <w:lang w:val="fr-FR"/>
        </w:rPr>
        <w:t>CERTIFICATULUI DE URBANISM DE INFORMARE</w:t>
      </w: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3087"/>
      </w:tblGrid>
      <w:tr w:rsidR="00E25052" w:rsidRPr="002946FC" w14:paraId="697264C9" w14:textId="77777777" w:rsidTr="002946FC">
        <w:trPr>
          <w:cantSplit/>
        </w:trPr>
        <w:tc>
          <w:tcPr>
            <w:tcW w:w="10314" w:type="dxa"/>
            <w:gridSpan w:val="6"/>
            <w:shd w:val="clear" w:color="auto" w:fill="F4F4F4"/>
          </w:tcPr>
          <w:p w14:paraId="56CF4AB8" w14:textId="0E95443A" w:rsidR="00DA6FBD" w:rsidRPr="00DA6FBD" w:rsidRDefault="00000000">
            <w:pPr>
              <w:keepNext/>
              <w:rPr>
                <w:b/>
                <w:color w:val="000000"/>
                <w:sz w:val="18"/>
                <w:szCs w:val="18"/>
              </w:rPr>
            </w:pPr>
            <w:r w:rsidRPr="002946F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2946FC">
              <w:rPr>
                <w:b/>
                <w:sz w:val="18"/>
                <w:szCs w:val="18"/>
              </w:rPr>
              <w:t xml:space="preserve">3. </w:t>
            </w:r>
            <w:r w:rsidRPr="002946FC">
              <w:rPr>
                <w:b/>
                <w:color w:val="000000"/>
                <w:sz w:val="18"/>
                <w:szCs w:val="18"/>
              </w:rPr>
              <w:t>IMOBILUL</w:t>
            </w:r>
          </w:p>
        </w:tc>
      </w:tr>
      <w:tr w:rsidR="00E25052" w:rsidRPr="002946FC" w14:paraId="37608D06" w14:textId="77777777" w:rsidTr="002946FC">
        <w:trPr>
          <w:cantSplit/>
        </w:trPr>
        <w:tc>
          <w:tcPr>
            <w:tcW w:w="10314" w:type="dxa"/>
            <w:gridSpan w:val="6"/>
          </w:tcPr>
          <w:p w14:paraId="13A66646" w14:textId="77777777" w:rsidR="00E25052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sz w:val="18"/>
                <w:szCs w:val="18"/>
              </w:rPr>
              <w:t xml:space="preserve"> ☐ teren     ☐ construcții</w:t>
            </w:r>
          </w:p>
          <w:p w14:paraId="64915B18" w14:textId="77777777" w:rsidR="002946FC" w:rsidRPr="002946FC" w:rsidRDefault="002946FC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946FC" w14:paraId="3B00AF94" w14:textId="77777777" w:rsidTr="002946FC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000000">
            <w:pPr>
              <w:keepNext/>
              <w:rPr>
                <w:b/>
                <w:color w:val="0D5F78"/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Județ</w:t>
            </w:r>
          </w:p>
          <w:p w14:paraId="6D07226C" w14:textId="2913896D" w:rsidR="00E25052" w:rsidRPr="002946FC" w:rsidRDefault="002946FC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sz w:val="18"/>
                <w:szCs w:val="18"/>
              </w:rPr>
              <w:t>BISTRIȚA-NĂSĂUD</w:t>
            </w:r>
          </w:p>
        </w:tc>
        <w:tc>
          <w:tcPr>
            <w:tcW w:w="3212" w:type="dxa"/>
            <w:gridSpan w:val="2"/>
          </w:tcPr>
          <w:p w14:paraId="45C06A6B" w14:textId="7F2FFAAC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Municipiu</w:t>
            </w:r>
            <w:r w:rsidR="002946FC">
              <w:rPr>
                <w:b/>
                <w:color w:val="0D5F78"/>
                <w:sz w:val="18"/>
                <w:szCs w:val="18"/>
              </w:rPr>
              <w:t>l</w:t>
            </w:r>
          </w:p>
          <w:p w14:paraId="01BF54FB" w14:textId="26DBC35D" w:rsidR="00E25052" w:rsidRPr="002946FC" w:rsidRDefault="002946FC">
            <w:pPr>
              <w:keepNext/>
              <w:rPr>
                <w:b/>
                <w:bCs/>
                <w:sz w:val="18"/>
                <w:szCs w:val="18"/>
              </w:rPr>
            </w:pPr>
            <w:r w:rsidRPr="002946FC">
              <w:rPr>
                <w:b/>
                <w:bCs/>
                <w:sz w:val="18"/>
                <w:szCs w:val="18"/>
              </w:rPr>
              <w:t>BISTRIȚA</w:t>
            </w:r>
          </w:p>
        </w:tc>
        <w:tc>
          <w:tcPr>
            <w:tcW w:w="3890" w:type="dxa"/>
            <w:gridSpan w:val="2"/>
          </w:tcPr>
          <w:p w14:paraId="242BC6F3" w14:textId="6F89E5D7" w:rsidR="00E25052" w:rsidRPr="002946FC" w:rsidRDefault="002946FC">
            <w:pPr>
              <w:keepNext/>
              <w:rPr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Localitatea componentă</w:t>
            </w:r>
          </w:p>
          <w:p w14:paraId="3E7C20BC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946FC" w14:paraId="0F03DFAC" w14:textId="77777777" w:rsidTr="002946FC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Cod poștal</w:t>
            </w:r>
          </w:p>
          <w:p w14:paraId="0DC3F395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18" w:type="dxa"/>
            <w:gridSpan w:val="3"/>
          </w:tcPr>
          <w:p w14:paraId="31644BD5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Strada</w:t>
            </w:r>
          </w:p>
          <w:p w14:paraId="6FBE06C3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803" w:type="dxa"/>
          </w:tcPr>
          <w:p w14:paraId="6816659E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Nr.</w:t>
            </w:r>
          </w:p>
          <w:p w14:paraId="3E454520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3087" w:type="dxa"/>
          </w:tcPr>
          <w:p w14:paraId="0279B798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Bl. / sc. / et. / ap.</w:t>
            </w:r>
          </w:p>
          <w:p w14:paraId="1284E2F7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946FC" w14:paraId="425A2D34" w14:textId="77777777" w:rsidTr="002946FC">
        <w:trPr>
          <w:cantSplit/>
          <w:trHeight w:val="510"/>
        </w:trPr>
        <w:tc>
          <w:tcPr>
            <w:tcW w:w="10314" w:type="dxa"/>
            <w:gridSpan w:val="6"/>
          </w:tcPr>
          <w:p w14:paraId="22A88DF9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Suprafața terenului (m²)</w:t>
            </w:r>
          </w:p>
          <w:p w14:paraId="375B3DAF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946FC" w14:paraId="3956AF3E" w14:textId="77777777" w:rsidTr="002946FC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2946FC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2946FC">
              <w:rPr>
                <w:b/>
                <w:color w:val="0D5F78"/>
                <w:sz w:val="18"/>
                <w:szCs w:val="18"/>
                <w:lang w:val="fr-FR"/>
              </w:rPr>
              <w:t>Număr cadastral</w:t>
            </w:r>
          </w:p>
          <w:p w14:paraId="4088464C" w14:textId="77777777" w:rsidR="00E25052" w:rsidRPr="002946FC" w:rsidRDefault="00000000">
            <w:pPr>
              <w:keepNext/>
              <w:rPr>
                <w:sz w:val="18"/>
                <w:szCs w:val="18"/>
                <w:lang w:val="fr-FR"/>
              </w:rPr>
            </w:pPr>
            <w:r w:rsidRPr="002946FC">
              <w:rPr>
                <w:i/>
                <w:color w:val="7A7A7A"/>
                <w:sz w:val="18"/>
                <w:szCs w:val="18"/>
                <w:lang w:val="fr-FR"/>
              </w:rPr>
              <w:t>dacă imobilul e înscris în e-Terra</w:t>
            </w:r>
          </w:p>
          <w:p w14:paraId="46FDA082" w14:textId="77777777" w:rsidR="00E25052" w:rsidRPr="002946FC" w:rsidRDefault="00E25052">
            <w:pPr>
              <w:keepNext/>
              <w:rPr>
                <w:sz w:val="18"/>
                <w:szCs w:val="18"/>
                <w:lang w:val="fr-FR"/>
              </w:rPr>
            </w:pPr>
          </w:p>
        </w:tc>
        <w:tc>
          <w:tcPr>
            <w:tcW w:w="4693" w:type="dxa"/>
            <w:gridSpan w:val="3"/>
          </w:tcPr>
          <w:p w14:paraId="0B037F56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Carte funciară nr.</w:t>
            </w:r>
          </w:p>
          <w:p w14:paraId="2038AD22" w14:textId="77777777" w:rsidR="00E25052" w:rsidRPr="002946FC" w:rsidRDefault="00E25052">
            <w:pPr>
              <w:keepNext/>
              <w:rPr>
                <w:sz w:val="18"/>
                <w:szCs w:val="18"/>
              </w:rPr>
            </w:pPr>
          </w:p>
        </w:tc>
      </w:tr>
      <w:tr w:rsidR="00E25052" w:rsidRPr="002946FC" w14:paraId="50F3FA21" w14:textId="77777777" w:rsidTr="002946FC">
        <w:trPr>
          <w:cantSplit/>
        </w:trPr>
        <w:tc>
          <w:tcPr>
            <w:tcW w:w="10314" w:type="dxa"/>
            <w:gridSpan w:val="6"/>
          </w:tcPr>
          <w:p w14:paraId="656FF020" w14:textId="77777777" w:rsidR="00F8517F" w:rsidRDefault="00000000">
            <w:pPr>
              <w:rPr>
                <w:sz w:val="18"/>
                <w:szCs w:val="18"/>
                <w:lang w:val="fr-FR"/>
              </w:rPr>
            </w:pPr>
            <w:r w:rsidRPr="002946FC">
              <w:rPr>
                <w:sz w:val="18"/>
                <w:szCs w:val="18"/>
                <w:lang w:val="fr-FR"/>
              </w:rPr>
              <w:t xml:space="preserve"> ☐ extras de carte funciară actualizat, anexat     </w:t>
            </w:r>
          </w:p>
          <w:p w14:paraId="36E6F81D" w14:textId="77777777" w:rsidR="002946FC" w:rsidRPr="002946FC" w:rsidRDefault="002946FC">
            <w:pPr>
              <w:rPr>
                <w:sz w:val="18"/>
                <w:szCs w:val="18"/>
                <w:lang w:val="fr-FR"/>
              </w:rPr>
            </w:pPr>
          </w:p>
          <w:p w14:paraId="4D8DB8B6" w14:textId="6D8BD0B2" w:rsidR="002946FC" w:rsidRPr="002946FC" w:rsidRDefault="002946FC">
            <w:pPr>
              <w:rPr>
                <w:sz w:val="18"/>
                <w:szCs w:val="18"/>
                <w:lang w:val="fr-FR"/>
              </w:rPr>
            </w:pPr>
            <w:r>
              <w:rPr>
                <w:sz w:val="18"/>
                <w:szCs w:val="18"/>
                <w:lang w:val="fr-FR"/>
              </w:rPr>
              <w:t xml:space="preserve"> </w:t>
            </w:r>
            <w:r w:rsidRPr="002946FC">
              <w:rPr>
                <w:sz w:val="18"/>
                <w:szCs w:val="18"/>
                <w:lang w:val="fr-FR"/>
              </w:rPr>
              <w:t>☐ plan de încadrare în zonă în sistem Stereo 70, anexat</w:t>
            </w:r>
            <w:r w:rsidR="00F8517F" w:rsidRPr="002946FC">
              <w:rPr>
                <w:sz w:val="18"/>
                <w:szCs w:val="18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2946FC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E25052" w:rsidRPr="002946FC" w14:paraId="3F3C9144" w14:textId="77777777" w:rsidTr="002946FC">
        <w:trPr>
          <w:cantSplit/>
        </w:trPr>
        <w:tc>
          <w:tcPr>
            <w:tcW w:w="10314" w:type="dxa"/>
            <w:shd w:val="clear" w:color="auto" w:fill="F4F4F4"/>
          </w:tcPr>
          <w:p w14:paraId="4A371C11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2946FC">
              <w:rPr>
                <w:b/>
                <w:sz w:val="18"/>
                <w:szCs w:val="18"/>
              </w:rPr>
              <w:t xml:space="preserve">4. </w:t>
            </w:r>
            <w:r w:rsidRPr="002946FC">
              <w:rPr>
                <w:b/>
                <w:color w:val="000000"/>
                <w:sz w:val="18"/>
                <w:szCs w:val="18"/>
              </w:rPr>
              <w:t>COMUNICAREA RĂSPUNSULUI</w:t>
            </w:r>
          </w:p>
        </w:tc>
      </w:tr>
      <w:tr w:rsidR="00E25052" w:rsidRPr="002946FC" w14:paraId="6A6C031B" w14:textId="77777777" w:rsidTr="002946FC">
        <w:trPr>
          <w:cantSplit/>
        </w:trPr>
        <w:tc>
          <w:tcPr>
            <w:tcW w:w="10314" w:type="dxa"/>
          </w:tcPr>
          <w:p w14:paraId="1A863107" w14:textId="77777777" w:rsidR="00E25052" w:rsidRDefault="00000000">
            <w:pPr>
              <w:rPr>
                <w:sz w:val="18"/>
                <w:szCs w:val="18"/>
                <w:lang w:val="fr-FR"/>
              </w:rPr>
            </w:pPr>
            <w:r w:rsidRPr="002946FC">
              <w:rPr>
                <w:sz w:val="18"/>
                <w:szCs w:val="18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  <w:p w14:paraId="119DB66C" w14:textId="77777777" w:rsidR="002946FC" w:rsidRPr="002946FC" w:rsidRDefault="002946FC">
            <w:pPr>
              <w:rPr>
                <w:sz w:val="18"/>
                <w:szCs w:val="18"/>
                <w:lang w:val="fr-FR"/>
              </w:rPr>
            </w:pPr>
          </w:p>
        </w:tc>
      </w:tr>
    </w:tbl>
    <w:p w14:paraId="4CC013A6" w14:textId="77777777" w:rsidR="00E25052" w:rsidRPr="002946FC" w:rsidRDefault="00E25052">
      <w:pPr>
        <w:spacing w:line="168" w:lineRule="auto"/>
        <w:rPr>
          <w:sz w:val="18"/>
          <w:szCs w:val="18"/>
          <w:lang w:val="fr-FR"/>
        </w:rPr>
      </w:pPr>
    </w:p>
    <w:tbl>
      <w:tblPr>
        <w:tblStyle w:val="Tabelgril"/>
        <w:tblW w:w="1031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890"/>
      </w:tblGrid>
      <w:tr w:rsidR="00E25052" w:rsidRPr="002946FC" w14:paraId="526375A4" w14:textId="77777777" w:rsidTr="002946FC">
        <w:trPr>
          <w:cantSplit/>
        </w:trPr>
        <w:tc>
          <w:tcPr>
            <w:tcW w:w="10314" w:type="dxa"/>
            <w:gridSpan w:val="3"/>
            <w:shd w:val="clear" w:color="auto" w:fill="F4F4F4"/>
          </w:tcPr>
          <w:p w14:paraId="7FBEB645" w14:textId="77777777" w:rsidR="00E25052" w:rsidRPr="002946FC" w:rsidRDefault="00000000">
            <w:pPr>
              <w:keepNext/>
              <w:rPr>
                <w:sz w:val="18"/>
                <w:szCs w:val="18"/>
              </w:rPr>
            </w:pPr>
            <w:r w:rsidRPr="002946FC">
              <w:rPr>
                <w:b/>
                <w:sz w:val="18"/>
                <w:szCs w:val="18"/>
                <w:lang w:val="fr-FR"/>
              </w:rPr>
              <w:t xml:space="preserve"> </w:t>
            </w:r>
            <w:r w:rsidRPr="002946FC">
              <w:rPr>
                <w:b/>
                <w:sz w:val="18"/>
                <w:szCs w:val="18"/>
              </w:rPr>
              <w:t xml:space="preserve">5. </w:t>
            </w:r>
            <w:r w:rsidRPr="002946FC">
              <w:rPr>
                <w:b/>
                <w:color w:val="000000"/>
                <w:sz w:val="18"/>
                <w:szCs w:val="18"/>
              </w:rPr>
              <w:t>DATA ȘI SEMNĂTURA</w:t>
            </w:r>
          </w:p>
        </w:tc>
      </w:tr>
      <w:tr w:rsidR="00E25052" w:rsidRPr="002946FC" w14:paraId="7763C7E2" w14:textId="77777777" w:rsidTr="002946FC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Pr="002946FC" w:rsidRDefault="00000000">
            <w:pPr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Data</w:t>
            </w:r>
          </w:p>
          <w:p w14:paraId="6305D879" w14:textId="77777777" w:rsidR="00E25052" w:rsidRDefault="00E25052">
            <w:pPr>
              <w:rPr>
                <w:sz w:val="18"/>
                <w:szCs w:val="18"/>
              </w:rPr>
            </w:pPr>
          </w:p>
          <w:p w14:paraId="725AA280" w14:textId="77777777" w:rsidR="00DA6FBD" w:rsidRPr="002946FC" w:rsidRDefault="00DA6FBD">
            <w:pPr>
              <w:rPr>
                <w:sz w:val="18"/>
                <w:szCs w:val="18"/>
              </w:rPr>
            </w:pPr>
          </w:p>
        </w:tc>
        <w:tc>
          <w:tcPr>
            <w:tcW w:w="4818" w:type="dxa"/>
          </w:tcPr>
          <w:p w14:paraId="1A18FEF7" w14:textId="77777777" w:rsidR="00E25052" w:rsidRPr="002946FC" w:rsidRDefault="00000000">
            <w:pPr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Solicitantul</w:t>
            </w:r>
          </w:p>
          <w:p w14:paraId="4BFA03F3" w14:textId="77777777" w:rsidR="00E25052" w:rsidRPr="002946FC" w:rsidRDefault="00E25052">
            <w:pPr>
              <w:rPr>
                <w:sz w:val="18"/>
                <w:szCs w:val="18"/>
              </w:rPr>
            </w:pPr>
          </w:p>
        </w:tc>
        <w:tc>
          <w:tcPr>
            <w:tcW w:w="3890" w:type="dxa"/>
          </w:tcPr>
          <w:p w14:paraId="51766049" w14:textId="77777777" w:rsidR="00E25052" w:rsidRPr="002946FC" w:rsidRDefault="00000000">
            <w:pPr>
              <w:rPr>
                <w:sz w:val="18"/>
                <w:szCs w:val="18"/>
              </w:rPr>
            </w:pPr>
            <w:r w:rsidRPr="002946FC">
              <w:rPr>
                <w:b/>
                <w:color w:val="0D5F78"/>
                <w:sz w:val="18"/>
                <w:szCs w:val="18"/>
              </w:rPr>
              <w:t>Semnătura</w:t>
            </w:r>
          </w:p>
          <w:p w14:paraId="4558B6A6" w14:textId="77777777" w:rsidR="00E25052" w:rsidRPr="002946FC" w:rsidRDefault="00E25052">
            <w:pPr>
              <w:rPr>
                <w:sz w:val="18"/>
                <w:szCs w:val="18"/>
              </w:rPr>
            </w:pPr>
          </w:p>
        </w:tc>
      </w:tr>
    </w:tbl>
    <w:p w14:paraId="49F8112D" w14:textId="77777777" w:rsidR="00E25052" w:rsidRDefault="00E25052">
      <w:pPr>
        <w:spacing w:line="168" w:lineRule="auto"/>
      </w:pPr>
    </w:p>
    <w:p w14:paraId="7E180354" w14:textId="27D21C0D" w:rsidR="00F8517F" w:rsidRPr="00F8517F" w:rsidRDefault="00F8517F" w:rsidP="00F8517F">
      <w:pPr>
        <w:tabs>
          <w:tab w:val="left" w:pos="3005"/>
        </w:tabs>
      </w:pPr>
    </w:p>
    <w:sectPr w:rsidR="00F8517F" w:rsidRPr="00F8517F" w:rsidSect="00034616"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70616" w14:textId="77777777" w:rsidR="007031B4" w:rsidRDefault="007031B4">
      <w:r>
        <w:separator/>
      </w:r>
    </w:p>
  </w:endnote>
  <w:endnote w:type="continuationSeparator" w:id="0">
    <w:p w14:paraId="17695B73" w14:textId="77777777" w:rsidR="007031B4" w:rsidRDefault="0070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EC3E9" w14:textId="77777777" w:rsidR="007031B4" w:rsidRDefault="007031B4">
      <w:r>
        <w:separator/>
      </w:r>
    </w:p>
  </w:footnote>
  <w:footnote w:type="continuationSeparator" w:id="0">
    <w:p w14:paraId="1C8846AE" w14:textId="77777777" w:rsidR="007031B4" w:rsidRDefault="00703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55B4"/>
    <w:rsid w:val="0015074B"/>
    <w:rsid w:val="001A2497"/>
    <w:rsid w:val="001D51A3"/>
    <w:rsid w:val="0021562A"/>
    <w:rsid w:val="002946FC"/>
    <w:rsid w:val="0029639D"/>
    <w:rsid w:val="00326F90"/>
    <w:rsid w:val="003745C5"/>
    <w:rsid w:val="004623C8"/>
    <w:rsid w:val="005051BD"/>
    <w:rsid w:val="005A2689"/>
    <w:rsid w:val="00665E9B"/>
    <w:rsid w:val="0069479E"/>
    <w:rsid w:val="006B0700"/>
    <w:rsid w:val="006C103E"/>
    <w:rsid w:val="006F1E86"/>
    <w:rsid w:val="00700B7F"/>
    <w:rsid w:val="007031B4"/>
    <w:rsid w:val="0073708C"/>
    <w:rsid w:val="00763A7C"/>
    <w:rsid w:val="00861954"/>
    <w:rsid w:val="009B5021"/>
    <w:rsid w:val="00A17D80"/>
    <w:rsid w:val="00A94FE1"/>
    <w:rsid w:val="00AA1D8D"/>
    <w:rsid w:val="00AF4BB8"/>
    <w:rsid w:val="00B16250"/>
    <w:rsid w:val="00B33391"/>
    <w:rsid w:val="00B47730"/>
    <w:rsid w:val="00C57634"/>
    <w:rsid w:val="00CB0664"/>
    <w:rsid w:val="00CB3BD8"/>
    <w:rsid w:val="00DA6FBD"/>
    <w:rsid w:val="00DC38AF"/>
    <w:rsid w:val="00E25052"/>
    <w:rsid w:val="00E61A6B"/>
    <w:rsid w:val="00EA55CA"/>
    <w:rsid w:val="00EC78D5"/>
    <w:rsid w:val="00F801F2"/>
    <w:rsid w:val="00F8517F"/>
    <w:rsid w:val="00F869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2946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bistrita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@municipiulbistrit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265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Floarea-Olivia TIMOCE</cp:lastModifiedBy>
  <cp:revision>15</cp:revision>
  <dcterms:created xsi:type="dcterms:W3CDTF">2013-12-23T23:15:00Z</dcterms:created>
  <dcterms:modified xsi:type="dcterms:W3CDTF">2026-09-10T06:07:00Z</dcterms:modified>
  <cp:category/>
</cp:coreProperties>
</file>