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171CA1" w14:paraId="43340BD8" w14:textId="77777777" w:rsidTr="009D60D1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513AFDD7" w14:textId="77777777" w:rsidR="00171CA1" w:rsidRPr="008B59BF" w:rsidRDefault="00171CA1" w:rsidP="009D60D1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2F3D9B86" wp14:editId="698436EC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5F2901B9" w14:textId="77777777" w:rsidR="00171CA1" w:rsidRPr="001D1DDD" w:rsidRDefault="00171CA1" w:rsidP="009D60D1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171CA1" w14:paraId="6B36870F" w14:textId="77777777" w:rsidTr="009D60D1">
        <w:trPr>
          <w:cantSplit/>
          <w:trHeight w:val="328"/>
        </w:trPr>
        <w:tc>
          <w:tcPr>
            <w:tcW w:w="1606" w:type="dxa"/>
            <w:vMerge/>
          </w:tcPr>
          <w:p w14:paraId="3EB73E0D" w14:textId="77777777" w:rsidR="00171CA1" w:rsidRPr="008B59BF" w:rsidRDefault="00171CA1" w:rsidP="009D60D1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16D457BC" w14:textId="77777777" w:rsidR="00171CA1" w:rsidRPr="001D1DDD" w:rsidRDefault="00171CA1" w:rsidP="009D60D1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Autoritatea administrației publice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171CA1" w14:paraId="0D67C21B" w14:textId="77777777" w:rsidTr="009D60D1">
        <w:trPr>
          <w:cantSplit/>
          <w:trHeight w:val="1126"/>
        </w:trPr>
        <w:tc>
          <w:tcPr>
            <w:tcW w:w="1606" w:type="dxa"/>
            <w:vMerge/>
          </w:tcPr>
          <w:p w14:paraId="25E83A65" w14:textId="77777777" w:rsidR="00171CA1" w:rsidRPr="008B59BF" w:rsidRDefault="00171CA1" w:rsidP="009D60D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5914F68D" w14:textId="77777777" w:rsidR="00171CA1" w:rsidRPr="001D1DDD" w:rsidRDefault="00171CA1" w:rsidP="009D60D1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identificare fiscală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14437277" w14:textId="77777777" w:rsidR="00171CA1" w:rsidRDefault="00171CA1" w:rsidP="009D60D1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Adresa oficială</w:t>
            </w:r>
            <w:r>
              <w:rPr>
                <w:sz w:val="18"/>
                <w:szCs w:val="18"/>
              </w:rPr>
              <w:t xml:space="preserve">: </w:t>
            </w:r>
          </w:p>
          <w:p w14:paraId="7A8B00A4" w14:textId="77777777" w:rsidR="00171CA1" w:rsidRPr="001D1DDD" w:rsidRDefault="00171CA1" w:rsidP="009D60D1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>, Bistrița, jud.Bistrița-Năsăud, cod poștal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41A4835F" w14:textId="77777777" w:rsidR="00171CA1" w:rsidRDefault="00171CA1" w:rsidP="009D60D1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5F50ADA6" w14:textId="77777777" w:rsidR="00171CA1" w:rsidRPr="001D1DDD" w:rsidRDefault="00171CA1" w:rsidP="009D60D1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3522A6DA" w14:textId="77777777" w:rsidR="00171CA1" w:rsidRPr="006A2001" w:rsidRDefault="00171CA1" w:rsidP="009D60D1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Telefon: 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</w:p>
        </w:tc>
      </w:tr>
      <w:tr w:rsidR="00171CA1" w14:paraId="7DC95137" w14:textId="77777777" w:rsidTr="009D60D1">
        <w:trPr>
          <w:cantSplit/>
          <w:trHeight w:val="510"/>
        </w:trPr>
        <w:tc>
          <w:tcPr>
            <w:tcW w:w="1606" w:type="dxa"/>
            <w:vMerge/>
          </w:tcPr>
          <w:p w14:paraId="608E2F2B" w14:textId="77777777" w:rsidR="00171CA1" w:rsidRPr="008B59BF" w:rsidRDefault="00171CA1" w:rsidP="009D60D1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49B468A6" w14:textId="77777777" w:rsidR="00171CA1" w:rsidRPr="001D1DDD" w:rsidRDefault="00171CA1" w:rsidP="009D60D1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291F94F4" w14:textId="77777777" w:rsidR="00171CA1" w:rsidRPr="001D1DDD" w:rsidRDefault="00171CA1" w:rsidP="009D60D1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3BA216A7" w14:textId="77777777" w:rsidR="00171CA1" w:rsidRPr="001D1DDD" w:rsidRDefault="00171CA1" w:rsidP="009D60D1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544BDF7B" w14:textId="77777777" w:rsidR="00171CA1" w:rsidRPr="001D1DDD" w:rsidRDefault="00171CA1" w:rsidP="009D60D1">
            <w:pPr>
              <w:keepNext/>
              <w:rPr>
                <w:sz w:val="18"/>
                <w:szCs w:val="18"/>
              </w:rPr>
            </w:pPr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Pr="0048210D" w:rsidRDefault="00000000">
      <w:pPr>
        <w:spacing w:after="120"/>
        <w:jc w:val="center"/>
        <w:rPr>
          <w:b/>
          <w:bCs/>
          <w:sz w:val="28"/>
          <w:szCs w:val="28"/>
        </w:rPr>
      </w:pPr>
      <w:r w:rsidRPr="0048210D">
        <w:rPr>
          <w:b/>
          <w:bCs/>
          <w:sz w:val="28"/>
          <w:szCs w:val="28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A11ECC" w14:paraId="7612C26F" w14:textId="77777777" w:rsidTr="00171CA1">
        <w:trPr>
          <w:cantSplit/>
        </w:trPr>
        <w:tc>
          <w:tcPr>
            <w:tcW w:w="10173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 w:rsidTr="00171CA1">
        <w:trPr>
          <w:cantSplit/>
          <w:trHeight w:val="389"/>
        </w:trPr>
        <w:tc>
          <w:tcPr>
            <w:tcW w:w="10173" w:type="dxa"/>
          </w:tcPr>
          <w:p w14:paraId="5641DACE" w14:textId="65BC1320" w:rsidR="00A11ECC" w:rsidRPr="00E6757A" w:rsidRDefault="00171CA1" w:rsidP="00171CA1">
            <w:pPr>
              <w:keepNext/>
              <w:rPr>
                <w:lang w:val="fr-FR"/>
              </w:rPr>
            </w:pPr>
            <w:r w:rsidRPr="00EA7EA3">
              <w:rPr>
                <w:b/>
                <w:color w:val="0D5F78"/>
                <w:sz w:val="18"/>
                <w:szCs w:val="18"/>
                <w:lang w:val="fr-FR"/>
              </w:rPr>
              <w:t>Instituția </w:t>
            </w:r>
            <w:r>
              <w:rPr>
                <w:lang w:val="fr-FR"/>
              </w:rPr>
              <w:t xml:space="preserve">: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  <w:r w:rsidRPr="00E6757A">
              <w:rPr>
                <w:lang w:val="fr-FR"/>
              </w:rPr>
              <w:t xml:space="preserve"> 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143"/>
      </w:tblGrid>
      <w:tr w:rsidR="00A11ECC" w14:paraId="34B777ED" w14:textId="77777777" w:rsidTr="00171CA1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6FB959D0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171CA1">
              <w:rPr>
                <w:b/>
                <w:sz w:val="18"/>
                <w:szCs w:val="18"/>
              </w:rPr>
              <w:t xml:space="preserve">2. </w:t>
            </w:r>
            <w:r w:rsidRPr="00171CA1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A11ECC" w14:paraId="5E841B04" w14:textId="77777777" w:rsidTr="00171CA1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45C36B89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552" w:type="dxa"/>
            <w:gridSpan w:val="3"/>
          </w:tcPr>
          <w:p w14:paraId="75015164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CNP</w:t>
            </w:r>
          </w:p>
          <w:p w14:paraId="4E9C5560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14:paraId="5222187E" w14:textId="77777777" w:rsidTr="00171CA1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0D0D4BD0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sz w:val="18"/>
                <w:szCs w:val="18"/>
              </w:rPr>
              <w:t xml:space="preserve"> Act de identitate</w:t>
            </w:r>
          </w:p>
        </w:tc>
      </w:tr>
      <w:tr w:rsidR="00A11ECC" w14:paraId="7E1FD110" w14:textId="77777777" w:rsidTr="00171CA1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Seria</w:t>
            </w:r>
          </w:p>
          <w:p w14:paraId="3DE6E8D1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5E7E72CA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3406A505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7DF59165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50D7D510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0315ACF2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71986321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14:paraId="2B7C18ED" w14:textId="77777777" w:rsidTr="00171CA1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25A44F1F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sz w:val="18"/>
                <w:szCs w:val="18"/>
              </w:rPr>
              <w:t xml:space="preserve"> Domiciliul</w:t>
            </w:r>
          </w:p>
        </w:tc>
      </w:tr>
      <w:tr w:rsidR="00A11ECC" w14:paraId="71035973" w14:textId="77777777" w:rsidTr="00171CA1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52501A06" w14:textId="6A2571EA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gridSpan w:val="4"/>
          </w:tcPr>
          <w:p w14:paraId="09E63010" w14:textId="77777777" w:rsidR="00651E81" w:rsidRPr="00651E81" w:rsidRDefault="00651E81" w:rsidP="00651E81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651E81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2606FFF2" w14:textId="67E6DAAB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49" w:type="dxa"/>
            <w:gridSpan w:val="2"/>
          </w:tcPr>
          <w:p w14:paraId="492D5B3F" w14:textId="77777777" w:rsidR="00877469" w:rsidRPr="00877469" w:rsidRDefault="00877469" w:rsidP="00877469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877469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07EED8E4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14:paraId="7BDBDAA6" w14:textId="77777777" w:rsidTr="00171CA1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09EA4587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B7A03A3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Nr.</w:t>
            </w:r>
          </w:p>
          <w:p w14:paraId="12EA7BE1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489F1D5C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Sc.</w:t>
            </w:r>
          </w:p>
          <w:p w14:paraId="1B363C39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AB11C78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Et.</w:t>
            </w:r>
          </w:p>
          <w:p w14:paraId="479DDF31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0E882C1A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Ap.</w:t>
            </w:r>
          </w:p>
          <w:p w14:paraId="191097FF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2CA3CE1B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2326ABB1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1D955C86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Țara</w:t>
            </w:r>
          </w:p>
          <w:p w14:paraId="060B5581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14:paraId="4DC3EAC3" w14:textId="77777777" w:rsidTr="00171CA1">
        <w:trPr>
          <w:cantSplit/>
        </w:trPr>
        <w:tc>
          <w:tcPr>
            <w:tcW w:w="10173" w:type="dxa"/>
            <w:gridSpan w:val="8"/>
            <w:shd w:val="clear" w:color="auto" w:fill="F4F4F4"/>
          </w:tcPr>
          <w:p w14:paraId="3C6019A0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sz w:val="18"/>
                <w:szCs w:val="18"/>
              </w:rPr>
              <w:t xml:space="preserve"> Date de contact</w:t>
            </w:r>
          </w:p>
        </w:tc>
      </w:tr>
      <w:tr w:rsidR="00A11ECC" w14:paraId="018EC0C9" w14:textId="77777777" w:rsidTr="00171CA1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5BC64E53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 xml:space="preserve">Telefon </w:t>
            </w:r>
          </w:p>
          <w:p w14:paraId="0187BF30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  <w:tc>
          <w:tcPr>
            <w:tcW w:w="6158" w:type="dxa"/>
            <w:gridSpan w:val="5"/>
          </w:tcPr>
          <w:p w14:paraId="4FBE455D" w14:textId="77777777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5177F214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6158"/>
      </w:tblGrid>
      <w:tr w:rsidR="00A11ECC" w:rsidRPr="00182EDC" w14:paraId="1367784F" w14:textId="77777777" w:rsidTr="00171CA1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3294D977" w14:textId="77777777" w:rsidR="00A11ECC" w:rsidRPr="00171CA1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171CA1">
              <w:rPr>
                <w:b/>
                <w:sz w:val="18"/>
                <w:szCs w:val="18"/>
                <w:lang w:val="fr-FR"/>
              </w:rPr>
              <w:t xml:space="preserve"> 3. </w:t>
            </w:r>
            <w:r w:rsidRPr="00171CA1">
              <w:rPr>
                <w:b/>
                <w:color w:val="000000"/>
                <w:sz w:val="18"/>
                <w:szCs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 w:rsidTr="00171CA1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Nr.</w:t>
            </w:r>
          </w:p>
          <w:p w14:paraId="40DB982C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4369B01E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48964A76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6158" w:type="dxa"/>
          </w:tcPr>
          <w:p w14:paraId="48B3695B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Emisă de</w:t>
            </w:r>
          </w:p>
          <w:p w14:paraId="25DDB5C1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14:paraId="5C8E1AD3" w14:textId="77777777" w:rsidTr="00171CA1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20DD157D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sz w:val="18"/>
                <w:szCs w:val="18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 w:rsidTr="00171CA1">
        <w:trPr>
          <w:cantSplit/>
          <w:trHeight w:val="510"/>
        </w:trPr>
        <w:tc>
          <w:tcPr>
            <w:tcW w:w="10173" w:type="dxa"/>
            <w:gridSpan w:val="3"/>
          </w:tcPr>
          <w:p w14:paraId="52A7F641" w14:textId="77777777" w:rsidR="00A11ECC" w:rsidRPr="00171CA1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171CA1">
              <w:rPr>
                <w:b/>
                <w:color w:val="0D5F78"/>
                <w:sz w:val="18"/>
                <w:szCs w:val="18"/>
                <w:lang w:val="fr-FR"/>
              </w:rPr>
              <w:t>Denumirea lucrării, capacitatea și categoria de lucrări din autorizație</w:t>
            </w:r>
          </w:p>
          <w:p w14:paraId="109F0125" w14:textId="77777777" w:rsidR="00A11ECC" w:rsidRPr="00171CA1" w:rsidRDefault="00A11ECC">
            <w:pPr>
              <w:keepNext/>
              <w:rPr>
                <w:sz w:val="18"/>
                <w:szCs w:val="18"/>
                <w:lang w:val="fr-FR"/>
              </w:rPr>
            </w:pPr>
          </w:p>
        </w:tc>
      </w:tr>
      <w:tr w:rsidR="00A11ECC" w14:paraId="795F9BF6" w14:textId="77777777" w:rsidTr="00171CA1">
        <w:trPr>
          <w:cantSplit/>
          <w:trHeight w:val="510"/>
        </w:trPr>
        <w:tc>
          <w:tcPr>
            <w:tcW w:w="10173" w:type="dxa"/>
            <w:gridSpan w:val="3"/>
          </w:tcPr>
          <w:p w14:paraId="564E6FE5" w14:textId="77777777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în valoare de (lei)</w:t>
            </w:r>
          </w:p>
          <w:p w14:paraId="1A278680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6158"/>
      </w:tblGrid>
      <w:tr w:rsidR="00A11ECC" w:rsidRPr="00171CA1" w14:paraId="47D7F709" w14:textId="77777777" w:rsidTr="00171CA1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Că la data de</w:t>
            </w:r>
          </w:p>
          <w:p w14:paraId="2A3EFF1D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4DCDBC6C" w14:textId="77777777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ora</w:t>
            </w:r>
          </w:p>
          <w:p w14:paraId="68C2609C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  <w:tc>
          <w:tcPr>
            <w:tcW w:w="6158" w:type="dxa"/>
          </w:tcPr>
          <w:p w14:paraId="040137A9" w14:textId="77777777" w:rsidR="00A11ECC" w:rsidRPr="00171CA1" w:rsidRDefault="00000000">
            <w:pPr>
              <w:rPr>
                <w:sz w:val="18"/>
                <w:szCs w:val="18"/>
                <w:lang w:val="fr-FR"/>
              </w:rPr>
            </w:pPr>
            <w:r w:rsidRPr="00171CA1">
              <w:rPr>
                <w:b/>
                <w:color w:val="0D5F78"/>
                <w:sz w:val="18"/>
                <w:szCs w:val="18"/>
                <w:lang w:val="fr-FR"/>
              </w:rPr>
              <w:t>vor începe lucrările de construcții autorizate</w:t>
            </w:r>
          </w:p>
          <w:p w14:paraId="3DC112F4" w14:textId="77777777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i/>
                <w:color w:val="7A7A7A"/>
                <w:sz w:val="18"/>
                <w:szCs w:val="18"/>
              </w:rPr>
              <w:t>pentru imobilul de mai jos</w:t>
            </w:r>
          </w:p>
          <w:p w14:paraId="3300FC33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</w:tr>
    </w:tbl>
    <w:p w14:paraId="432CEB30" w14:textId="77777777" w:rsidR="00A11ECC" w:rsidRPr="00171CA1" w:rsidRDefault="00A11ECC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946"/>
      </w:tblGrid>
      <w:tr w:rsidR="00A11ECC" w:rsidRPr="00171CA1" w14:paraId="26100B20" w14:textId="77777777" w:rsidTr="00171CA1">
        <w:trPr>
          <w:cantSplit/>
        </w:trPr>
        <w:tc>
          <w:tcPr>
            <w:tcW w:w="10173" w:type="dxa"/>
            <w:gridSpan w:val="6"/>
            <w:shd w:val="clear" w:color="auto" w:fill="F4F4F4"/>
          </w:tcPr>
          <w:p w14:paraId="2D475EE4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sz w:val="18"/>
                <w:szCs w:val="18"/>
              </w:rPr>
              <w:t xml:space="preserve"> 4. </w:t>
            </w:r>
            <w:r w:rsidRPr="00171CA1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A11ECC" w:rsidRPr="00171CA1" w14:paraId="7ACF282A" w14:textId="77777777" w:rsidTr="00171CA1">
        <w:trPr>
          <w:cantSplit/>
        </w:trPr>
        <w:tc>
          <w:tcPr>
            <w:tcW w:w="10173" w:type="dxa"/>
            <w:gridSpan w:val="6"/>
          </w:tcPr>
          <w:p w14:paraId="50878A3D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sz w:val="18"/>
                <w:szCs w:val="18"/>
              </w:rPr>
              <w:t xml:space="preserve"> ☐ teren     ☐ construcții</w:t>
            </w:r>
          </w:p>
        </w:tc>
      </w:tr>
      <w:tr w:rsidR="00A11ECC" w:rsidRPr="00171CA1" w14:paraId="049C9151" w14:textId="77777777" w:rsidTr="00171CA1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010FC309" w14:textId="64030711" w:rsidR="00A11ECC" w:rsidRPr="00171CA1" w:rsidRDefault="00171CA1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BISTRIȚA-NĂSĂUD</w:t>
            </w:r>
          </w:p>
        </w:tc>
        <w:tc>
          <w:tcPr>
            <w:tcW w:w="3212" w:type="dxa"/>
            <w:gridSpan w:val="2"/>
          </w:tcPr>
          <w:p w14:paraId="1FE81089" w14:textId="77777777" w:rsidR="00A11ECC" w:rsidRDefault="00000000" w:rsidP="00171CA1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Municipiu</w:t>
            </w:r>
            <w:r w:rsidR="00171CA1">
              <w:rPr>
                <w:b/>
                <w:color w:val="0D5F78"/>
                <w:sz w:val="18"/>
                <w:szCs w:val="18"/>
              </w:rPr>
              <w:t>l</w:t>
            </w:r>
            <w:r w:rsidRPr="00171CA1">
              <w:rPr>
                <w:b/>
                <w:color w:val="0D5F78"/>
                <w:sz w:val="18"/>
                <w:szCs w:val="18"/>
              </w:rPr>
              <w:t xml:space="preserve"> </w:t>
            </w:r>
          </w:p>
          <w:p w14:paraId="7A126BAD" w14:textId="05552417" w:rsidR="00171CA1" w:rsidRPr="00171CA1" w:rsidRDefault="00171CA1" w:rsidP="00171CA1">
            <w:pPr>
              <w:keepNext/>
              <w:rPr>
                <w:bCs/>
                <w:sz w:val="18"/>
                <w:szCs w:val="18"/>
              </w:rPr>
            </w:pPr>
            <w:r w:rsidRPr="00171CA1">
              <w:rPr>
                <w:bCs/>
                <w:sz w:val="18"/>
                <w:szCs w:val="18"/>
              </w:rPr>
              <w:t>BISTRIȚA</w:t>
            </w:r>
          </w:p>
        </w:tc>
        <w:tc>
          <w:tcPr>
            <w:tcW w:w="3749" w:type="dxa"/>
            <w:gridSpan w:val="2"/>
          </w:tcPr>
          <w:p w14:paraId="2FB9D75E" w14:textId="0719C04B" w:rsidR="00A11ECC" w:rsidRPr="00171CA1" w:rsidRDefault="00171CA1">
            <w:pPr>
              <w:keepNext/>
              <w:rPr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Localitatea componentă</w:t>
            </w:r>
          </w:p>
          <w:p w14:paraId="0787ED05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:rsidRPr="00171CA1" w14:paraId="36DAE126" w14:textId="77777777" w:rsidTr="00171CA1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07B4C970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3DA08EA7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538D62A6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720E6D2B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Nr.</w:t>
            </w:r>
          </w:p>
          <w:p w14:paraId="2E7EF5EB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946" w:type="dxa"/>
          </w:tcPr>
          <w:p w14:paraId="57AD1668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26416C0C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</w:tr>
      <w:tr w:rsidR="00A11ECC" w:rsidRPr="00171CA1" w14:paraId="4C590D10" w14:textId="77777777" w:rsidTr="00171CA1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171CA1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171CA1">
              <w:rPr>
                <w:b/>
                <w:color w:val="0D5F78"/>
                <w:sz w:val="18"/>
                <w:szCs w:val="18"/>
                <w:lang w:val="fr-FR"/>
              </w:rPr>
              <w:t>Număr cadastral</w:t>
            </w:r>
          </w:p>
          <w:p w14:paraId="3BE30373" w14:textId="77777777" w:rsidR="00A11ECC" w:rsidRPr="00171CA1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171CA1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0F081BC3" w14:textId="77777777" w:rsidR="00A11ECC" w:rsidRPr="00171CA1" w:rsidRDefault="00A11ECC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552" w:type="dxa"/>
            <w:gridSpan w:val="3"/>
          </w:tcPr>
          <w:p w14:paraId="451DB82B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202F2988" w14:textId="77777777" w:rsidR="00A11ECC" w:rsidRPr="00171CA1" w:rsidRDefault="00A11ECC">
            <w:pPr>
              <w:keepNext/>
              <w:rPr>
                <w:sz w:val="18"/>
                <w:szCs w:val="18"/>
              </w:rPr>
            </w:pPr>
          </w:p>
        </w:tc>
      </w:tr>
    </w:tbl>
    <w:p w14:paraId="30B8E0EC" w14:textId="77777777" w:rsidR="00A11ECC" w:rsidRPr="00171CA1" w:rsidRDefault="00A11ECC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749"/>
      </w:tblGrid>
      <w:tr w:rsidR="00A11ECC" w:rsidRPr="00171CA1" w14:paraId="031C2B49" w14:textId="77777777" w:rsidTr="00171CA1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3F999CAB" w14:textId="77777777" w:rsidR="00A11ECC" w:rsidRPr="00171CA1" w:rsidRDefault="00000000">
            <w:pPr>
              <w:keepNext/>
              <w:rPr>
                <w:sz w:val="18"/>
                <w:szCs w:val="18"/>
              </w:rPr>
            </w:pPr>
            <w:r w:rsidRPr="00171CA1">
              <w:rPr>
                <w:b/>
                <w:sz w:val="18"/>
                <w:szCs w:val="18"/>
              </w:rPr>
              <w:t xml:space="preserve"> 5. </w:t>
            </w:r>
            <w:r w:rsidRPr="00171CA1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A11ECC" w:rsidRPr="00171CA1" w14:paraId="70317068" w14:textId="77777777" w:rsidTr="00171CA1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Data</w:t>
            </w:r>
          </w:p>
          <w:p w14:paraId="45065743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1F4E7ECE" w14:textId="77777777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Titularul autorizației</w:t>
            </w:r>
          </w:p>
          <w:p w14:paraId="21637A08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  <w:tc>
          <w:tcPr>
            <w:tcW w:w="3749" w:type="dxa"/>
          </w:tcPr>
          <w:p w14:paraId="004D4C8B" w14:textId="77777777" w:rsidR="00A11ECC" w:rsidRPr="00171CA1" w:rsidRDefault="00000000">
            <w:pPr>
              <w:rPr>
                <w:sz w:val="18"/>
                <w:szCs w:val="18"/>
              </w:rPr>
            </w:pPr>
            <w:r w:rsidRPr="00171CA1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307E167C" w14:textId="77777777" w:rsidR="00A11ECC" w:rsidRPr="00171CA1" w:rsidRDefault="00A11ECC">
            <w:pPr>
              <w:rPr>
                <w:sz w:val="18"/>
                <w:szCs w:val="18"/>
              </w:rPr>
            </w:pPr>
          </w:p>
        </w:tc>
      </w:tr>
    </w:tbl>
    <w:p w14:paraId="33B23A72" w14:textId="77777777" w:rsidR="00A11ECC" w:rsidRPr="00171CA1" w:rsidRDefault="00A11ECC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A11ECC" w:rsidRPr="00171CA1" w14:paraId="5723B871" w14:textId="77777777" w:rsidTr="00171CA1">
        <w:trPr>
          <w:cantSplit/>
        </w:trPr>
        <w:tc>
          <w:tcPr>
            <w:tcW w:w="10173" w:type="dxa"/>
            <w:shd w:val="clear" w:color="auto" w:fill="F4F4F4"/>
          </w:tcPr>
          <w:p w14:paraId="5778FA35" w14:textId="77777777" w:rsidR="00A11ECC" w:rsidRPr="00171CA1" w:rsidRDefault="00000000">
            <w:pPr>
              <w:spacing w:line="228" w:lineRule="auto"/>
              <w:rPr>
                <w:sz w:val="18"/>
                <w:szCs w:val="18"/>
                <w:lang w:val="fr-FR"/>
              </w:rPr>
            </w:pPr>
            <w:r w:rsidRPr="00171CA1">
              <w:rPr>
                <w:sz w:val="18"/>
                <w:szCs w:val="18"/>
                <w:lang w:val="fr-FR"/>
              </w:rPr>
              <w:t>Formularul se anexează la autorizația de construire / desființare în două exemplare. Titularul autorizației este obligat să păstreze pe șantier un exemplar al acestei înștiințări, cu numărul și data înregistrării la autoritatea emitentă.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ADC9A" w14:textId="77777777" w:rsidR="008E479D" w:rsidRDefault="008E479D">
      <w:r>
        <w:separator/>
      </w:r>
    </w:p>
  </w:endnote>
  <w:endnote w:type="continuationSeparator" w:id="0">
    <w:p w14:paraId="56AA1578" w14:textId="77777777" w:rsidR="008E479D" w:rsidRDefault="008E4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C28B5" w14:textId="77777777" w:rsidR="008E479D" w:rsidRDefault="008E479D">
      <w:r>
        <w:separator/>
      </w:r>
    </w:p>
  </w:footnote>
  <w:footnote w:type="continuationSeparator" w:id="0">
    <w:p w14:paraId="64946327" w14:textId="77777777" w:rsidR="008E479D" w:rsidRDefault="008E47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0A5EE8"/>
    <w:rsid w:val="00123DA8"/>
    <w:rsid w:val="0015074B"/>
    <w:rsid w:val="00171CA1"/>
    <w:rsid w:val="00182EDC"/>
    <w:rsid w:val="001F772B"/>
    <w:rsid w:val="0029639D"/>
    <w:rsid w:val="00326F90"/>
    <w:rsid w:val="0048210D"/>
    <w:rsid w:val="0053336D"/>
    <w:rsid w:val="00651E81"/>
    <w:rsid w:val="0068244E"/>
    <w:rsid w:val="006C103E"/>
    <w:rsid w:val="007B40F5"/>
    <w:rsid w:val="00807C36"/>
    <w:rsid w:val="00877469"/>
    <w:rsid w:val="008E479D"/>
    <w:rsid w:val="00973A13"/>
    <w:rsid w:val="00A11ECC"/>
    <w:rsid w:val="00A801DC"/>
    <w:rsid w:val="00AA1D8D"/>
    <w:rsid w:val="00B11682"/>
    <w:rsid w:val="00B47730"/>
    <w:rsid w:val="00C60D0D"/>
    <w:rsid w:val="00CB0664"/>
    <w:rsid w:val="00E61A6B"/>
    <w:rsid w:val="00E6757A"/>
    <w:rsid w:val="00FC693F"/>
    <w:rsid w:val="00FD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171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9</cp:revision>
  <dcterms:created xsi:type="dcterms:W3CDTF">2013-12-23T23:15:00Z</dcterms:created>
  <dcterms:modified xsi:type="dcterms:W3CDTF">2026-09-23T12:11:00Z</dcterms:modified>
  <cp:category/>
</cp:coreProperties>
</file>