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29F41" w14:textId="3CDEDB52" w:rsidR="00A23097" w:rsidRPr="00A23097" w:rsidRDefault="00A23097" w:rsidP="00A23097">
      <w:pPr>
        <w:pStyle w:val="Antet"/>
        <w:rPr>
          <w:i/>
          <w:iCs/>
          <w:sz w:val="24"/>
          <w:szCs w:val="24"/>
          <w:u w:val="single"/>
          <w:lang w:val="ro-RO"/>
        </w:rPr>
      </w:pPr>
      <w:r w:rsidRPr="00A23097">
        <w:rPr>
          <w:i/>
          <w:iCs/>
          <w:szCs w:val="15"/>
          <w:u w:val="single"/>
          <w:lang w:val="ro-RO"/>
        </w:rPr>
        <w:t>Anexa nr.2</w:t>
      </w:r>
      <w:r>
        <w:rPr>
          <w:i/>
          <w:iCs/>
          <w:sz w:val="24"/>
          <w:szCs w:val="24"/>
          <w:u w:val="single"/>
          <w:lang w:val="ro-RO"/>
        </w:rPr>
        <w:t xml:space="preserve"> </w:t>
      </w:r>
      <w:r>
        <w:rPr>
          <w:color w:val="595959"/>
        </w:rPr>
        <w:t>F_A_01 · versiunea 1.0</w:t>
      </w:r>
    </w:p>
    <w:tbl>
      <w:tblPr>
        <w:tblStyle w:val="Tabelgril"/>
        <w:tblW w:w="10201"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777"/>
      </w:tblGrid>
      <w:tr w:rsidR="00A23097" w14:paraId="40C08045" w14:textId="77777777" w:rsidTr="00821F64">
        <w:trPr>
          <w:cantSplit/>
          <w:trHeight w:val="285"/>
        </w:trPr>
        <w:tc>
          <w:tcPr>
            <w:tcW w:w="1606" w:type="dxa"/>
            <w:vMerge w:val="restart"/>
            <w:vAlign w:val="center"/>
          </w:tcPr>
          <w:p w14:paraId="497E5C23" w14:textId="77777777" w:rsidR="00A23097" w:rsidRPr="008B59BF" w:rsidRDefault="00A23097" w:rsidP="00821F64">
            <w:pPr>
              <w:keepNext/>
              <w:jc w:val="center"/>
              <w:rPr>
                <w:sz w:val="16"/>
                <w:szCs w:val="16"/>
              </w:rPr>
            </w:pPr>
            <w:r w:rsidRPr="00D15598">
              <w:rPr>
                <w:noProof/>
                <w:sz w:val="16"/>
                <w:szCs w:val="16"/>
              </w:rPr>
              <w:drawing>
                <wp:inline distT="0" distB="0" distL="0" distR="0" wp14:anchorId="7944E6A6" wp14:editId="63516BA9">
                  <wp:extent cx="767319" cy="973777"/>
                  <wp:effectExtent l="0" t="0" r="0" b="0"/>
                  <wp:docPr id="172539929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99296" name=""/>
                          <pic:cNvPicPr/>
                        </pic:nvPicPr>
                        <pic:blipFill>
                          <a:blip r:embed="rId8"/>
                          <a:stretch>
                            <a:fillRect/>
                          </a:stretch>
                        </pic:blipFill>
                        <pic:spPr>
                          <a:xfrm>
                            <a:off x="0" y="0"/>
                            <a:ext cx="769676" cy="976768"/>
                          </a:xfrm>
                          <a:prstGeom prst="rect">
                            <a:avLst/>
                          </a:prstGeom>
                        </pic:spPr>
                      </pic:pic>
                    </a:graphicData>
                  </a:graphic>
                </wp:inline>
              </w:drawing>
            </w:r>
          </w:p>
        </w:tc>
        <w:tc>
          <w:tcPr>
            <w:tcW w:w="8595" w:type="dxa"/>
            <w:gridSpan w:val="3"/>
            <w:shd w:val="clear" w:color="auto" w:fill="F0F0F0"/>
          </w:tcPr>
          <w:p w14:paraId="0FA1798B" w14:textId="77777777" w:rsidR="00A23097" w:rsidRPr="001D1DDD" w:rsidRDefault="00A23097" w:rsidP="00821F64">
            <w:pPr>
              <w:keepNext/>
              <w:rPr>
                <w:b/>
                <w:color w:val="0D5F78"/>
                <w:sz w:val="18"/>
                <w:szCs w:val="18"/>
              </w:rPr>
            </w:pPr>
            <w:r w:rsidRPr="001D1DDD">
              <w:rPr>
                <w:b/>
                <w:color w:val="0D5F78"/>
                <w:sz w:val="18"/>
                <w:szCs w:val="18"/>
              </w:rPr>
              <w:t>Județul</w:t>
            </w:r>
            <w:r>
              <w:rPr>
                <w:b/>
                <w:color w:val="0D5F78"/>
                <w:sz w:val="18"/>
                <w:szCs w:val="18"/>
              </w:rPr>
              <w:t xml:space="preserve">: </w:t>
            </w:r>
            <w:r w:rsidRPr="001D1DDD">
              <w:rPr>
                <w:b/>
                <w:bCs/>
                <w:sz w:val="18"/>
                <w:szCs w:val="18"/>
              </w:rPr>
              <w:t>BISTRI</w:t>
            </w:r>
            <w:r w:rsidRPr="001D1DDD">
              <w:rPr>
                <w:b/>
                <w:bCs/>
                <w:sz w:val="18"/>
                <w:szCs w:val="18"/>
                <w:lang w:val="ro-RO"/>
              </w:rPr>
              <w:t>ȚA NĂSĂUD</w:t>
            </w:r>
          </w:p>
        </w:tc>
      </w:tr>
      <w:tr w:rsidR="00A23097" w14:paraId="39EAFD63" w14:textId="77777777" w:rsidTr="00821F64">
        <w:trPr>
          <w:cantSplit/>
          <w:trHeight w:val="328"/>
        </w:trPr>
        <w:tc>
          <w:tcPr>
            <w:tcW w:w="1606" w:type="dxa"/>
            <w:vMerge/>
          </w:tcPr>
          <w:p w14:paraId="3405A871" w14:textId="77777777" w:rsidR="00A23097" w:rsidRPr="008B59BF" w:rsidRDefault="00A23097" w:rsidP="00821F64">
            <w:pPr>
              <w:rPr>
                <w:sz w:val="16"/>
                <w:szCs w:val="16"/>
              </w:rPr>
            </w:pPr>
          </w:p>
        </w:tc>
        <w:tc>
          <w:tcPr>
            <w:tcW w:w="8595" w:type="dxa"/>
            <w:gridSpan w:val="3"/>
            <w:shd w:val="clear" w:color="auto" w:fill="F0F0F0"/>
          </w:tcPr>
          <w:p w14:paraId="581BB491" w14:textId="77777777" w:rsidR="00A23097" w:rsidRPr="001D1DDD" w:rsidRDefault="00A23097" w:rsidP="00821F64">
            <w:pPr>
              <w:keepNext/>
              <w:rPr>
                <w:b/>
                <w:color w:val="0D5F78"/>
                <w:sz w:val="18"/>
                <w:szCs w:val="18"/>
              </w:rPr>
            </w:pPr>
            <w:r w:rsidRPr="001D1DDD">
              <w:rPr>
                <w:b/>
                <w:color w:val="0D5F78"/>
                <w:sz w:val="18"/>
                <w:szCs w:val="18"/>
              </w:rPr>
              <w:t>Autoritatea administrației publice</w:t>
            </w:r>
            <w:r>
              <w:rPr>
                <w:b/>
                <w:color w:val="0D5F78"/>
                <w:sz w:val="18"/>
                <w:szCs w:val="18"/>
              </w:rPr>
              <w:t xml:space="preserve">: </w:t>
            </w:r>
            <w:r w:rsidRPr="001D1DDD">
              <w:rPr>
                <w:b/>
                <w:bCs/>
                <w:sz w:val="18"/>
                <w:szCs w:val="18"/>
              </w:rPr>
              <w:t>PRIMĂRIA MUNICIPIULUI BISTRIȚA</w:t>
            </w:r>
          </w:p>
        </w:tc>
      </w:tr>
      <w:tr w:rsidR="00A23097" w14:paraId="2DFAC84D" w14:textId="77777777" w:rsidTr="00821F64">
        <w:trPr>
          <w:cantSplit/>
          <w:trHeight w:val="1126"/>
        </w:trPr>
        <w:tc>
          <w:tcPr>
            <w:tcW w:w="1606" w:type="dxa"/>
            <w:vMerge/>
          </w:tcPr>
          <w:p w14:paraId="07078939" w14:textId="77777777" w:rsidR="00A23097" w:rsidRPr="008B59BF" w:rsidRDefault="00A23097" w:rsidP="00821F64">
            <w:pPr>
              <w:rPr>
                <w:sz w:val="16"/>
                <w:szCs w:val="16"/>
              </w:rPr>
            </w:pPr>
          </w:p>
        </w:tc>
        <w:tc>
          <w:tcPr>
            <w:tcW w:w="2409" w:type="dxa"/>
            <w:shd w:val="clear" w:color="auto" w:fill="F0F0F0"/>
          </w:tcPr>
          <w:p w14:paraId="47280368" w14:textId="77777777" w:rsidR="00A23097" w:rsidRPr="001D1DDD" w:rsidRDefault="00A23097" w:rsidP="00821F64">
            <w:pPr>
              <w:keepNext/>
              <w:rPr>
                <w:sz w:val="18"/>
                <w:szCs w:val="18"/>
                <w:lang w:val="fr-FR"/>
              </w:rPr>
            </w:pPr>
            <w:r w:rsidRPr="001D1DDD">
              <w:rPr>
                <w:b/>
                <w:color w:val="0D5F78"/>
                <w:sz w:val="18"/>
                <w:szCs w:val="18"/>
                <w:lang w:val="fr-FR"/>
              </w:rPr>
              <w:t xml:space="preserve">Cod de identificare fiscală </w:t>
            </w:r>
            <w:r w:rsidRPr="00665E9B">
              <w:rPr>
                <w:b/>
                <w:color w:val="000000" w:themeColor="text1"/>
                <w:sz w:val="18"/>
                <w:szCs w:val="18"/>
                <w:lang w:val="fr-FR"/>
              </w:rPr>
              <w:t>CIF</w:t>
            </w:r>
            <w:r w:rsidRPr="001D1DDD">
              <w:rPr>
                <w:sz w:val="18"/>
                <w:szCs w:val="18"/>
                <w:lang w:val="fr-FR"/>
              </w:rPr>
              <w:t xml:space="preserve">  </w:t>
            </w:r>
            <w:r w:rsidRPr="001D1DDD">
              <w:rPr>
                <w:b/>
                <w:bCs/>
                <w:color w:val="000000" w:themeColor="text1"/>
                <w:sz w:val="18"/>
                <w:szCs w:val="18"/>
              </w:rPr>
              <w:t>4347569</w:t>
            </w:r>
          </w:p>
        </w:tc>
        <w:tc>
          <w:tcPr>
            <w:tcW w:w="6186" w:type="dxa"/>
            <w:gridSpan w:val="2"/>
            <w:shd w:val="clear" w:color="auto" w:fill="F0F0F0"/>
          </w:tcPr>
          <w:p w14:paraId="6517935B" w14:textId="77777777" w:rsidR="00A23097" w:rsidRDefault="00A23097" w:rsidP="00821F64">
            <w:pPr>
              <w:keepNext/>
              <w:rPr>
                <w:sz w:val="18"/>
                <w:szCs w:val="18"/>
              </w:rPr>
            </w:pPr>
            <w:r w:rsidRPr="001D1DDD">
              <w:rPr>
                <w:b/>
                <w:color w:val="0D5F78"/>
                <w:sz w:val="18"/>
                <w:szCs w:val="18"/>
              </w:rPr>
              <w:t>Adresa oficială</w:t>
            </w:r>
            <w:r>
              <w:rPr>
                <w:sz w:val="18"/>
                <w:szCs w:val="18"/>
              </w:rPr>
              <w:t xml:space="preserve">: </w:t>
            </w:r>
          </w:p>
          <w:p w14:paraId="547CFD72" w14:textId="77777777" w:rsidR="00A23097" w:rsidRPr="001D1DDD" w:rsidRDefault="00A23097" w:rsidP="00821F64">
            <w:pPr>
              <w:keepNext/>
              <w:rPr>
                <w:sz w:val="18"/>
                <w:szCs w:val="18"/>
              </w:rPr>
            </w:pPr>
            <w:r w:rsidRPr="001D1DDD">
              <w:rPr>
                <w:b/>
                <w:bCs/>
                <w:iCs/>
                <w:sz w:val="18"/>
                <w:szCs w:val="18"/>
              </w:rPr>
              <w:t>P</w:t>
            </w:r>
            <w:r>
              <w:rPr>
                <w:b/>
                <w:bCs/>
                <w:iCs/>
                <w:sz w:val="18"/>
                <w:szCs w:val="18"/>
              </w:rPr>
              <w:t>iața</w:t>
            </w:r>
            <w:r w:rsidRPr="001D1DDD">
              <w:rPr>
                <w:b/>
                <w:bCs/>
                <w:iCs/>
                <w:sz w:val="18"/>
                <w:szCs w:val="18"/>
              </w:rPr>
              <w:t xml:space="preserve"> C</w:t>
            </w:r>
            <w:r>
              <w:rPr>
                <w:b/>
                <w:bCs/>
                <w:iCs/>
                <w:sz w:val="18"/>
                <w:szCs w:val="18"/>
              </w:rPr>
              <w:t>entrală</w:t>
            </w:r>
            <w:r w:rsidRPr="001D1DDD">
              <w:rPr>
                <w:b/>
                <w:bCs/>
                <w:iCs/>
                <w:sz w:val="18"/>
                <w:szCs w:val="18"/>
              </w:rPr>
              <w:t>,</w:t>
            </w:r>
            <w:r>
              <w:rPr>
                <w:b/>
                <w:bCs/>
                <w:iCs/>
                <w:sz w:val="18"/>
                <w:szCs w:val="18"/>
              </w:rPr>
              <w:t xml:space="preserve"> Nr</w:t>
            </w:r>
            <w:r w:rsidRPr="001D1DDD">
              <w:rPr>
                <w:b/>
                <w:bCs/>
                <w:iCs/>
                <w:sz w:val="18"/>
                <w:szCs w:val="18"/>
              </w:rPr>
              <w:t>.6</w:t>
            </w:r>
            <w:r>
              <w:rPr>
                <w:b/>
                <w:bCs/>
                <w:iCs/>
                <w:sz w:val="18"/>
                <w:szCs w:val="18"/>
              </w:rPr>
              <w:t>, Bistrița, jud.Bistrița-Năsăud, cod poștal</w:t>
            </w:r>
            <w:r w:rsidRPr="001D1DDD">
              <w:rPr>
                <w:b/>
                <w:bCs/>
                <w:iCs/>
                <w:sz w:val="18"/>
                <w:szCs w:val="18"/>
              </w:rPr>
              <w:t xml:space="preserve"> 420040</w:t>
            </w:r>
          </w:p>
          <w:p w14:paraId="5A13F420" w14:textId="77777777" w:rsidR="00A23097" w:rsidRDefault="00A23097" w:rsidP="00821F64">
            <w:pPr>
              <w:keepNext/>
              <w:rPr>
                <w:b/>
                <w:bCs/>
                <w:iCs/>
                <w:sz w:val="18"/>
                <w:szCs w:val="18"/>
              </w:rPr>
            </w:pPr>
            <w:r w:rsidRPr="001D1DDD">
              <w:rPr>
                <w:b/>
                <w:bCs/>
                <w:iCs/>
                <w:sz w:val="18"/>
                <w:szCs w:val="18"/>
              </w:rPr>
              <w:t xml:space="preserve">E-mail: </w:t>
            </w:r>
            <w:hyperlink r:id="rId9" w:history="1">
              <w:r w:rsidRPr="001D1DDD">
                <w:rPr>
                  <w:rStyle w:val="Hyperlink"/>
                  <w:b/>
                  <w:bCs/>
                  <w:iCs/>
                  <w:color w:val="auto"/>
                  <w:sz w:val="18"/>
                  <w:szCs w:val="18"/>
                </w:rPr>
                <w:t>primaria@municipiulbistrita.ro</w:t>
              </w:r>
            </w:hyperlink>
            <w:r w:rsidRPr="001D1DDD">
              <w:rPr>
                <w:b/>
                <w:bCs/>
                <w:iCs/>
                <w:sz w:val="18"/>
                <w:szCs w:val="18"/>
              </w:rPr>
              <w:t xml:space="preserve"> </w:t>
            </w:r>
          </w:p>
          <w:p w14:paraId="4A89572D" w14:textId="77777777" w:rsidR="00A23097" w:rsidRPr="001D1DDD" w:rsidRDefault="00A23097" w:rsidP="00821F64">
            <w:pPr>
              <w:keepNext/>
              <w:rPr>
                <w:b/>
                <w:bCs/>
                <w:iCs/>
                <w:sz w:val="18"/>
                <w:szCs w:val="18"/>
              </w:rPr>
            </w:pPr>
            <w:r w:rsidRPr="001D1DDD">
              <w:rPr>
                <w:b/>
                <w:bCs/>
                <w:iCs/>
                <w:sz w:val="18"/>
                <w:szCs w:val="18"/>
              </w:rPr>
              <w:t xml:space="preserve">Web: </w:t>
            </w:r>
            <w:hyperlink r:id="rId10" w:history="1">
              <w:r w:rsidRPr="001D1DDD">
                <w:rPr>
                  <w:rStyle w:val="Hyperlink"/>
                  <w:b/>
                  <w:bCs/>
                  <w:iCs/>
                  <w:color w:val="auto"/>
                  <w:sz w:val="18"/>
                  <w:szCs w:val="18"/>
                </w:rPr>
                <w:t>http://www.primariabistrita.ro</w:t>
              </w:r>
            </w:hyperlink>
          </w:p>
          <w:p w14:paraId="11E2343D" w14:textId="77777777" w:rsidR="00A23097" w:rsidRPr="006A2001" w:rsidRDefault="00A23097" w:rsidP="00821F64">
            <w:pPr>
              <w:keepNext/>
              <w:rPr>
                <w:b/>
                <w:bCs/>
                <w:iCs/>
                <w:sz w:val="18"/>
                <w:szCs w:val="18"/>
              </w:rPr>
            </w:pPr>
            <w:r w:rsidRPr="001D1DDD">
              <w:rPr>
                <w:b/>
                <w:bCs/>
                <w:iCs/>
                <w:sz w:val="18"/>
                <w:szCs w:val="18"/>
              </w:rPr>
              <w:t>Telefon: 0263223923</w:t>
            </w:r>
            <w:r>
              <w:rPr>
                <w:b/>
                <w:bCs/>
                <w:iCs/>
                <w:sz w:val="18"/>
                <w:szCs w:val="18"/>
              </w:rPr>
              <w:t>,  0263</w:t>
            </w:r>
            <w:r w:rsidRPr="001D1DDD">
              <w:rPr>
                <w:b/>
                <w:bCs/>
                <w:iCs/>
                <w:sz w:val="18"/>
                <w:szCs w:val="18"/>
              </w:rPr>
              <w:t>224706</w:t>
            </w:r>
          </w:p>
        </w:tc>
      </w:tr>
      <w:tr w:rsidR="00A23097" w14:paraId="0225A559" w14:textId="77777777" w:rsidTr="00821F64">
        <w:trPr>
          <w:cantSplit/>
          <w:trHeight w:val="510"/>
        </w:trPr>
        <w:tc>
          <w:tcPr>
            <w:tcW w:w="1606" w:type="dxa"/>
            <w:vMerge/>
          </w:tcPr>
          <w:p w14:paraId="08E2F809" w14:textId="77777777" w:rsidR="00A23097" w:rsidRPr="008B59BF" w:rsidRDefault="00A23097" w:rsidP="00821F64">
            <w:pPr>
              <w:rPr>
                <w:sz w:val="16"/>
                <w:szCs w:val="16"/>
              </w:rPr>
            </w:pPr>
          </w:p>
        </w:tc>
        <w:tc>
          <w:tcPr>
            <w:tcW w:w="4818" w:type="dxa"/>
            <w:gridSpan w:val="2"/>
            <w:shd w:val="clear" w:color="auto" w:fill="F0F0F0"/>
          </w:tcPr>
          <w:p w14:paraId="06521E61" w14:textId="77777777" w:rsidR="00A23097" w:rsidRPr="001D1DDD" w:rsidRDefault="00A23097" w:rsidP="00821F64">
            <w:pPr>
              <w:keepNext/>
              <w:rPr>
                <w:sz w:val="18"/>
                <w:szCs w:val="18"/>
              </w:rPr>
            </w:pPr>
            <w:r w:rsidRPr="001D1DDD">
              <w:rPr>
                <w:b/>
                <w:color w:val="0D5F78"/>
                <w:sz w:val="18"/>
                <w:szCs w:val="18"/>
              </w:rPr>
              <w:t>Număr de înregistrare</w:t>
            </w:r>
          </w:p>
          <w:p w14:paraId="1764300E" w14:textId="77777777" w:rsidR="00A23097" w:rsidRPr="001D1DDD" w:rsidRDefault="00A23097" w:rsidP="00821F64">
            <w:pPr>
              <w:keepNext/>
              <w:rPr>
                <w:sz w:val="18"/>
                <w:szCs w:val="18"/>
              </w:rPr>
            </w:pPr>
          </w:p>
        </w:tc>
        <w:tc>
          <w:tcPr>
            <w:tcW w:w="3777" w:type="dxa"/>
            <w:shd w:val="clear" w:color="auto" w:fill="F0F0F0"/>
          </w:tcPr>
          <w:p w14:paraId="79944121" w14:textId="77777777" w:rsidR="00A23097" w:rsidRPr="001D1DDD" w:rsidRDefault="00A23097" w:rsidP="00821F64">
            <w:pPr>
              <w:keepNext/>
              <w:rPr>
                <w:sz w:val="18"/>
                <w:szCs w:val="18"/>
              </w:rPr>
            </w:pPr>
            <w:r w:rsidRPr="001D1DDD">
              <w:rPr>
                <w:b/>
                <w:color w:val="0D5F78"/>
                <w:sz w:val="18"/>
                <w:szCs w:val="18"/>
              </w:rPr>
              <w:t>Data</w:t>
            </w:r>
          </w:p>
          <w:p w14:paraId="47938A18" w14:textId="77777777" w:rsidR="00A23097" w:rsidRPr="001D1DDD" w:rsidRDefault="00A23097" w:rsidP="00821F64">
            <w:pPr>
              <w:keepNext/>
              <w:rPr>
                <w:sz w:val="18"/>
                <w:szCs w:val="18"/>
              </w:rPr>
            </w:pPr>
          </w:p>
        </w:tc>
      </w:tr>
    </w:tbl>
    <w:p w14:paraId="60AF8B42" w14:textId="77777777" w:rsidR="00A23097" w:rsidRPr="002B61AC" w:rsidRDefault="00A23097" w:rsidP="00A23097">
      <w:pPr>
        <w:pStyle w:val="Antet"/>
        <w:rPr>
          <w:i/>
          <w:iCs/>
          <w:sz w:val="24"/>
          <w:szCs w:val="24"/>
          <w:u w:val="single"/>
          <w:lang w:val="ro-RO"/>
        </w:rPr>
      </w:pPr>
    </w:p>
    <w:p w14:paraId="5ED2A852" w14:textId="77777777" w:rsidR="00A23097" w:rsidRDefault="00A23097" w:rsidP="00C32AB5">
      <w:pPr>
        <w:spacing w:before="140" w:after="40"/>
        <w:jc w:val="center"/>
        <w:rPr>
          <w:b/>
          <w:sz w:val="28"/>
          <w:szCs w:val="28"/>
          <w:lang w:val="fr-FR"/>
        </w:rPr>
      </w:pPr>
    </w:p>
    <w:p w14:paraId="282B6870" w14:textId="0992C66B" w:rsidR="003C7CA3" w:rsidRPr="001531A5" w:rsidRDefault="003454F7" w:rsidP="00C32AB5">
      <w:pPr>
        <w:spacing w:before="140" w:after="40"/>
        <w:jc w:val="center"/>
        <w:rPr>
          <w:sz w:val="28"/>
          <w:szCs w:val="28"/>
          <w:lang w:val="fr-FR"/>
        </w:rPr>
      </w:pPr>
      <w:r w:rsidRPr="001531A5">
        <w:rPr>
          <w:b/>
          <w:sz w:val="28"/>
          <w:szCs w:val="28"/>
          <w:lang w:val="fr-FR"/>
        </w:rPr>
        <w:t>CERERE</w:t>
      </w:r>
    </w:p>
    <w:p w14:paraId="5B0DC5BF" w14:textId="77777777" w:rsidR="003C7CA3" w:rsidRDefault="003C7CA3">
      <w:pPr>
        <w:spacing w:after="60" w:line="168" w:lineRule="auto"/>
      </w:pPr>
    </w:p>
    <w:tbl>
      <w:tblPr>
        <w:tblStyle w:val="Tabelgril"/>
        <w:tblW w:w="10173"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2143"/>
      </w:tblGrid>
      <w:tr w:rsidR="003C7CA3" w14:paraId="472EA448" w14:textId="77777777" w:rsidTr="00EA7EA3">
        <w:trPr>
          <w:cantSplit/>
        </w:trPr>
        <w:tc>
          <w:tcPr>
            <w:tcW w:w="10173" w:type="dxa"/>
            <w:gridSpan w:val="8"/>
            <w:shd w:val="clear" w:color="auto" w:fill="F4F4F4"/>
          </w:tcPr>
          <w:p w14:paraId="3A681D09" w14:textId="77777777" w:rsidR="003C7CA3" w:rsidRDefault="003454F7">
            <w:pPr>
              <w:keepNext/>
            </w:pPr>
            <w:r>
              <w:rPr>
                <w:b/>
                <w:sz w:val="16"/>
              </w:rPr>
              <w:t xml:space="preserve"> 1. </w:t>
            </w:r>
            <w:r>
              <w:rPr>
                <w:b/>
                <w:color w:val="000000"/>
                <w:sz w:val="18"/>
              </w:rPr>
              <w:t>CĂTRE</w:t>
            </w:r>
          </w:p>
        </w:tc>
      </w:tr>
      <w:tr w:rsidR="003C7CA3" w:rsidRPr="00F61A70" w14:paraId="00DF9E39" w14:textId="77777777" w:rsidTr="00EA7EA3">
        <w:trPr>
          <w:cantSplit/>
          <w:trHeight w:val="510"/>
        </w:trPr>
        <w:tc>
          <w:tcPr>
            <w:tcW w:w="10173" w:type="dxa"/>
            <w:gridSpan w:val="8"/>
          </w:tcPr>
          <w:p w14:paraId="23D361A1" w14:textId="079164D1" w:rsidR="003C7CA3" w:rsidRPr="005B29C5" w:rsidRDefault="003454F7">
            <w:pPr>
              <w:keepNext/>
              <w:rPr>
                <w:lang w:val="fr-FR"/>
              </w:rPr>
            </w:pPr>
            <w:r w:rsidRPr="00EA7EA3">
              <w:rPr>
                <w:b/>
                <w:color w:val="0D5F78"/>
                <w:sz w:val="18"/>
                <w:szCs w:val="18"/>
                <w:lang w:val="fr-FR"/>
              </w:rPr>
              <w:t>Instituția</w:t>
            </w:r>
            <w:r w:rsidR="00EA7EA3" w:rsidRPr="00EA7EA3">
              <w:rPr>
                <w:b/>
                <w:color w:val="0D5F78"/>
                <w:sz w:val="18"/>
                <w:szCs w:val="18"/>
                <w:lang w:val="fr-FR"/>
              </w:rPr>
              <w:t> </w:t>
            </w:r>
            <w:r w:rsidR="00EA7EA3">
              <w:rPr>
                <w:lang w:val="fr-FR"/>
              </w:rPr>
              <w:t xml:space="preserve">: </w:t>
            </w:r>
            <w:r w:rsidR="00EA7EA3" w:rsidRPr="001F6BAE">
              <w:rPr>
                <w:b/>
                <w:bCs/>
                <w:sz w:val="19"/>
                <w:szCs w:val="19"/>
                <w:lang w:val="fr-FR"/>
              </w:rPr>
              <w:t>PRIMĂRIA MUNICIPIULUI BISTRIȚA</w:t>
            </w:r>
          </w:p>
          <w:p w14:paraId="7F5527AA" w14:textId="77777777" w:rsidR="003C7CA3" w:rsidRPr="005B29C5" w:rsidRDefault="003C7CA3">
            <w:pPr>
              <w:keepNext/>
              <w:rPr>
                <w:lang w:val="fr-FR"/>
              </w:rPr>
            </w:pPr>
          </w:p>
        </w:tc>
      </w:tr>
      <w:tr w:rsidR="003C7CA3" w:rsidRPr="00EA7EA3" w14:paraId="30A794B1" w14:textId="77777777" w:rsidTr="00EA7EA3">
        <w:trPr>
          <w:cantSplit/>
        </w:trPr>
        <w:tc>
          <w:tcPr>
            <w:tcW w:w="10173" w:type="dxa"/>
            <w:gridSpan w:val="8"/>
            <w:shd w:val="clear" w:color="auto" w:fill="F4F4F4"/>
          </w:tcPr>
          <w:p w14:paraId="2C82CAB7" w14:textId="20310B2E" w:rsidR="003C7CA3" w:rsidRPr="00EA7EA3" w:rsidRDefault="003454F7">
            <w:pPr>
              <w:keepNext/>
              <w:rPr>
                <w:sz w:val="18"/>
                <w:szCs w:val="18"/>
              </w:rPr>
            </w:pPr>
            <w:r w:rsidRPr="00EA7EA3">
              <w:rPr>
                <w:b/>
                <w:sz w:val="18"/>
                <w:szCs w:val="18"/>
              </w:rPr>
              <w:t xml:space="preserve">2. </w:t>
            </w:r>
            <w:r w:rsidRPr="00EA7EA3">
              <w:rPr>
                <w:b/>
                <w:color w:val="000000"/>
                <w:sz w:val="18"/>
                <w:szCs w:val="18"/>
              </w:rPr>
              <w:t>SOLICITANTUL</w:t>
            </w:r>
          </w:p>
        </w:tc>
      </w:tr>
      <w:tr w:rsidR="003C7CA3" w:rsidRPr="00EA7EA3" w14:paraId="29428782" w14:textId="77777777" w:rsidTr="00EA7EA3">
        <w:trPr>
          <w:cantSplit/>
          <w:trHeight w:val="510"/>
        </w:trPr>
        <w:tc>
          <w:tcPr>
            <w:tcW w:w="5621" w:type="dxa"/>
            <w:gridSpan w:val="5"/>
          </w:tcPr>
          <w:p w14:paraId="28000559" w14:textId="77777777" w:rsidR="003C7CA3" w:rsidRPr="00EA7EA3" w:rsidRDefault="003454F7">
            <w:pPr>
              <w:keepNext/>
              <w:rPr>
                <w:sz w:val="18"/>
                <w:szCs w:val="18"/>
              </w:rPr>
            </w:pPr>
            <w:r w:rsidRPr="00EA7EA3">
              <w:rPr>
                <w:b/>
                <w:color w:val="0D5F78"/>
                <w:sz w:val="18"/>
                <w:szCs w:val="18"/>
              </w:rPr>
              <w:t>Nume și prenume</w:t>
            </w:r>
          </w:p>
          <w:p w14:paraId="23D9DFE8" w14:textId="77777777" w:rsidR="003C7CA3" w:rsidRPr="00EA7EA3" w:rsidRDefault="003C7CA3">
            <w:pPr>
              <w:keepNext/>
              <w:rPr>
                <w:sz w:val="18"/>
                <w:szCs w:val="18"/>
              </w:rPr>
            </w:pPr>
          </w:p>
        </w:tc>
        <w:tc>
          <w:tcPr>
            <w:tcW w:w="4552" w:type="dxa"/>
            <w:gridSpan w:val="3"/>
          </w:tcPr>
          <w:p w14:paraId="786F8013" w14:textId="77777777" w:rsidR="003C7CA3" w:rsidRPr="00EA7EA3" w:rsidRDefault="003454F7">
            <w:pPr>
              <w:keepNext/>
              <w:rPr>
                <w:sz w:val="18"/>
                <w:szCs w:val="18"/>
              </w:rPr>
            </w:pPr>
            <w:r w:rsidRPr="00EA7EA3">
              <w:rPr>
                <w:b/>
                <w:color w:val="0D5F78"/>
                <w:sz w:val="18"/>
                <w:szCs w:val="18"/>
              </w:rPr>
              <w:t>CNP</w:t>
            </w:r>
          </w:p>
          <w:p w14:paraId="68914CF7" w14:textId="77777777" w:rsidR="003C7CA3" w:rsidRPr="00EA7EA3" w:rsidRDefault="003C7CA3">
            <w:pPr>
              <w:keepNext/>
              <w:rPr>
                <w:sz w:val="18"/>
                <w:szCs w:val="18"/>
              </w:rPr>
            </w:pPr>
          </w:p>
        </w:tc>
      </w:tr>
      <w:tr w:rsidR="003C7CA3" w:rsidRPr="00EA7EA3" w14:paraId="7BDDBA2B" w14:textId="77777777" w:rsidTr="00EA7EA3">
        <w:trPr>
          <w:cantSplit/>
        </w:trPr>
        <w:tc>
          <w:tcPr>
            <w:tcW w:w="10173" w:type="dxa"/>
            <w:gridSpan w:val="8"/>
            <w:shd w:val="clear" w:color="auto" w:fill="F4F4F4"/>
          </w:tcPr>
          <w:p w14:paraId="78554FA7" w14:textId="77777777" w:rsidR="003C7CA3" w:rsidRPr="00EA7EA3" w:rsidRDefault="003454F7">
            <w:pPr>
              <w:keepNext/>
              <w:rPr>
                <w:sz w:val="18"/>
                <w:szCs w:val="18"/>
              </w:rPr>
            </w:pPr>
            <w:r w:rsidRPr="00EA7EA3">
              <w:rPr>
                <w:sz w:val="18"/>
                <w:szCs w:val="18"/>
              </w:rPr>
              <w:t xml:space="preserve"> Act de identitate</w:t>
            </w:r>
          </w:p>
        </w:tc>
      </w:tr>
      <w:tr w:rsidR="003C7CA3" w:rsidRPr="00EA7EA3" w14:paraId="3BB88CF2" w14:textId="77777777" w:rsidTr="00EA7EA3">
        <w:trPr>
          <w:cantSplit/>
          <w:trHeight w:val="510"/>
        </w:trPr>
        <w:tc>
          <w:tcPr>
            <w:tcW w:w="1606" w:type="dxa"/>
          </w:tcPr>
          <w:p w14:paraId="043BF13F" w14:textId="77777777" w:rsidR="003C7CA3" w:rsidRPr="00EA7EA3" w:rsidRDefault="003454F7">
            <w:pPr>
              <w:keepNext/>
              <w:rPr>
                <w:sz w:val="18"/>
                <w:szCs w:val="18"/>
              </w:rPr>
            </w:pPr>
            <w:r w:rsidRPr="00EA7EA3">
              <w:rPr>
                <w:b/>
                <w:color w:val="0D5F78"/>
                <w:sz w:val="18"/>
                <w:szCs w:val="18"/>
              </w:rPr>
              <w:t>Seria</w:t>
            </w:r>
          </w:p>
          <w:p w14:paraId="0AA2A77A" w14:textId="77777777" w:rsidR="003C7CA3" w:rsidRPr="00EA7EA3" w:rsidRDefault="003C7CA3">
            <w:pPr>
              <w:keepNext/>
              <w:rPr>
                <w:sz w:val="18"/>
                <w:szCs w:val="18"/>
              </w:rPr>
            </w:pPr>
          </w:p>
        </w:tc>
        <w:tc>
          <w:tcPr>
            <w:tcW w:w="1606" w:type="dxa"/>
          </w:tcPr>
          <w:p w14:paraId="1CFF9F88" w14:textId="77777777" w:rsidR="003C7CA3" w:rsidRPr="00EA7EA3" w:rsidRDefault="003454F7">
            <w:pPr>
              <w:keepNext/>
              <w:rPr>
                <w:sz w:val="18"/>
                <w:szCs w:val="18"/>
              </w:rPr>
            </w:pPr>
            <w:r w:rsidRPr="00EA7EA3">
              <w:rPr>
                <w:b/>
                <w:color w:val="0D5F78"/>
                <w:sz w:val="18"/>
                <w:szCs w:val="18"/>
              </w:rPr>
              <w:t>Numărul</w:t>
            </w:r>
          </w:p>
          <w:p w14:paraId="1597DE54" w14:textId="77777777" w:rsidR="003C7CA3" w:rsidRPr="00EA7EA3" w:rsidRDefault="003C7CA3">
            <w:pPr>
              <w:keepNext/>
              <w:rPr>
                <w:sz w:val="18"/>
                <w:szCs w:val="18"/>
              </w:rPr>
            </w:pPr>
          </w:p>
        </w:tc>
        <w:tc>
          <w:tcPr>
            <w:tcW w:w="4818" w:type="dxa"/>
            <w:gridSpan w:val="5"/>
          </w:tcPr>
          <w:p w14:paraId="7E38FFA6" w14:textId="77777777" w:rsidR="003C7CA3" w:rsidRPr="00EA7EA3" w:rsidRDefault="003454F7">
            <w:pPr>
              <w:keepNext/>
              <w:rPr>
                <w:sz w:val="18"/>
                <w:szCs w:val="18"/>
              </w:rPr>
            </w:pPr>
            <w:r w:rsidRPr="00EA7EA3">
              <w:rPr>
                <w:b/>
                <w:color w:val="0D5F78"/>
                <w:sz w:val="18"/>
                <w:szCs w:val="18"/>
              </w:rPr>
              <w:t>Eliberat de</w:t>
            </w:r>
          </w:p>
          <w:p w14:paraId="6BB479EA" w14:textId="77777777" w:rsidR="003C7CA3" w:rsidRPr="00EA7EA3" w:rsidRDefault="003C7CA3">
            <w:pPr>
              <w:keepNext/>
              <w:rPr>
                <w:sz w:val="18"/>
                <w:szCs w:val="18"/>
              </w:rPr>
            </w:pPr>
          </w:p>
        </w:tc>
        <w:tc>
          <w:tcPr>
            <w:tcW w:w="2143" w:type="dxa"/>
          </w:tcPr>
          <w:p w14:paraId="05B5F488" w14:textId="77777777" w:rsidR="003C7CA3" w:rsidRPr="00EA7EA3" w:rsidRDefault="003454F7">
            <w:pPr>
              <w:keepNext/>
              <w:rPr>
                <w:sz w:val="18"/>
                <w:szCs w:val="18"/>
              </w:rPr>
            </w:pPr>
            <w:r w:rsidRPr="00EA7EA3">
              <w:rPr>
                <w:b/>
                <w:color w:val="0D5F78"/>
                <w:sz w:val="18"/>
                <w:szCs w:val="18"/>
              </w:rPr>
              <w:t>La data</w:t>
            </w:r>
          </w:p>
          <w:p w14:paraId="3072B5E3" w14:textId="77777777" w:rsidR="003C7CA3" w:rsidRPr="00EA7EA3" w:rsidRDefault="003C7CA3">
            <w:pPr>
              <w:keepNext/>
              <w:rPr>
                <w:sz w:val="18"/>
                <w:szCs w:val="18"/>
              </w:rPr>
            </w:pPr>
          </w:p>
        </w:tc>
      </w:tr>
      <w:tr w:rsidR="003C7CA3" w:rsidRPr="00EA7EA3" w14:paraId="5F34DFE7" w14:textId="77777777" w:rsidTr="00EA7EA3">
        <w:trPr>
          <w:cantSplit/>
        </w:trPr>
        <w:tc>
          <w:tcPr>
            <w:tcW w:w="10173" w:type="dxa"/>
            <w:gridSpan w:val="8"/>
            <w:shd w:val="clear" w:color="auto" w:fill="F4F4F4"/>
          </w:tcPr>
          <w:p w14:paraId="320404B2" w14:textId="77777777" w:rsidR="003C7CA3" w:rsidRPr="00EA7EA3" w:rsidRDefault="003454F7">
            <w:pPr>
              <w:keepNext/>
              <w:rPr>
                <w:sz w:val="18"/>
                <w:szCs w:val="18"/>
              </w:rPr>
            </w:pPr>
            <w:r w:rsidRPr="00EA7EA3">
              <w:rPr>
                <w:sz w:val="18"/>
                <w:szCs w:val="18"/>
              </w:rPr>
              <w:t xml:space="preserve"> Domiciliul</w:t>
            </w:r>
          </w:p>
        </w:tc>
      </w:tr>
      <w:tr w:rsidR="003C7CA3" w:rsidRPr="00EA7EA3" w14:paraId="5559BD49" w14:textId="77777777" w:rsidTr="00EA7EA3">
        <w:trPr>
          <w:cantSplit/>
          <w:trHeight w:val="510"/>
        </w:trPr>
        <w:tc>
          <w:tcPr>
            <w:tcW w:w="3212" w:type="dxa"/>
            <w:gridSpan w:val="2"/>
          </w:tcPr>
          <w:p w14:paraId="0A7E8673" w14:textId="77777777" w:rsidR="003C7CA3" w:rsidRPr="00EA7EA3" w:rsidRDefault="003454F7">
            <w:pPr>
              <w:keepNext/>
              <w:rPr>
                <w:sz w:val="18"/>
                <w:szCs w:val="18"/>
              </w:rPr>
            </w:pPr>
            <w:r w:rsidRPr="00EA7EA3">
              <w:rPr>
                <w:b/>
                <w:color w:val="0D5F78"/>
                <w:sz w:val="18"/>
                <w:szCs w:val="18"/>
              </w:rPr>
              <w:t>Județul</w:t>
            </w:r>
          </w:p>
          <w:p w14:paraId="32F8A1FA" w14:textId="7E82BAD3" w:rsidR="003C7CA3" w:rsidRPr="00EA7EA3" w:rsidRDefault="003C7CA3">
            <w:pPr>
              <w:keepNext/>
              <w:rPr>
                <w:sz w:val="18"/>
                <w:szCs w:val="18"/>
              </w:rPr>
            </w:pPr>
          </w:p>
        </w:tc>
        <w:tc>
          <w:tcPr>
            <w:tcW w:w="3212" w:type="dxa"/>
            <w:gridSpan w:val="4"/>
          </w:tcPr>
          <w:p w14:paraId="1D1D2DBF" w14:textId="77777777" w:rsidR="006A0568" w:rsidRPr="006A0568" w:rsidRDefault="006A0568" w:rsidP="006A0568">
            <w:pPr>
              <w:keepNext/>
              <w:rPr>
                <w:b/>
                <w:color w:val="0D5F78"/>
                <w:sz w:val="18"/>
                <w:szCs w:val="18"/>
              </w:rPr>
            </w:pPr>
            <w:r w:rsidRPr="006A0568">
              <w:rPr>
                <w:b/>
                <w:color w:val="0D5F78"/>
                <w:sz w:val="18"/>
                <w:szCs w:val="18"/>
              </w:rPr>
              <w:t>Municipiul / orașul / comuna</w:t>
            </w:r>
          </w:p>
          <w:p w14:paraId="22F41106" w14:textId="395121EC" w:rsidR="003C7CA3" w:rsidRPr="00EA7EA3" w:rsidRDefault="003C7CA3">
            <w:pPr>
              <w:keepNext/>
              <w:rPr>
                <w:sz w:val="18"/>
                <w:szCs w:val="18"/>
              </w:rPr>
            </w:pPr>
          </w:p>
        </w:tc>
        <w:tc>
          <w:tcPr>
            <w:tcW w:w="3749" w:type="dxa"/>
            <w:gridSpan w:val="2"/>
          </w:tcPr>
          <w:p w14:paraId="04958A01" w14:textId="77777777" w:rsidR="007B37A3" w:rsidRPr="007B37A3" w:rsidRDefault="007B37A3" w:rsidP="007B37A3">
            <w:pPr>
              <w:keepNext/>
              <w:rPr>
                <w:b/>
                <w:color w:val="0D5F78"/>
                <w:sz w:val="18"/>
                <w:szCs w:val="18"/>
              </w:rPr>
            </w:pPr>
            <w:r w:rsidRPr="007B37A3">
              <w:rPr>
                <w:b/>
                <w:color w:val="0D5F78"/>
                <w:sz w:val="18"/>
                <w:szCs w:val="18"/>
              </w:rPr>
              <w:t>Satul / sectorul</w:t>
            </w:r>
          </w:p>
          <w:p w14:paraId="46C6D803" w14:textId="77777777" w:rsidR="003C7CA3" w:rsidRPr="00EA7EA3" w:rsidRDefault="003C7CA3">
            <w:pPr>
              <w:keepNext/>
              <w:rPr>
                <w:sz w:val="18"/>
                <w:szCs w:val="18"/>
              </w:rPr>
            </w:pPr>
          </w:p>
        </w:tc>
      </w:tr>
      <w:tr w:rsidR="003C7CA3" w:rsidRPr="00EA7EA3" w14:paraId="50FF5E1E" w14:textId="77777777" w:rsidTr="00EA7EA3">
        <w:trPr>
          <w:cantSplit/>
          <w:trHeight w:val="510"/>
        </w:trPr>
        <w:tc>
          <w:tcPr>
            <w:tcW w:w="3212" w:type="dxa"/>
            <w:gridSpan w:val="2"/>
          </w:tcPr>
          <w:p w14:paraId="6EBF7D52" w14:textId="77777777" w:rsidR="003C7CA3" w:rsidRPr="00EA7EA3" w:rsidRDefault="003454F7">
            <w:pPr>
              <w:keepNext/>
              <w:rPr>
                <w:sz w:val="18"/>
                <w:szCs w:val="18"/>
              </w:rPr>
            </w:pPr>
            <w:r w:rsidRPr="00EA7EA3">
              <w:rPr>
                <w:b/>
                <w:color w:val="0D5F78"/>
                <w:sz w:val="18"/>
                <w:szCs w:val="18"/>
              </w:rPr>
              <w:t>Strada</w:t>
            </w:r>
          </w:p>
          <w:p w14:paraId="4337B0E5" w14:textId="77777777" w:rsidR="003C7CA3" w:rsidRPr="00EA7EA3" w:rsidRDefault="003C7CA3">
            <w:pPr>
              <w:keepNext/>
              <w:rPr>
                <w:sz w:val="18"/>
                <w:szCs w:val="18"/>
              </w:rPr>
            </w:pPr>
          </w:p>
        </w:tc>
        <w:tc>
          <w:tcPr>
            <w:tcW w:w="803" w:type="dxa"/>
          </w:tcPr>
          <w:p w14:paraId="4A8A0FA4" w14:textId="77777777" w:rsidR="003C7CA3" w:rsidRPr="00EA7EA3" w:rsidRDefault="003454F7">
            <w:pPr>
              <w:keepNext/>
              <w:rPr>
                <w:sz w:val="18"/>
                <w:szCs w:val="18"/>
              </w:rPr>
            </w:pPr>
            <w:r w:rsidRPr="00EA7EA3">
              <w:rPr>
                <w:b/>
                <w:color w:val="0D5F78"/>
                <w:sz w:val="18"/>
                <w:szCs w:val="18"/>
              </w:rPr>
              <w:t>Nr.</w:t>
            </w:r>
          </w:p>
          <w:p w14:paraId="2D86E73D" w14:textId="77777777" w:rsidR="003C7CA3" w:rsidRPr="00EA7EA3" w:rsidRDefault="003C7CA3">
            <w:pPr>
              <w:keepNext/>
              <w:rPr>
                <w:sz w:val="18"/>
                <w:szCs w:val="18"/>
              </w:rPr>
            </w:pPr>
          </w:p>
        </w:tc>
        <w:tc>
          <w:tcPr>
            <w:tcW w:w="803" w:type="dxa"/>
          </w:tcPr>
          <w:p w14:paraId="2B61CEC7" w14:textId="77777777" w:rsidR="003C7CA3" w:rsidRPr="00EA7EA3" w:rsidRDefault="003454F7">
            <w:pPr>
              <w:keepNext/>
              <w:rPr>
                <w:sz w:val="18"/>
                <w:szCs w:val="18"/>
              </w:rPr>
            </w:pPr>
            <w:r w:rsidRPr="00EA7EA3">
              <w:rPr>
                <w:b/>
                <w:color w:val="0D5F78"/>
                <w:sz w:val="18"/>
                <w:szCs w:val="18"/>
              </w:rPr>
              <w:t>Sc.</w:t>
            </w:r>
          </w:p>
          <w:p w14:paraId="624663EF" w14:textId="77777777" w:rsidR="003C7CA3" w:rsidRPr="00EA7EA3" w:rsidRDefault="003C7CA3">
            <w:pPr>
              <w:keepNext/>
              <w:rPr>
                <w:sz w:val="18"/>
                <w:szCs w:val="18"/>
              </w:rPr>
            </w:pPr>
          </w:p>
        </w:tc>
        <w:tc>
          <w:tcPr>
            <w:tcW w:w="803" w:type="dxa"/>
          </w:tcPr>
          <w:p w14:paraId="4174B824" w14:textId="77777777" w:rsidR="003C7CA3" w:rsidRPr="00EA7EA3" w:rsidRDefault="003454F7">
            <w:pPr>
              <w:keepNext/>
              <w:rPr>
                <w:sz w:val="18"/>
                <w:szCs w:val="18"/>
              </w:rPr>
            </w:pPr>
            <w:r w:rsidRPr="00EA7EA3">
              <w:rPr>
                <w:b/>
                <w:color w:val="0D5F78"/>
                <w:sz w:val="18"/>
                <w:szCs w:val="18"/>
              </w:rPr>
              <w:t>Et.</w:t>
            </w:r>
          </w:p>
          <w:p w14:paraId="35C921A2" w14:textId="77777777" w:rsidR="003C7CA3" w:rsidRPr="00EA7EA3" w:rsidRDefault="003C7CA3">
            <w:pPr>
              <w:keepNext/>
              <w:rPr>
                <w:sz w:val="18"/>
                <w:szCs w:val="18"/>
              </w:rPr>
            </w:pPr>
          </w:p>
        </w:tc>
        <w:tc>
          <w:tcPr>
            <w:tcW w:w="803" w:type="dxa"/>
          </w:tcPr>
          <w:p w14:paraId="001C148E" w14:textId="77777777" w:rsidR="003C7CA3" w:rsidRPr="00EA7EA3" w:rsidRDefault="003454F7">
            <w:pPr>
              <w:keepNext/>
              <w:rPr>
                <w:sz w:val="18"/>
                <w:szCs w:val="18"/>
              </w:rPr>
            </w:pPr>
            <w:r w:rsidRPr="00EA7EA3">
              <w:rPr>
                <w:b/>
                <w:color w:val="0D5F78"/>
                <w:sz w:val="18"/>
                <w:szCs w:val="18"/>
              </w:rPr>
              <w:t>Ap.</w:t>
            </w:r>
          </w:p>
          <w:p w14:paraId="504D30C0" w14:textId="77777777" w:rsidR="003C7CA3" w:rsidRPr="00EA7EA3" w:rsidRDefault="003C7CA3">
            <w:pPr>
              <w:keepNext/>
              <w:rPr>
                <w:sz w:val="18"/>
                <w:szCs w:val="18"/>
              </w:rPr>
            </w:pPr>
          </w:p>
        </w:tc>
        <w:tc>
          <w:tcPr>
            <w:tcW w:w="1606" w:type="dxa"/>
          </w:tcPr>
          <w:p w14:paraId="3C541330" w14:textId="77777777" w:rsidR="003C7CA3" w:rsidRPr="00EA7EA3" w:rsidRDefault="003454F7">
            <w:pPr>
              <w:keepNext/>
              <w:rPr>
                <w:sz w:val="18"/>
                <w:szCs w:val="18"/>
              </w:rPr>
            </w:pPr>
            <w:r w:rsidRPr="00EA7EA3">
              <w:rPr>
                <w:b/>
                <w:color w:val="0D5F78"/>
                <w:sz w:val="18"/>
                <w:szCs w:val="18"/>
              </w:rPr>
              <w:t>Cod poștal</w:t>
            </w:r>
          </w:p>
          <w:p w14:paraId="0070EDB6" w14:textId="77777777" w:rsidR="003C7CA3" w:rsidRPr="00EA7EA3" w:rsidRDefault="003C7CA3">
            <w:pPr>
              <w:keepNext/>
              <w:rPr>
                <w:sz w:val="18"/>
                <w:szCs w:val="18"/>
              </w:rPr>
            </w:pPr>
          </w:p>
        </w:tc>
        <w:tc>
          <w:tcPr>
            <w:tcW w:w="2143" w:type="dxa"/>
          </w:tcPr>
          <w:p w14:paraId="075C075C" w14:textId="77777777" w:rsidR="003C7CA3" w:rsidRPr="00EA7EA3" w:rsidRDefault="003454F7">
            <w:pPr>
              <w:keepNext/>
              <w:rPr>
                <w:sz w:val="18"/>
                <w:szCs w:val="18"/>
              </w:rPr>
            </w:pPr>
            <w:r w:rsidRPr="00EA7EA3">
              <w:rPr>
                <w:b/>
                <w:color w:val="0D5F78"/>
                <w:sz w:val="18"/>
                <w:szCs w:val="18"/>
              </w:rPr>
              <w:t>Țara</w:t>
            </w:r>
          </w:p>
          <w:p w14:paraId="7092F64A" w14:textId="77777777" w:rsidR="003C7CA3" w:rsidRPr="00EA7EA3" w:rsidRDefault="003C7CA3">
            <w:pPr>
              <w:keepNext/>
              <w:rPr>
                <w:sz w:val="18"/>
                <w:szCs w:val="18"/>
              </w:rPr>
            </w:pPr>
          </w:p>
        </w:tc>
      </w:tr>
      <w:tr w:rsidR="003C7CA3" w:rsidRPr="00EA7EA3" w14:paraId="49F94177" w14:textId="77777777" w:rsidTr="00EA7EA3">
        <w:trPr>
          <w:cantSplit/>
        </w:trPr>
        <w:tc>
          <w:tcPr>
            <w:tcW w:w="10173" w:type="dxa"/>
            <w:gridSpan w:val="8"/>
            <w:shd w:val="clear" w:color="auto" w:fill="F4F4F4"/>
          </w:tcPr>
          <w:p w14:paraId="6FCA966A" w14:textId="77777777" w:rsidR="003C7CA3" w:rsidRPr="00EA7EA3" w:rsidRDefault="003454F7">
            <w:pPr>
              <w:keepNext/>
              <w:rPr>
                <w:sz w:val="18"/>
                <w:szCs w:val="18"/>
              </w:rPr>
            </w:pPr>
            <w:r w:rsidRPr="00EA7EA3">
              <w:rPr>
                <w:sz w:val="18"/>
                <w:szCs w:val="18"/>
              </w:rPr>
              <w:t xml:space="preserve"> Date de contact</w:t>
            </w:r>
          </w:p>
        </w:tc>
      </w:tr>
      <w:tr w:rsidR="003C7CA3" w:rsidRPr="00EA7EA3" w14:paraId="692FAC07" w14:textId="77777777" w:rsidTr="00EA7EA3">
        <w:trPr>
          <w:cantSplit/>
          <w:trHeight w:val="510"/>
        </w:trPr>
        <w:tc>
          <w:tcPr>
            <w:tcW w:w="4015" w:type="dxa"/>
            <w:gridSpan w:val="3"/>
          </w:tcPr>
          <w:p w14:paraId="1C251D1C" w14:textId="45DF2604" w:rsidR="003C7CA3" w:rsidRPr="00EA7EA3" w:rsidRDefault="003454F7" w:rsidP="0016357D">
            <w:pPr>
              <w:keepNext/>
              <w:rPr>
                <w:sz w:val="18"/>
                <w:szCs w:val="18"/>
              </w:rPr>
            </w:pPr>
            <w:r w:rsidRPr="00EA7EA3">
              <w:rPr>
                <w:b/>
                <w:color w:val="0D5F78"/>
                <w:sz w:val="18"/>
                <w:szCs w:val="18"/>
              </w:rPr>
              <w:t xml:space="preserve">Telefon </w:t>
            </w:r>
          </w:p>
        </w:tc>
        <w:tc>
          <w:tcPr>
            <w:tcW w:w="6158" w:type="dxa"/>
            <w:gridSpan w:val="5"/>
          </w:tcPr>
          <w:p w14:paraId="56DA7E88" w14:textId="77777777" w:rsidR="003C7CA3" w:rsidRPr="00EA7EA3" w:rsidRDefault="003454F7">
            <w:pPr>
              <w:keepNext/>
              <w:rPr>
                <w:sz w:val="18"/>
                <w:szCs w:val="18"/>
              </w:rPr>
            </w:pPr>
            <w:r w:rsidRPr="00EA7EA3">
              <w:rPr>
                <w:b/>
                <w:color w:val="0D5F78"/>
                <w:sz w:val="18"/>
                <w:szCs w:val="18"/>
              </w:rPr>
              <w:t>E-mail</w:t>
            </w:r>
          </w:p>
          <w:p w14:paraId="17350C90" w14:textId="77777777" w:rsidR="003C7CA3" w:rsidRPr="00EA7EA3" w:rsidRDefault="003C7CA3">
            <w:pPr>
              <w:keepNext/>
              <w:rPr>
                <w:sz w:val="18"/>
                <w:szCs w:val="18"/>
              </w:rPr>
            </w:pPr>
          </w:p>
        </w:tc>
      </w:tr>
      <w:tr w:rsidR="003C7CA3" w:rsidRPr="00EA7EA3" w14:paraId="201FC873" w14:textId="77777777" w:rsidTr="00EA7EA3">
        <w:trPr>
          <w:cantSplit/>
        </w:trPr>
        <w:tc>
          <w:tcPr>
            <w:tcW w:w="10173" w:type="dxa"/>
            <w:gridSpan w:val="8"/>
            <w:shd w:val="clear" w:color="auto" w:fill="F4F4F4"/>
          </w:tcPr>
          <w:p w14:paraId="64E77FD4" w14:textId="77777777" w:rsidR="003C7CA3" w:rsidRPr="00EA7EA3" w:rsidRDefault="003454F7">
            <w:pPr>
              <w:keepNext/>
              <w:rPr>
                <w:sz w:val="18"/>
                <w:szCs w:val="18"/>
              </w:rPr>
            </w:pPr>
            <w:r w:rsidRPr="00EA7EA3">
              <w:rPr>
                <w:sz w:val="18"/>
                <w:szCs w:val="18"/>
              </w:rPr>
              <w:t xml:space="preserve"> Reprezentare</w:t>
            </w:r>
          </w:p>
        </w:tc>
      </w:tr>
      <w:tr w:rsidR="003C7CA3" w:rsidRPr="00EA7EA3" w14:paraId="1C66AA69" w14:textId="77777777" w:rsidTr="00EA7EA3">
        <w:trPr>
          <w:cantSplit/>
          <w:trHeight w:val="510"/>
        </w:trPr>
        <w:tc>
          <w:tcPr>
            <w:tcW w:w="6424" w:type="dxa"/>
            <w:gridSpan w:val="6"/>
          </w:tcPr>
          <w:p w14:paraId="7E59B4D9" w14:textId="77777777" w:rsidR="003C7CA3" w:rsidRPr="00EA7EA3" w:rsidRDefault="003454F7">
            <w:pPr>
              <w:rPr>
                <w:sz w:val="18"/>
                <w:szCs w:val="18"/>
              </w:rPr>
            </w:pPr>
            <w:r w:rsidRPr="00EA7EA3">
              <w:rPr>
                <w:b/>
                <w:color w:val="0D5F78"/>
                <w:sz w:val="18"/>
                <w:szCs w:val="18"/>
              </w:rPr>
              <w:t>În calitate de reprezentant al</w:t>
            </w:r>
          </w:p>
          <w:p w14:paraId="527BD733" w14:textId="77777777" w:rsidR="003C7CA3" w:rsidRPr="00EA7EA3" w:rsidRDefault="003C7CA3">
            <w:pPr>
              <w:rPr>
                <w:sz w:val="18"/>
                <w:szCs w:val="18"/>
              </w:rPr>
            </w:pPr>
          </w:p>
        </w:tc>
        <w:tc>
          <w:tcPr>
            <w:tcW w:w="3749" w:type="dxa"/>
            <w:gridSpan w:val="2"/>
          </w:tcPr>
          <w:p w14:paraId="73FBAECB" w14:textId="77777777" w:rsidR="003C7CA3" w:rsidRPr="00EA7EA3" w:rsidRDefault="003454F7">
            <w:pPr>
              <w:rPr>
                <w:sz w:val="18"/>
                <w:szCs w:val="18"/>
              </w:rPr>
            </w:pPr>
            <w:r w:rsidRPr="00EA7EA3">
              <w:rPr>
                <w:b/>
                <w:color w:val="0D5F78"/>
                <w:sz w:val="18"/>
                <w:szCs w:val="18"/>
              </w:rPr>
              <w:t>CUI / CIF</w:t>
            </w:r>
          </w:p>
          <w:p w14:paraId="196D97D6" w14:textId="77777777" w:rsidR="003C7CA3" w:rsidRPr="00EA7EA3" w:rsidRDefault="003C7CA3">
            <w:pPr>
              <w:rPr>
                <w:sz w:val="18"/>
                <w:szCs w:val="18"/>
              </w:rPr>
            </w:pPr>
          </w:p>
        </w:tc>
      </w:tr>
    </w:tbl>
    <w:p w14:paraId="29A4446E" w14:textId="77777777" w:rsidR="003C7CA3" w:rsidRPr="00EA7EA3" w:rsidRDefault="003C7CA3">
      <w:pPr>
        <w:spacing w:line="168" w:lineRule="auto"/>
        <w:rPr>
          <w:sz w:val="18"/>
          <w:szCs w:val="18"/>
        </w:rPr>
      </w:pPr>
    </w:p>
    <w:tbl>
      <w:tblPr>
        <w:tblStyle w:val="Tabelgril"/>
        <w:tblW w:w="10173"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0173"/>
      </w:tblGrid>
      <w:tr w:rsidR="003C7CA3" w:rsidRPr="00EA7EA3" w14:paraId="000CB846" w14:textId="77777777" w:rsidTr="00EA7EA3">
        <w:trPr>
          <w:cantSplit/>
        </w:trPr>
        <w:tc>
          <w:tcPr>
            <w:tcW w:w="10173" w:type="dxa"/>
            <w:shd w:val="clear" w:color="auto" w:fill="F4F4F4"/>
          </w:tcPr>
          <w:p w14:paraId="1DE1F1FA" w14:textId="77777777" w:rsidR="003C7CA3" w:rsidRPr="00EA7EA3" w:rsidRDefault="003454F7">
            <w:pPr>
              <w:keepNext/>
              <w:rPr>
                <w:sz w:val="18"/>
                <w:szCs w:val="18"/>
              </w:rPr>
            </w:pPr>
            <w:r w:rsidRPr="00EA7EA3">
              <w:rPr>
                <w:b/>
                <w:sz w:val="18"/>
                <w:szCs w:val="18"/>
              </w:rPr>
              <w:t xml:space="preserve"> 3. </w:t>
            </w:r>
            <w:r w:rsidRPr="00EA7EA3">
              <w:rPr>
                <w:b/>
                <w:color w:val="000000"/>
                <w:sz w:val="18"/>
                <w:szCs w:val="18"/>
              </w:rPr>
              <w:t>TITULAR AL</w:t>
            </w:r>
          </w:p>
        </w:tc>
      </w:tr>
      <w:tr w:rsidR="003C7CA3" w:rsidRPr="00EA7EA3" w14:paraId="1A6AF421" w14:textId="77777777" w:rsidTr="00EA7EA3">
        <w:trPr>
          <w:cantSplit/>
        </w:trPr>
        <w:tc>
          <w:tcPr>
            <w:tcW w:w="10173" w:type="dxa"/>
          </w:tcPr>
          <w:p w14:paraId="2B4C99F5" w14:textId="77777777" w:rsidR="00EA7EA3" w:rsidRDefault="003454F7">
            <w:pPr>
              <w:rPr>
                <w:sz w:val="18"/>
                <w:szCs w:val="18"/>
              </w:rPr>
            </w:pPr>
            <w:r w:rsidRPr="00EA7EA3">
              <w:rPr>
                <w:sz w:val="18"/>
                <w:szCs w:val="18"/>
              </w:rPr>
              <w:t xml:space="preserve"> ☐ dreptului de proprietate asupra imobilului     ☐ unui alt drept real corespunzător proprietății publice     ☐ dreptului de creanță</w:t>
            </w:r>
          </w:p>
          <w:p w14:paraId="5BBED8E2" w14:textId="0049D3BD" w:rsidR="00EA7EA3" w:rsidRDefault="003454F7">
            <w:pPr>
              <w:rPr>
                <w:sz w:val="18"/>
                <w:szCs w:val="18"/>
              </w:rPr>
            </w:pPr>
            <w:r w:rsidRPr="00EA7EA3">
              <w:rPr>
                <w:sz w:val="18"/>
                <w:szCs w:val="18"/>
              </w:rPr>
              <w:t xml:space="preserve">     </w:t>
            </w:r>
            <w:r w:rsidR="00EA7EA3">
              <w:rPr>
                <w:sz w:val="18"/>
                <w:szCs w:val="18"/>
              </w:rPr>
              <w:t xml:space="preserve">  </w:t>
            </w:r>
          </w:p>
          <w:p w14:paraId="6CE09F3D" w14:textId="77777777" w:rsidR="003C7CA3" w:rsidRDefault="00EA7EA3">
            <w:pPr>
              <w:rPr>
                <w:sz w:val="18"/>
                <w:szCs w:val="18"/>
              </w:rPr>
            </w:pPr>
            <w:r>
              <w:rPr>
                <w:sz w:val="18"/>
                <w:szCs w:val="18"/>
              </w:rPr>
              <w:t xml:space="preserve"> </w:t>
            </w:r>
            <w:r w:rsidR="003454F7" w:rsidRPr="00EA7EA3">
              <w:rPr>
                <w:sz w:val="18"/>
                <w:szCs w:val="18"/>
              </w:rPr>
              <w:t>☐ unui alt drept potrivit art. 248 alin. (2)</w:t>
            </w:r>
            <w:r w:rsidR="00C32AB5" w:rsidRPr="00EA7EA3">
              <w:rPr>
                <w:sz w:val="18"/>
                <w:szCs w:val="18"/>
              </w:rPr>
              <w:t xml:space="preserve"> din Legea nr.169/2026</w:t>
            </w:r>
          </w:p>
          <w:p w14:paraId="03060E9B" w14:textId="43933603" w:rsidR="00EA7EA3" w:rsidRPr="00EA7EA3" w:rsidRDefault="00EA7EA3">
            <w:pPr>
              <w:rPr>
                <w:sz w:val="18"/>
                <w:szCs w:val="18"/>
              </w:rPr>
            </w:pPr>
          </w:p>
        </w:tc>
      </w:tr>
    </w:tbl>
    <w:p w14:paraId="14245061" w14:textId="77777777" w:rsidR="003C7CA3" w:rsidRPr="00EA7EA3" w:rsidRDefault="003C7CA3">
      <w:pPr>
        <w:spacing w:line="168" w:lineRule="auto"/>
        <w:rPr>
          <w:sz w:val="18"/>
          <w:szCs w:val="18"/>
        </w:rPr>
      </w:pPr>
    </w:p>
    <w:tbl>
      <w:tblPr>
        <w:tblStyle w:val="Tabelgril"/>
        <w:tblW w:w="10173"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5355"/>
      </w:tblGrid>
      <w:tr w:rsidR="005B29C5" w:rsidRPr="00EA7EA3" w14:paraId="1087A62F" w14:textId="77777777" w:rsidTr="00EA7EA3">
        <w:trPr>
          <w:cantSplit/>
        </w:trPr>
        <w:tc>
          <w:tcPr>
            <w:tcW w:w="10173" w:type="dxa"/>
            <w:gridSpan w:val="2"/>
            <w:shd w:val="clear" w:color="auto" w:fill="F4F4F4"/>
          </w:tcPr>
          <w:p w14:paraId="3B2188BE" w14:textId="180A9649" w:rsidR="005B29C5" w:rsidRPr="00EA7EA3" w:rsidRDefault="005B29C5" w:rsidP="00303E64">
            <w:pPr>
              <w:keepNext/>
              <w:rPr>
                <w:sz w:val="18"/>
                <w:szCs w:val="18"/>
              </w:rPr>
            </w:pPr>
            <w:r w:rsidRPr="00EA7EA3">
              <w:rPr>
                <w:b/>
                <w:sz w:val="18"/>
                <w:szCs w:val="18"/>
              </w:rPr>
              <w:t xml:space="preserve">4. </w:t>
            </w:r>
            <w:r w:rsidRPr="00EA7EA3">
              <w:rPr>
                <w:b/>
                <w:color w:val="000000"/>
                <w:sz w:val="18"/>
                <w:szCs w:val="18"/>
              </w:rPr>
              <w:t>TITULAR AL</w:t>
            </w:r>
          </w:p>
        </w:tc>
      </w:tr>
      <w:tr w:rsidR="005B29C5" w:rsidRPr="00EA7EA3" w14:paraId="5D544392" w14:textId="77777777" w:rsidTr="00EA7EA3">
        <w:trPr>
          <w:cantSplit/>
        </w:trPr>
        <w:tc>
          <w:tcPr>
            <w:tcW w:w="4818" w:type="dxa"/>
          </w:tcPr>
          <w:p w14:paraId="17241E11" w14:textId="07386F21" w:rsidR="005B29C5" w:rsidRPr="00EA7EA3" w:rsidRDefault="005B29C5" w:rsidP="005B29C5">
            <w:pPr>
              <w:rPr>
                <w:sz w:val="18"/>
                <w:szCs w:val="18"/>
                <w:lang w:val="fr-FR"/>
              </w:rPr>
            </w:pPr>
            <w:r w:rsidRPr="00EA7EA3">
              <w:rPr>
                <w:b/>
                <w:color w:val="0D5F78"/>
                <w:sz w:val="18"/>
                <w:szCs w:val="18"/>
                <w:lang w:val="fr-FR"/>
              </w:rPr>
              <w:t>Certificatului de urbanism nr. / data</w:t>
            </w:r>
          </w:p>
          <w:p w14:paraId="1B8AD45C" w14:textId="77777777" w:rsidR="005B29C5" w:rsidRPr="00EA7EA3" w:rsidRDefault="005B29C5" w:rsidP="005B29C5">
            <w:pPr>
              <w:rPr>
                <w:sz w:val="18"/>
                <w:szCs w:val="18"/>
              </w:rPr>
            </w:pPr>
          </w:p>
        </w:tc>
        <w:tc>
          <w:tcPr>
            <w:tcW w:w="5355" w:type="dxa"/>
          </w:tcPr>
          <w:p w14:paraId="5FA2231A" w14:textId="77777777" w:rsidR="005B29C5" w:rsidRPr="00EA7EA3" w:rsidRDefault="005B29C5" w:rsidP="005B29C5">
            <w:pPr>
              <w:rPr>
                <w:sz w:val="18"/>
                <w:szCs w:val="18"/>
              </w:rPr>
            </w:pPr>
            <w:r w:rsidRPr="00EA7EA3">
              <w:rPr>
                <w:b/>
                <w:color w:val="0D5F78"/>
                <w:sz w:val="18"/>
                <w:szCs w:val="18"/>
              </w:rPr>
              <w:t>emis de</w:t>
            </w:r>
          </w:p>
          <w:p w14:paraId="3EFF25A7" w14:textId="79FDE017" w:rsidR="005B29C5" w:rsidRPr="00EA7EA3" w:rsidRDefault="005B29C5" w:rsidP="005B29C5">
            <w:pPr>
              <w:rPr>
                <w:sz w:val="18"/>
                <w:szCs w:val="18"/>
              </w:rPr>
            </w:pPr>
          </w:p>
        </w:tc>
      </w:tr>
    </w:tbl>
    <w:p w14:paraId="24ABCC7F" w14:textId="77777777" w:rsidR="001531A5" w:rsidRDefault="00C32AB5" w:rsidP="00C32AB5">
      <w:pPr>
        <w:spacing w:before="80" w:after="60"/>
        <w:jc w:val="center"/>
        <w:rPr>
          <w:sz w:val="18"/>
        </w:rPr>
      </w:pPr>
      <w:r>
        <w:rPr>
          <w:sz w:val="18"/>
        </w:rPr>
        <w:t xml:space="preserve">în conformitate cu prevederile Legii nr. 169/2026 privind Codul amenajării teritoriului, urbanismului și construcțiilor, </w:t>
      </w:r>
    </w:p>
    <w:p w14:paraId="1474EB1C" w14:textId="7A9E4436" w:rsidR="00C32AB5" w:rsidRPr="00C32AB5" w:rsidRDefault="00C32AB5" w:rsidP="00C32AB5">
      <w:pPr>
        <w:spacing w:before="80" w:after="60"/>
        <w:jc w:val="center"/>
        <w:rPr>
          <w:sz w:val="18"/>
        </w:rPr>
      </w:pPr>
      <w:r>
        <w:rPr>
          <w:sz w:val="18"/>
        </w:rPr>
        <w:t>solicit emiterea</w:t>
      </w:r>
    </w:p>
    <w:p w14:paraId="025957C7" w14:textId="77777777" w:rsidR="001531A5" w:rsidRDefault="00C32AB5" w:rsidP="00C32AB5">
      <w:pPr>
        <w:spacing w:after="160"/>
        <w:jc w:val="center"/>
        <w:rPr>
          <w:b/>
          <w:sz w:val="20"/>
        </w:rPr>
      </w:pPr>
      <w:r>
        <w:rPr>
          <w:b/>
          <w:sz w:val="20"/>
        </w:rPr>
        <w:t xml:space="preserve">Autorizației de ☐ construire / ☐ desființare </w:t>
      </w:r>
    </w:p>
    <w:p w14:paraId="646C5D13" w14:textId="6DD0E7CB" w:rsidR="00C32AB5" w:rsidRPr="00C32AB5" w:rsidRDefault="00C32AB5" w:rsidP="00C32AB5">
      <w:pPr>
        <w:spacing w:after="160"/>
        <w:jc w:val="center"/>
        <w:rPr>
          <w:b/>
          <w:sz w:val="20"/>
        </w:rPr>
      </w:pPr>
      <w:r>
        <w:rPr>
          <w:b/>
          <w:sz w:val="20"/>
        </w:rPr>
        <w:t>☐ clădiri și amenjări / ☐ lucrări inginerești / ☐ construcții speciale</w:t>
      </w:r>
    </w:p>
    <w:p w14:paraId="76839621" w14:textId="77777777" w:rsidR="00C32AB5" w:rsidRDefault="00C32AB5" w:rsidP="00C32AB5">
      <w:pPr>
        <w:spacing w:after="160"/>
        <w:jc w:val="center"/>
      </w:pPr>
      <w:r>
        <w:rPr>
          <w:sz w:val="20"/>
        </w:rPr>
        <w:t xml:space="preserve">precum și a </w:t>
      </w:r>
      <w:r>
        <w:rPr>
          <w:b/>
          <w:sz w:val="20"/>
        </w:rPr>
        <w:t>☐ Autorizației de amenajare a organizării execuției</w:t>
      </w:r>
      <w:r>
        <w:rPr>
          <w:b/>
          <w:sz w:val="20"/>
        </w:rPr>
        <w:br/>
      </w:r>
    </w:p>
    <w:tbl>
      <w:tblPr>
        <w:tblStyle w:val="Tabelgril"/>
        <w:tblW w:w="10173"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0173"/>
      </w:tblGrid>
      <w:tr w:rsidR="00C32AB5" w:rsidRPr="00EA7EA3" w14:paraId="35B98EF6" w14:textId="77777777" w:rsidTr="00EA7EA3">
        <w:trPr>
          <w:cantSplit/>
        </w:trPr>
        <w:tc>
          <w:tcPr>
            <w:tcW w:w="10173" w:type="dxa"/>
            <w:shd w:val="clear" w:color="auto" w:fill="F4F4F4"/>
          </w:tcPr>
          <w:p w14:paraId="312363D4" w14:textId="2BBF1D99" w:rsidR="00C32AB5" w:rsidRPr="00EA7EA3" w:rsidRDefault="00C32AB5" w:rsidP="00303E64">
            <w:pPr>
              <w:keepNext/>
              <w:rPr>
                <w:sz w:val="18"/>
                <w:szCs w:val="18"/>
                <w:lang w:val="fr-FR"/>
              </w:rPr>
            </w:pPr>
            <w:r w:rsidRPr="00EA7EA3">
              <w:rPr>
                <w:b/>
                <w:sz w:val="18"/>
                <w:szCs w:val="18"/>
                <w:lang w:val="fr-FR"/>
              </w:rPr>
              <w:t xml:space="preserve">5. ÎN SCOPUL REALIZĂRII </w:t>
            </w:r>
            <w:r w:rsidRPr="00EA7EA3">
              <w:rPr>
                <w:b/>
                <w:color w:val="000000"/>
                <w:sz w:val="18"/>
                <w:szCs w:val="18"/>
                <w:lang w:val="fr-FR"/>
              </w:rPr>
              <w:t>OBIECTIVULUI  / OBIECTULUI  DE INVESTIȚII</w:t>
            </w:r>
          </w:p>
        </w:tc>
      </w:tr>
      <w:tr w:rsidR="00C32AB5" w:rsidRPr="00EA7EA3" w14:paraId="7C44D6E1" w14:textId="77777777" w:rsidTr="00EA7EA3">
        <w:trPr>
          <w:cantSplit/>
        </w:trPr>
        <w:tc>
          <w:tcPr>
            <w:tcW w:w="10173" w:type="dxa"/>
            <w:shd w:val="clear" w:color="auto" w:fill="F4F4F4"/>
          </w:tcPr>
          <w:p w14:paraId="2AAE5021" w14:textId="56EF46F8" w:rsidR="00C32AB5" w:rsidRPr="00EA7EA3" w:rsidRDefault="00C32AB5" w:rsidP="00303E64">
            <w:pPr>
              <w:keepNext/>
              <w:spacing w:line="228" w:lineRule="auto"/>
              <w:rPr>
                <w:sz w:val="18"/>
                <w:szCs w:val="18"/>
              </w:rPr>
            </w:pPr>
            <w:r w:rsidRPr="00EA7EA3">
              <w:rPr>
                <w:sz w:val="18"/>
                <w:szCs w:val="18"/>
              </w:rPr>
              <w:t xml:space="preserve">include </w:t>
            </w:r>
            <w:r w:rsidR="001531A5" w:rsidRPr="00EA7EA3">
              <w:rPr>
                <w:sz w:val="18"/>
                <w:szCs w:val="18"/>
              </w:rPr>
              <w:t xml:space="preserve">cel puțin </w:t>
            </w:r>
            <w:r w:rsidRPr="00EA7EA3">
              <w:rPr>
                <w:sz w:val="18"/>
                <w:szCs w:val="18"/>
              </w:rPr>
              <w:t>funcțiunea principală și secundare</w:t>
            </w:r>
          </w:p>
        </w:tc>
      </w:tr>
      <w:tr w:rsidR="00C32AB5" w:rsidRPr="00EA7EA3" w14:paraId="5552796F" w14:textId="77777777" w:rsidTr="00EA7EA3">
        <w:trPr>
          <w:cantSplit/>
          <w:trHeight w:val="1170"/>
        </w:trPr>
        <w:tc>
          <w:tcPr>
            <w:tcW w:w="10173" w:type="dxa"/>
          </w:tcPr>
          <w:p w14:paraId="77F46E38" w14:textId="77777777" w:rsidR="00C32AB5" w:rsidRPr="00EA7EA3" w:rsidRDefault="00C32AB5" w:rsidP="00303E64">
            <w:pPr>
              <w:keepNext/>
              <w:pBdr>
                <w:bottom w:val="dotted" w:sz="6" w:space="0" w:color="999999"/>
              </w:pBdr>
              <w:spacing w:after="80"/>
              <w:rPr>
                <w:sz w:val="18"/>
                <w:szCs w:val="18"/>
              </w:rPr>
            </w:pPr>
          </w:p>
          <w:p w14:paraId="77355D8A" w14:textId="77777777" w:rsidR="00C32AB5" w:rsidRPr="00EA7EA3" w:rsidRDefault="00C32AB5" w:rsidP="00303E64">
            <w:pPr>
              <w:keepNext/>
              <w:pBdr>
                <w:bottom w:val="dotted" w:sz="6" w:space="0" w:color="999999"/>
              </w:pBdr>
              <w:spacing w:after="80"/>
              <w:rPr>
                <w:sz w:val="18"/>
                <w:szCs w:val="18"/>
              </w:rPr>
            </w:pPr>
          </w:p>
        </w:tc>
      </w:tr>
    </w:tbl>
    <w:p w14:paraId="2E66493B" w14:textId="40165133" w:rsidR="003C7CA3" w:rsidRPr="00EA7EA3" w:rsidRDefault="003C7CA3">
      <w:pPr>
        <w:rPr>
          <w:sz w:val="18"/>
          <w:szCs w:val="18"/>
        </w:rPr>
      </w:pPr>
    </w:p>
    <w:tbl>
      <w:tblPr>
        <w:tblStyle w:val="Tabelgril"/>
        <w:tblW w:w="10031"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2001"/>
      </w:tblGrid>
      <w:tr w:rsidR="003C7CA3" w:rsidRPr="00EA7EA3" w14:paraId="141F6558" w14:textId="77777777" w:rsidTr="00EA7EA3">
        <w:trPr>
          <w:cantSplit/>
        </w:trPr>
        <w:tc>
          <w:tcPr>
            <w:tcW w:w="10031" w:type="dxa"/>
            <w:gridSpan w:val="7"/>
            <w:shd w:val="clear" w:color="auto" w:fill="F4F4F4"/>
          </w:tcPr>
          <w:p w14:paraId="6AE51AA7" w14:textId="77777777" w:rsidR="003C7CA3" w:rsidRDefault="003454F7">
            <w:pPr>
              <w:keepNext/>
              <w:rPr>
                <w:b/>
                <w:color w:val="000000"/>
                <w:sz w:val="18"/>
                <w:szCs w:val="18"/>
              </w:rPr>
            </w:pPr>
            <w:r w:rsidRPr="00EA7EA3">
              <w:rPr>
                <w:b/>
                <w:sz w:val="18"/>
                <w:szCs w:val="18"/>
              </w:rPr>
              <w:lastRenderedPageBreak/>
              <w:t xml:space="preserve"> </w:t>
            </w:r>
            <w:r w:rsidR="00C32AB5" w:rsidRPr="00EA7EA3">
              <w:rPr>
                <w:b/>
                <w:sz w:val="18"/>
                <w:szCs w:val="18"/>
              </w:rPr>
              <w:t>6</w:t>
            </w:r>
            <w:r w:rsidRPr="00EA7EA3">
              <w:rPr>
                <w:b/>
                <w:sz w:val="18"/>
                <w:szCs w:val="18"/>
              </w:rPr>
              <w:t xml:space="preserve">. </w:t>
            </w:r>
            <w:r w:rsidRPr="00EA7EA3">
              <w:rPr>
                <w:b/>
                <w:color w:val="000000"/>
                <w:sz w:val="18"/>
                <w:szCs w:val="18"/>
              </w:rPr>
              <w:t>IMOBIL / IMOBILE</w:t>
            </w:r>
          </w:p>
          <w:p w14:paraId="25143AC5" w14:textId="57ECE718" w:rsidR="00EA7EA3" w:rsidRPr="00EA7EA3" w:rsidRDefault="00EA7EA3">
            <w:pPr>
              <w:keepNext/>
              <w:rPr>
                <w:sz w:val="18"/>
                <w:szCs w:val="18"/>
              </w:rPr>
            </w:pPr>
          </w:p>
        </w:tc>
      </w:tr>
      <w:tr w:rsidR="003C7CA3" w:rsidRPr="00EA7EA3" w14:paraId="238DC723" w14:textId="77777777" w:rsidTr="00EA7EA3">
        <w:trPr>
          <w:cantSplit/>
        </w:trPr>
        <w:tc>
          <w:tcPr>
            <w:tcW w:w="10031" w:type="dxa"/>
            <w:gridSpan w:val="7"/>
            <w:shd w:val="clear" w:color="auto" w:fill="F4F4F4"/>
          </w:tcPr>
          <w:p w14:paraId="3D010159" w14:textId="77777777" w:rsidR="003C7CA3" w:rsidRDefault="003454F7">
            <w:pPr>
              <w:keepNext/>
              <w:spacing w:line="228" w:lineRule="auto"/>
              <w:rPr>
                <w:sz w:val="18"/>
                <w:szCs w:val="18"/>
                <w:lang w:val="fr-FR"/>
              </w:rPr>
            </w:pPr>
            <w:r w:rsidRPr="00EA7EA3">
              <w:rPr>
                <w:sz w:val="18"/>
                <w:szCs w:val="18"/>
                <w:lang w:val="fr-FR"/>
              </w:rPr>
              <w:t>Pentru fiecare imobil se completează obligatoriu câte o anexă tehnică; celelalte imobile se înscriu în anexa de imobile.</w:t>
            </w:r>
          </w:p>
          <w:p w14:paraId="137FA947" w14:textId="77777777" w:rsidR="00EA7EA3" w:rsidRPr="00EA7EA3" w:rsidRDefault="00EA7EA3">
            <w:pPr>
              <w:keepNext/>
              <w:spacing w:line="228" w:lineRule="auto"/>
              <w:rPr>
                <w:sz w:val="18"/>
                <w:szCs w:val="18"/>
                <w:lang w:val="fr-FR"/>
              </w:rPr>
            </w:pPr>
          </w:p>
        </w:tc>
      </w:tr>
      <w:tr w:rsidR="003C7CA3" w:rsidRPr="00EA7EA3" w14:paraId="2A794A33" w14:textId="77777777" w:rsidTr="00EA7EA3">
        <w:trPr>
          <w:cantSplit/>
        </w:trPr>
        <w:tc>
          <w:tcPr>
            <w:tcW w:w="10031" w:type="dxa"/>
            <w:gridSpan w:val="7"/>
            <w:shd w:val="clear" w:color="auto" w:fill="F4F4F4"/>
          </w:tcPr>
          <w:p w14:paraId="11D6B8B7" w14:textId="77777777" w:rsidR="003C7CA3" w:rsidRDefault="003454F7">
            <w:pPr>
              <w:keepNext/>
              <w:rPr>
                <w:sz w:val="18"/>
                <w:szCs w:val="18"/>
              </w:rPr>
            </w:pPr>
            <w:r w:rsidRPr="00EA7EA3">
              <w:rPr>
                <w:sz w:val="18"/>
                <w:szCs w:val="18"/>
                <w:lang w:val="fr-FR"/>
              </w:rPr>
              <w:t xml:space="preserve"> </w:t>
            </w:r>
            <w:r w:rsidRPr="00EA7EA3">
              <w:rPr>
                <w:sz w:val="18"/>
                <w:szCs w:val="18"/>
              </w:rPr>
              <w:t>Imobil 1</w:t>
            </w:r>
          </w:p>
          <w:p w14:paraId="111D41FD" w14:textId="77777777" w:rsidR="00EA7EA3" w:rsidRPr="00EA7EA3" w:rsidRDefault="00EA7EA3">
            <w:pPr>
              <w:keepNext/>
              <w:rPr>
                <w:sz w:val="18"/>
                <w:szCs w:val="18"/>
              </w:rPr>
            </w:pPr>
          </w:p>
        </w:tc>
      </w:tr>
      <w:tr w:rsidR="003C7CA3" w:rsidRPr="00EA7EA3" w14:paraId="29520B4E" w14:textId="77777777" w:rsidTr="00EA7EA3">
        <w:trPr>
          <w:cantSplit/>
          <w:trHeight w:val="510"/>
        </w:trPr>
        <w:tc>
          <w:tcPr>
            <w:tcW w:w="3212" w:type="dxa"/>
          </w:tcPr>
          <w:p w14:paraId="0A203E5A" w14:textId="77777777" w:rsidR="003C7CA3" w:rsidRPr="00EA7EA3" w:rsidRDefault="003454F7">
            <w:pPr>
              <w:keepNext/>
              <w:rPr>
                <w:sz w:val="18"/>
                <w:szCs w:val="18"/>
              </w:rPr>
            </w:pPr>
            <w:r w:rsidRPr="00EA7EA3">
              <w:rPr>
                <w:b/>
                <w:color w:val="0D5F78"/>
                <w:sz w:val="18"/>
                <w:szCs w:val="18"/>
              </w:rPr>
              <w:t>Tip imobil</w:t>
            </w:r>
          </w:p>
          <w:p w14:paraId="1204C28A" w14:textId="77777777" w:rsidR="003C7CA3" w:rsidRPr="00EA7EA3" w:rsidRDefault="003454F7">
            <w:pPr>
              <w:keepNext/>
              <w:rPr>
                <w:sz w:val="18"/>
                <w:szCs w:val="18"/>
              </w:rPr>
            </w:pPr>
            <w:r w:rsidRPr="00EA7EA3">
              <w:rPr>
                <w:sz w:val="18"/>
                <w:szCs w:val="18"/>
              </w:rPr>
              <w:t>☐ teren     ☐ construcții</w:t>
            </w:r>
          </w:p>
        </w:tc>
        <w:tc>
          <w:tcPr>
            <w:tcW w:w="3212" w:type="dxa"/>
            <w:gridSpan w:val="4"/>
          </w:tcPr>
          <w:p w14:paraId="5BA7D251" w14:textId="77777777" w:rsidR="003C7CA3" w:rsidRPr="00EA7EA3" w:rsidRDefault="003454F7">
            <w:pPr>
              <w:keepNext/>
              <w:rPr>
                <w:sz w:val="18"/>
                <w:szCs w:val="18"/>
              </w:rPr>
            </w:pPr>
            <w:r w:rsidRPr="00EA7EA3">
              <w:rPr>
                <w:b/>
                <w:color w:val="0D5F78"/>
                <w:sz w:val="18"/>
                <w:szCs w:val="18"/>
              </w:rPr>
              <w:t>Număr cadastral</w:t>
            </w:r>
          </w:p>
          <w:p w14:paraId="503C5161" w14:textId="77777777" w:rsidR="003C7CA3" w:rsidRPr="00EA7EA3" w:rsidRDefault="003C7CA3">
            <w:pPr>
              <w:keepNext/>
              <w:rPr>
                <w:sz w:val="18"/>
                <w:szCs w:val="18"/>
              </w:rPr>
            </w:pPr>
          </w:p>
        </w:tc>
        <w:tc>
          <w:tcPr>
            <w:tcW w:w="3607" w:type="dxa"/>
            <w:gridSpan w:val="2"/>
          </w:tcPr>
          <w:p w14:paraId="350ADBEB" w14:textId="77777777" w:rsidR="003C7CA3" w:rsidRPr="00EA7EA3" w:rsidRDefault="003454F7">
            <w:pPr>
              <w:keepNext/>
              <w:rPr>
                <w:sz w:val="18"/>
                <w:szCs w:val="18"/>
              </w:rPr>
            </w:pPr>
            <w:r w:rsidRPr="00EA7EA3">
              <w:rPr>
                <w:b/>
                <w:color w:val="0D5F78"/>
                <w:sz w:val="18"/>
                <w:szCs w:val="18"/>
              </w:rPr>
              <w:t>Carte funciară nr.</w:t>
            </w:r>
          </w:p>
          <w:p w14:paraId="7CA38C80" w14:textId="77777777" w:rsidR="003C7CA3" w:rsidRPr="00EA7EA3" w:rsidRDefault="003C7CA3">
            <w:pPr>
              <w:keepNext/>
              <w:rPr>
                <w:sz w:val="18"/>
                <w:szCs w:val="18"/>
              </w:rPr>
            </w:pPr>
          </w:p>
        </w:tc>
      </w:tr>
      <w:tr w:rsidR="003C7CA3" w:rsidRPr="00EA7EA3" w14:paraId="108AC1B7" w14:textId="77777777" w:rsidTr="00EA7EA3">
        <w:trPr>
          <w:cantSplit/>
          <w:trHeight w:val="510"/>
        </w:trPr>
        <w:tc>
          <w:tcPr>
            <w:tcW w:w="3212" w:type="dxa"/>
          </w:tcPr>
          <w:p w14:paraId="4B886C1A" w14:textId="77777777" w:rsidR="003C7CA3" w:rsidRPr="00EA7EA3" w:rsidRDefault="003454F7">
            <w:pPr>
              <w:keepNext/>
              <w:rPr>
                <w:sz w:val="18"/>
                <w:szCs w:val="18"/>
              </w:rPr>
            </w:pPr>
            <w:r w:rsidRPr="00EA7EA3">
              <w:rPr>
                <w:b/>
                <w:color w:val="0D5F78"/>
                <w:sz w:val="18"/>
                <w:szCs w:val="18"/>
              </w:rPr>
              <w:t>Județul</w:t>
            </w:r>
          </w:p>
          <w:p w14:paraId="4BA80733" w14:textId="77777777" w:rsidR="003C7CA3" w:rsidRPr="00EA7EA3" w:rsidRDefault="003C7CA3">
            <w:pPr>
              <w:keepNext/>
              <w:rPr>
                <w:sz w:val="18"/>
                <w:szCs w:val="18"/>
              </w:rPr>
            </w:pPr>
          </w:p>
        </w:tc>
        <w:tc>
          <w:tcPr>
            <w:tcW w:w="3212" w:type="dxa"/>
            <w:gridSpan w:val="4"/>
          </w:tcPr>
          <w:p w14:paraId="0828FCA2" w14:textId="77777777" w:rsidR="003C7CA3" w:rsidRPr="00EA7EA3" w:rsidRDefault="003454F7">
            <w:pPr>
              <w:keepNext/>
              <w:rPr>
                <w:sz w:val="18"/>
                <w:szCs w:val="18"/>
              </w:rPr>
            </w:pPr>
            <w:r w:rsidRPr="00EA7EA3">
              <w:rPr>
                <w:b/>
                <w:color w:val="0D5F78"/>
                <w:sz w:val="18"/>
                <w:szCs w:val="18"/>
              </w:rPr>
              <w:t>Municipiul / orașul / comuna</w:t>
            </w:r>
          </w:p>
          <w:p w14:paraId="277082CF" w14:textId="77777777" w:rsidR="003C7CA3" w:rsidRPr="00EA7EA3" w:rsidRDefault="003C7CA3">
            <w:pPr>
              <w:keepNext/>
              <w:rPr>
                <w:sz w:val="18"/>
                <w:szCs w:val="18"/>
              </w:rPr>
            </w:pPr>
          </w:p>
        </w:tc>
        <w:tc>
          <w:tcPr>
            <w:tcW w:w="3607" w:type="dxa"/>
            <w:gridSpan w:val="2"/>
          </w:tcPr>
          <w:p w14:paraId="2256FC45" w14:textId="77777777" w:rsidR="003C7CA3" w:rsidRPr="00EA7EA3" w:rsidRDefault="003454F7">
            <w:pPr>
              <w:keepNext/>
              <w:rPr>
                <w:sz w:val="18"/>
                <w:szCs w:val="18"/>
              </w:rPr>
            </w:pPr>
            <w:r w:rsidRPr="00EA7EA3">
              <w:rPr>
                <w:b/>
                <w:color w:val="0D5F78"/>
                <w:sz w:val="18"/>
                <w:szCs w:val="18"/>
              </w:rPr>
              <w:t>Satul / sectorul</w:t>
            </w:r>
          </w:p>
          <w:p w14:paraId="7E1897F6" w14:textId="77777777" w:rsidR="003C7CA3" w:rsidRPr="00EA7EA3" w:rsidRDefault="003C7CA3">
            <w:pPr>
              <w:keepNext/>
              <w:rPr>
                <w:sz w:val="18"/>
                <w:szCs w:val="18"/>
              </w:rPr>
            </w:pPr>
          </w:p>
        </w:tc>
      </w:tr>
      <w:tr w:rsidR="003C7CA3" w:rsidRPr="00EA7EA3" w14:paraId="12C6CF62" w14:textId="77777777" w:rsidTr="00EA7EA3">
        <w:trPr>
          <w:cantSplit/>
          <w:trHeight w:val="510"/>
        </w:trPr>
        <w:tc>
          <w:tcPr>
            <w:tcW w:w="3212" w:type="dxa"/>
          </w:tcPr>
          <w:p w14:paraId="36363B02" w14:textId="77777777" w:rsidR="003C7CA3" w:rsidRPr="00EA7EA3" w:rsidRDefault="003454F7">
            <w:pPr>
              <w:keepNext/>
              <w:rPr>
                <w:sz w:val="18"/>
                <w:szCs w:val="18"/>
              </w:rPr>
            </w:pPr>
            <w:r w:rsidRPr="00EA7EA3">
              <w:rPr>
                <w:b/>
                <w:color w:val="0D5F78"/>
                <w:sz w:val="18"/>
                <w:szCs w:val="18"/>
              </w:rPr>
              <w:t>Strada</w:t>
            </w:r>
          </w:p>
          <w:p w14:paraId="59829809" w14:textId="77777777" w:rsidR="003C7CA3" w:rsidRPr="00EA7EA3" w:rsidRDefault="003C7CA3">
            <w:pPr>
              <w:keepNext/>
              <w:rPr>
                <w:sz w:val="18"/>
                <w:szCs w:val="18"/>
              </w:rPr>
            </w:pPr>
          </w:p>
        </w:tc>
        <w:tc>
          <w:tcPr>
            <w:tcW w:w="803" w:type="dxa"/>
          </w:tcPr>
          <w:p w14:paraId="020F8915" w14:textId="77777777" w:rsidR="003C7CA3" w:rsidRPr="00EA7EA3" w:rsidRDefault="003454F7">
            <w:pPr>
              <w:keepNext/>
              <w:rPr>
                <w:sz w:val="18"/>
                <w:szCs w:val="18"/>
              </w:rPr>
            </w:pPr>
            <w:r w:rsidRPr="00EA7EA3">
              <w:rPr>
                <w:b/>
                <w:color w:val="0D5F78"/>
                <w:sz w:val="18"/>
                <w:szCs w:val="18"/>
              </w:rPr>
              <w:t>Nr.</w:t>
            </w:r>
          </w:p>
          <w:p w14:paraId="290AAF1D" w14:textId="77777777" w:rsidR="003C7CA3" w:rsidRPr="00EA7EA3" w:rsidRDefault="003C7CA3">
            <w:pPr>
              <w:keepNext/>
              <w:rPr>
                <w:sz w:val="18"/>
                <w:szCs w:val="18"/>
              </w:rPr>
            </w:pPr>
          </w:p>
        </w:tc>
        <w:tc>
          <w:tcPr>
            <w:tcW w:w="803" w:type="dxa"/>
          </w:tcPr>
          <w:p w14:paraId="19ECC621" w14:textId="77777777" w:rsidR="003C7CA3" w:rsidRPr="00EA7EA3" w:rsidRDefault="003454F7">
            <w:pPr>
              <w:keepNext/>
              <w:rPr>
                <w:sz w:val="18"/>
                <w:szCs w:val="18"/>
              </w:rPr>
            </w:pPr>
            <w:r w:rsidRPr="00EA7EA3">
              <w:rPr>
                <w:b/>
                <w:color w:val="0D5F78"/>
                <w:sz w:val="18"/>
                <w:szCs w:val="18"/>
              </w:rPr>
              <w:t>Sc.</w:t>
            </w:r>
          </w:p>
          <w:p w14:paraId="2B799B42" w14:textId="77777777" w:rsidR="003C7CA3" w:rsidRPr="00EA7EA3" w:rsidRDefault="003C7CA3">
            <w:pPr>
              <w:keepNext/>
              <w:rPr>
                <w:sz w:val="18"/>
                <w:szCs w:val="18"/>
              </w:rPr>
            </w:pPr>
          </w:p>
        </w:tc>
        <w:tc>
          <w:tcPr>
            <w:tcW w:w="803" w:type="dxa"/>
          </w:tcPr>
          <w:p w14:paraId="73460073" w14:textId="77777777" w:rsidR="003C7CA3" w:rsidRPr="00EA7EA3" w:rsidRDefault="003454F7">
            <w:pPr>
              <w:keepNext/>
              <w:rPr>
                <w:sz w:val="18"/>
                <w:szCs w:val="18"/>
              </w:rPr>
            </w:pPr>
            <w:r w:rsidRPr="00EA7EA3">
              <w:rPr>
                <w:b/>
                <w:color w:val="0D5F78"/>
                <w:sz w:val="18"/>
                <w:szCs w:val="18"/>
              </w:rPr>
              <w:t>Et.</w:t>
            </w:r>
          </w:p>
          <w:p w14:paraId="5F8C34EF" w14:textId="77777777" w:rsidR="003C7CA3" w:rsidRPr="00EA7EA3" w:rsidRDefault="003C7CA3">
            <w:pPr>
              <w:keepNext/>
              <w:rPr>
                <w:sz w:val="18"/>
                <w:szCs w:val="18"/>
              </w:rPr>
            </w:pPr>
          </w:p>
        </w:tc>
        <w:tc>
          <w:tcPr>
            <w:tcW w:w="803" w:type="dxa"/>
          </w:tcPr>
          <w:p w14:paraId="20D7AA17" w14:textId="77777777" w:rsidR="003C7CA3" w:rsidRPr="00EA7EA3" w:rsidRDefault="003454F7">
            <w:pPr>
              <w:keepNext/>
              <w:rPr>
                <w:sz w:val="18"/>
                <w:szCs w:val="18"/>
              </w:rPr>
            </w:pPr>
            <w:r w:rsidRPr="00EA7EA3">
              <w:rPr>
                <w:b/>
                <w:color w:val="0D5F78"/>
                <w:sz w:val="18"/>
                <w:szCs w:val="18"/>
              </w:rPr>
              <w:t>Ap.</w:t>
            </w:r>
          </w:p>
          <w:p w14:paraId="0CA4F21A" w14:textId="77777777" w:rsidR="003C7CA3" w:rsidRPr="00EA7EA3" w:rsidRDefault="003C7CA3">
            <w:pPr>
              <w:keepNext/>
              <w:rPr>
                <w:sz w:val="18"/>
                <w:szCs w:val="18"/>
              </w:rPr>
            </w:pPr>
          </w:p>
        </w:tc>
        <w:tc>
          <w:tcPr>
            <w:tcW w:w="1606" w:type="dxa"/>
          </w:tcPr>
          <w:p w14:paraId="2EE87656" w14:textId="77777777" w:rsidR="003C7CA3" w:rsidRPr="00EA7EA3" w:rsidRDefault="003454F7">
            <w:pPr>
              <w:keepNext/>
              <w:rPr>
                <w:sz w:val="18"/>
                <w:szCs w:val="18"/>
              </w:rPr>
            </w:pPr>
            <w:r w:rsidRPr="00EA7EA3">
              <w:rPr>
                <w:b/>
                <w:color w:val="0D5F78"/>
                <w:sz w:val="18"/>
                <w:szCs w:val="18"/>
              </w:rPr>
              <w:t>Cod poștal</w:t>
            </w:r>
          </w:p>
          <w:p w14:paraId="27107F23" w14:textId="77777777" w:rsidR="003C7CA3" w:rsidRPr="00EA7EA3" w:rsidRDefault="003C7CA3">
            <w:pPr>
              <w:keepNext/>
              <w:rPr>
                <w:sz w:val="18"/>
                <w:szCs w:val="18"/>
              </w:rPr>
            </w:pPr>
          </w:p>
        </w:tc>
        <w:tc>
          <w:tcPr>
            <w:tcW w:w="2001" w:type="dxa"/>
          </w:tcPr>
          <w:p w14:paraId="3EEA168A" w14:textId="77777777" w:rsidR="003C7CA3" w:rsidRPr="00EA7EA3" w:rsidRDefault="003454F7">
            <w:pPr>
              <w:keepNext/>
              <w:rPr>
                <w:sz w:val="18"/>
                <w:szCs w:val="18"/>
              </w:rPr>
            </w:pPr>
            <w:r w:rsidRPr="00EA7EA3">
              <w:rPr>
                <w:b/>
                <w:color w:val="0D5F78"/>
                <w:sz w:val="18"/>
                <w:szCs w:val="18"/>
              </w:rPr>
              <w:t>Țara</w:t>
            </w:r>
          </w:p>
          <w:p w14:paraId="356F8825" w14:textId="77777777" w:rsidR="003C7CA3" w:rsidRPr="00EA7EA3" w:rsidRDefault="003C7CA3">
            <w:pPr>
              <w:keepNext/>
              <w:rPr>
                <w:sz w:val="18"/>
                <w:szCs w:val="18"/>
              </w:rPr>
            </w:pPr>
          </w:p>
        </w:tc>
      </w:tr>
    </w:tbl>
    <w:p w14:paraId="732043C2" w14:textId="77777777" w:rsidR="003C7CA3" w:rsidRPr="00EA7EA3" w:rsidRDefault="003C7CA3">
      <w:pPr>
        <w:spacing w:line="168" w:lineRule="auto"/>
        <w:rPr>
          <w:sz w:val="18"/>
          <w:szCs w:val="18"/>
        </w:rPr>
      </w:pPr>
    </w:p>
    <w:p w14:paraId="317B91B1" w14:textId="77777777" w:rsidR="003C7CA3" w:rsidRDefault="003C7CA3">
      <w:pPr>
        <w:spacing w:line="168" w:lineRule="auto"/>
      </w:pPr>
    </w:p>
    <w:tbl>
      <w:tblPr>
        <w:tblStyle w:val="Tabelgril"/>
        <w:tblW w:w="10031"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410"/>
      </w:tblGrid>
      <w:tr w:rsidR="003C7CA3" w:rsidRPr="00EA7EA3" w14:paraId="11BAE663" w14:textId="77777777" w:rsidTr="00EA7EA3">
        <w:trPr>
          <w:cantSplit/>
        </w:trPr>
        <w:tc>
          <w:tcPr>
            <w:tcW w:w="10031" w:type="dxa"/>
            <w:gridSpan w:val="4"/>
            <w:shd w:val="clear" w:color="auto" w:fill="F4F4F4"/>
          </w:tcPr>
          <w:p w14:paraId="6C910006" w14:textId="71DC325D" w:rsidR="003C7CA3" w:rsidRPr="00EA7EA3" w:rsidRDefault="003454F7">
            <w:pPr>
              <w:keepNext/>
              <w:rPr>
                <w:sz w:val="18"/>
                <w:szCs w:val="18"/>
                <w:lang w:val="fr-FR"/>
              </w:rPr>
            </w:pPr>
            <w:r w:rsidRPr="00EA7EA3">
              <w:rPr>
                <w:b/>
                <w:sz w:val="18"/>
                <w:szCs w:val="18"/>
                <w:lang w:val="fr-FR"/>
              </w:rPr>
              <w:t xml:space="preserve"> </w:t>
            </w:r>
            <w:r w:rsidR="005B29C5" w:rsidRPr="00EA7EA3">
              <w:rPr>
                <w:b/>
                <w:sz w:val="18"/>
                <w:szCs w:val="18"/>
                <w:lang w:val="fr-FR"/>
              </w:rPr>
              <w:t>7</w:t>
            </w:r>
            <w:r w:rsidRPr="00EA7EA3">
              <w:rPr>
                <w:b/>
                <w:sz w:val="18"/>
                <w:szCs w:val="18"/>
                <w:lang w:val="fr-FR"/>
              </w:rPr>
              <w:t xml:space="preserve">. </w:t>
            </w:r>
            <w:r w:rsidRPr="00EA7EA3">
              <w:rPr>
                <w:b/>
                <w:color w:val="000000"/>
                <w:sz w:val="18"/>
                <w:szCs w:val="18"/>
                <w:lang w:val="fr-FR"/>
              </w:rPr>
              <w:t>PROIECTUL ATAȘAT ȘI ECHIPA DE PROIECTARE</w:t>
            </w:r>
          </w:p>
        </w:tc>
      </w:tr>
      <w:tr w:rsidR="003C7CA3" w:rsidRPr="00EA7EA3" w14:paraId="0ACAA9B2" w14:textId="77777777" w:rsidTr="00EA7EA3">
        <w:trPr>
          <w:cantSplit/>
        </w:trPr>
        <w:tc>
          <w:tcPr>
            <w:tcW w:w="10031" w:type="dxa"/>
            <w:gridSpan w:val="4"/>
          </w:tcPr>
          <w:p w14:paraId="398E1F09" w14:textId="77777777" w:rsidR="00EA7EA3" w:rsidRPr="00EA7EA3" w:rsidRDefault="003454F7">
            <w:pPr>
              <w:keepNext/>
              <w:rPr>
                <w:sz w:val="18"/>
                <w:szCs w:val="18"/>
                <w:lang w:val="fr-FR"/>
              </w:rPr>
            </w:pPr>
            <w:r w:rsidRPr="00EA7EA3">
              <w:rPr>
                <w:sz w:val="18"/>
                <w:szCs w:val="18"/>
                <w:lang w:val="fr-FR"/>
              </w:rPr>
              <w:t xml:space="preserve"> ☐ </w:t>
            </w:r>
            <w:r w:rsidR="005B29C5" w:rsidRPr="00EA7EA3">
              <w:rPr>
                <w:sz w:val="18"/>
                <w:szCs w:val="18"/>
                <w:lang w:val="fr-FR"/>
              </w:rPr>
              <w:t>P</w:t>
            </w:r>
            <w:r w:rsidRPr="00EA7EA3">
              <w:rPr>
                <w:sz w:val="18"/>
                <w:szCs w:val="18"/>
                <w:lang w:val="fr-FR"/>
              </w:rPr>
              <w:t xml:space="preserve">roiect pentru autorizarea construirii     ☐ </w:t>
            </w:r>
            <w:r w:rsidR="005B29C5" w:rsidRPr="00EA7EA3">
              <w:rPr>
                <w:sz w:val="18"/>
                <w:szCs w:val="18"/>
                <w:lang w:val="fr-FR"/>
              </w:rPr>
              <w:t>P</w:t>
            </w:r>
            <w:r w:rsidRPr="00EA7EA3">
              <w:rPr>
                <w:sz w:val="18"/>
                <w:szCs w:val="18"/>
                <w:lang w:val="fr-FR"/>
              </w:rPr>
              <w:t xml:space="preserve">roiect pentru autorizarea desființării     ☐ </w:t>
            </w:r>
            <w:r w:rsidR="005B29C5" w:rsidRPr="00EA7EA3">
              <w:rPr>
                <w:sz w:val="18"/>
                <w:szCs w:val="18"/>
                <w:lang w:val="fr-FR"/>
              </w:rPr>
              <w:t xml:space="preserve">Proiect pentru </w:t>
            </w:r>
            <w:r w:rsidRPr="00EA7EA3">
              <w:rPr>
                <w:sz w:val="18"/>
                <w:szCs w:val="18"/>
                <w:lang w:val="fr-FR"/>
              </w:rPr>
              <w:t xml:space="preserve">intervenții asupra clădirilor existente  </w:t>
            </w:r>
          </w:p>
          <w:p w14:paraId="389DB7C6" w14:textId="6A9D8F44" w:rsidR="005B29C5" w:rsidRPr="00EA7EA3" w:rsidRDefault="003454F7">
            <w:pPr>
              <w:keepNext/>
              <w:rPr>
                <w:sz w:val="18"/>
                <w:szCs w:val="18"/>
                <w:lang w:val="fr-FR"/>
              </w:rPr>
            </w:pPr>
            <w:r w:rsidRPr="00EA7EA3">
              <w:rPr>
                <w:sz w:val="18"/>
                <w:szCs w:val="18"/>
                <w:lang w:val="fr-FR"/>
              </w:rPr>
              <w:t xml:space="preserve">   </w:t>
            </w:r>
          </w:p>
          <w:p w14:paraId="49282323" w14:textId="77777777" w:rsidR="003C7CA3" w:rsidRPr="00EA7EA3" w:rsidRDefault="005B29C5">
            <w:pPr>
              <w:keepNext/>
              <w:rPr>
                <w:sz w:val="18"/>
                <w:szCs w:val="18"/>
                <w:lang w:val="fr-FR"/>
              </w:rPr>
            </w:pPr>
            <w:r w:rsidRPr="00EA7EA3">
              <w:rPr>
                <w:sz w:val="18"/>
                <w:szCs w:val="18"/>
                <w:lang w:val="fr-FR"/>
              </w:rPr>
              <w:t xml:space="preserve"> ☐ Proiect pentru autorizarea amenajării</w:t>
            </w:r>
          </w:p>
          <w:p w14:paraId="4A250F59" w14:textId="59DB8F0F" w:rsidR="00EA7EA3" w:rsidRPr="00EA7EA3" w:rsidRDefault="00EA7EA3">
            <w:pPr>
              <w:keepNext/>
              <w:rPr>
                <w:sz w:val="18"/>
                <w:szCs w:val="18"/>
                <w:lang w:val="fr-FR"/>
              </w:rPr>
            </w:pPr>
          </w:p>
        </w:tc>
      </w:tr>
      <w:tr w:rsidR="003C7CA3" w:rsidRPr="00EA7EA3" w14:paraId="5974F178" w14:textId="77777777" w:rsidTr="00EA7EA3">
        <w:trPr>
          <w:cantSplit/>
          <w:trHeight w:val="510"/>
        </w:trPr>
        <w:tc>
          <w:tcPr>
            <w:tcW w:w="3212" w:type="dxa"/>
          </w:tcPr>
          <w:p w14:paraId="1BDCB568" w14:textId="77777777" w:rsidR="003C7CA3" w:rsidRPr="00EA7EA3" w:rsidRDefault="003454F7">
            <w:pPr>
              <w:keepNext/>
              <w:rPr>
                <w:sz w:val="18"/>
                <w:szCs w:val="18"/>
              </w:rPr>
            </w:pPr>
            <w:r w:rsidRPr="00EA7EA3">
              <w:rPr>
                <w:b/>
                <w:color w:val="0D5F78"/>
                <w:sz w:val="18"/>
                <w:szCs w:val="18"/>
              </w:rPr>
              <w:t>Nr. / data proiectului</w:t>
            </w:r>
          </w:p>
          <w:p w14:paraId="7D2822E8" w14:textId="77777777" w:rsidR="003C7CA3" w:rsidRPr="00EA7EA3" w:rsidRDefault="003C7CA3">
            <w:pPr>
              <w:keepNext/>
              <w:rPr>
                <w:sz w:val="18"/>
                <w:szCs w:val="18"/>
              </w:rPr>
            </w:pPr>
          </w:p>
        </w:tc>
        <w:tc>
          <w:tcPr>
            <w:tcW w:w="6819" w:type="dxa"/>
            <w:gridSpan w:val="3"/>
          </w:tcPr>
          <w:p w14:paraId="07D00D1B" w14:textId="77777777" w:rsidR="003C7CA3" w:rsidRPr="00EA7EA3" w:rsidRDefault="003454F7">
            <w:pPr>
              <w:keepNext/>
              <w:rPr>
                <w:sz w:val="18"/>
                <w:szCs w:val="18"/>
              </w:rPr>
            </w:pPr>
            <w:r w:rsidRPr="00EA7EA3">
              <w:rPr>
                <w:b/>
                <w:color w:val="0D5F78"/>
                <w:sz w:val="18"/>
                <w:szCs w:val="18"/>
              </w:rPr>
              <w:t>Elaborator (denumire + sediu)</w:t>
            </w:r>
          </w:p>
          <w:p w14:paraId="53936ACC" w14:textId="77777777" w:rsidR="003C7CA3" w:rsidRPr="00EA7EA3" w:rsidRDefault="003C7CA3">
            <w:pPr>
              <w:keepNext/>
              <w:rPr>
                <w:sz w:val="18"/>
                <w:szCs w:val="18"/>
              </w:rPr>
            </w:pPr>
          </w:p>
        </w:tc>
      </w:tr>
      <w:tr w:rsidR="003C7CA3" w:rsidRPr="00EA7EA3" w14:paraId="75A87EAB" w14:textId="77777777" w:rsidTr="00EA7EA3">
        <w:trPr>
          <w:cantSplit/>
          <w:trHeight w:val="510"/>
        </w:trPr>
        <w:tc>
          <w:tcPr>
            <w:tcW w:w="4015" w:type="dxa"/>
            <w:gridSpan w:val="2"/>
          </w:tcPr>
          <w:p w14:paraId="76606EDE" w14:textId="77777777" w:rsidR="003C7CA3" w:rsidRPr="00EA7EA3" w:rsidRDefault="003454F7">
            <w:pPr>
              <w:rPr>
                <w:sz w:val="18"/>
                <w:szCs w:val="18"/>
              </w:rPr>
            </w:pPr>
            <w:r w:rsidRPr="00EA7EA3">
              <w:rPr>
                <w:b/>
                <w:color w:val="0D5F78"/>
                <w:sz w:val="18"/>
                <w:szCs w:val="18"/>
              </w:rPr>
              <w:t>Proiectant autor — arhitect / arhitect conductor / arhitect de interior</w:t>
            </w:r>
          </w:p>
          <w:p w14:paraId="6C8A3887" w14:textId="77777777" w:rsidR="003C7CA3" w:rsidRPr="00EA7EA3" w:rsidRDefault="003C7CA3">
            <w:pPr>
              <w:rPr>
                <w:sz w:val="18"/>
                <w:szCs w:val="18"/>
              </w:rPr>
            </w:pPr>
          </w:p>
        </w:tc>
        <w:tc>
          <w:tcPr>
            <w:tcW w:w="1606" w:type="dxa"/>
          </w:tcPr>
          <w:p w14:paraId="0DA772E1" w14:textId="77777777" w:rsidR="003C7CA3" w:rsidRPr="00EA7EA3" w:rsidRDefault="003454F7">
            <w:pPr>
              <w:rPr>
                <w:sz w:val="18"/>
                <w:szCs w:val="18"/>
              </w:rPr>
            </w:pPr>
            <w:r w:rsidRPr="00EA7EA3">
              <w:rPr>
                <w:b/>
                <w:color w:val="0D5F78"/>
                <w:sz w:val="18"/>
                <w:szCs w:val="18"/>
              </w:rPr>
              <w:t>Nr. TNA</w:t>
            </w:r>
          </w:p>
          <w:p w14:paraId="6BEEE180" w14:textId="77777777" w:rsidR="003C7CA3" w:rsidRPr="00EA7EA3" w:rsidRDefault="003C7CA3">
            <w:pPr>
              <w:rPr>
                <w:sz w:val="18"/>
                <w:szCs w:val="18"/>
              </w:rPr>
            </w:pPr>
          </w:p>
        </w:tc>
        <w:tc>
          <w:tcPr>
            <w:tcW w:w="4410" w:type="dxa"/>
          </w:tcPr>
          <w:p w14:paraId="464DDB71" w14:textId="77777777" w:rsidR="003C7CA3" w:rsidRPr="00EA7EA3" w:rsidRDefault="003454F7">
            <w:pPr>
              <w:rPr>
                <w:sz w:val="18"/>
                <w:szCs w:val="18"/>
              </w:rPr>
            </w:pPr>
            <w:r w:rsidRPr="00EA7EA3">
              <w:rPr>
                <w:b/>
                <w:color w:val="0D5F78"/>
                <w:sz w:val="18"/>
                <w:szCs w:val="18"/>
              </w:rPr>
              <w:t>Ingineri, pe specialități</w:t>
            </w:r>
          </w:p>
          <w:p w14:paraId="33E86647" w14:textId="77777777" w:rsidR="003C7CA3" w:rsidRPr="00EA7EA3" w:rsidRDefault="003C7CA3">
            <w:pPr>
              <w:rPr>
                <w:sz w:val="18"/>
                <w:szCs w:val="18"/>
              </w:rPr>
            </w:pPr>
          </w:p>
        </w:tc>
      </w:tr>
    </w:tbl>
    <w:p w14:paraId="5C104DE5" w14:textId="77777777" w:rsidR="003C7CA3" w:rsidRPr="00EA7EA3" w:rsidRDefault="003C7CA3">
      <w:pPr>
        <w:spacing w:line="168" w:lineRule="auto"/>
        <w:rPr>
          <w:sz w:val="18"/>
          <w:szCs w:val="18"/>
        </w:rPr>
      </w:pPr>
    </w:p>
    <w:tbl>
      <w:tblPr>
        <w:tblStyle w:val="Tabelgril"/>
        <w:tblW w:w="10031"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410"/>
      </w:tblGrid>
      <w:tr w:rsidR="003C7CA3" w:rsidRPr="00EA7EA3" w14:paraId="4385328E" w14:textId="77777777" w:rsidTr="00EA7EA3">
        <w:trPr>
          <w:cantSplit/>
        </w:trPr>
        <w:tc>
          <w:tcPr>
            <w:tcW w:w="10031" w:type="dxa"/>
            <w:gridSpan w:val="2"/>
            <w:shd w:val="clear" w:color="auto" w:fill="F4F4F4"/>
          </w:tcPr>
          <w:p w14:paraId="49F09F8A" w14:textId="77777777" w:rsidR="003C7CA3" w:rsidRDefault="003454F7">
            <w:pPr>
              <w:keepNext/>
              <w:rPr>
                <w:b/>
                <w:color w:val="000000"/>
                <w:sz w:val="18"/>
                <w:szCs w:val="18"/>
                <w:lang w:val="fr-FR"/>
              </w:rPr>
            </w:pPr>
            <w:r w:rsidRPr="00EA7EA3">
              <w:rPr>
                <w:b/>
                <w:sz w:val="18"/>
                <w:szCs w:val="18"/>
                <w:lang w:val="fr-FR"/>
              </w:rPr>
              <w:t xml:space="preserve"> </w:t>
            </w:r>
            <w:r w:rsidR="005B29C5" w:rsidRPr="00EA7EA3">
              <w:rPr>
                <w:b/>
                <w:sz w:val="18"/>
                <w:szCs w:val="18"/>
                <w:lang w:val="fr-FR"/>
              </w:rPr>
              <w:t>8</w:t>
            </w:r>
            <w:r w:rsidRPr="00EA7EA3">
              <w:rPr>
                <w:b/>
                <w:sz w:val="18"/>
                <w:szCs w:val="18"/>
                <w:lang w:val="fr-FR"/>
              </w:rPr>
              <w:t xml:space="preserve">. </w:t>
            </w:r>
            <w:r w:rsidR="005B29C5" w:rsidRPr="00EA7EA3">
              <w:rPr>
                <w:b/>
                <w:sz w:val="18"/>
                <w:szCs w:val="18"/>
                <w:lang w:val="fr-FR"/>
              </w:rPr>
              <w:t xml:space="preserve">CLASA DE CONSECINȚE / </w:t>
            </w:r>
            <w:r w:rsidRPr="00EA7EA3">
              <w:rPr>
                <w:b/>
                <w:color w:val="000000"/>
                <w:sz w:val="18"/>
                <w:szCs w:val="18"/>
                <w:lang w:val="fr-FR"/>
              </w:rPr>
              <w:t>VERIFICAREA TEHNICĂ</w:t>
            </w:r>
          </w:p>
          <w:p w14:paraId="78893A0E" w14:textId="7F0A6787" w:rsidR="00EA7EA3" w:rsidRPr="00EA7EA3" w:rsidRDefault="00EA7EA3">
            <w:pPr>
              <w:keepNext/>
              <w:rPr>
                <w:sz w:val="18"/>
                <w:szCs w:val="18"/>
                <w:lang w:val="fr-FR"/>
              </w:rPr>
            </w:pPr>
          </w:p>
        </w:tc>
      </w:tr>
      <w:tr w:rsidR="003C7CA3" w:rsidRPr="00EA7EA3" w14:paraId="313D4B5F" w14:textId="77777777" w:rsidTr="00EA7EA3">
        <w:trPr>
          <w:cantSplit/>
        </w:trPr>
        <w:tc>
          <w:tcPr>
            <w:tcW w:w="10031" w:type="dxa"/>
            <w:gridSpan w:val="2"/>
          </w:tcPr>
          <w:p w14:paraId="45B13902" w14:textId="77777777" w:rsidR="003C7CA3" w:rsidRDefault="003454F7">
            <w:pPr>
              <w:keepNext/>
              <w:rPr>
                <w:sz w:val="18"/>
                <w:szCs w:val="18"/>
                <w:lang w:val="fr-FR"/>
              </w:rPr>
            </w:pPr>
            <w:r w:rsidRPr="00EA7EA3">
              <w:rPr>
                <w:sz w:val="18"/>
                <w:szCs w:val="18"/>
                <w:lang w:val="fr-FR"/>
              </w:rPr>
              <w:t xml:space="preserve"> ☐ CC 1 / NVP 1     ☐ CC 2 / NVP 2     ☐ CC 3 / NVP 3     ☐ CC 4 / NVP 4</w:t>
            </w:r>
          </w:p>
          <w:p w14:paraId="67F15B02" w14:textId="77777777" w:rsidR="00EA7EA3" w:rsidRPr="00EA7EA3" w:rsidRDefault="00EA7EA3">
            <w:pPr>
              <w:keepNext/>
              <w:rPr>
                <w:sz w:val="18"/>
                <w:szCs w:val="18"/>
                <w:lang w:val="fr-FR"/>
              </w:rPr>
            </w:pPr>
          </w:p>
        </w:tc>
      </w:tr>
      <w:tr w:rsidR="003C7CA3" w:rsidRPr="00EA7EA3" w14:paraId="6C291604" w14:textId="77777777" w:rsidTr="00EA7EA3">
        <w:trPr>
          <w:cantSplit/>
          <w:trHeight w:val="510"/>
        </w:trPr>
        <w:tc>
          <w:tcPr>
            <w:tcW w:w="5621" w:type="dxa"/>
          </w:tcPr>
          <w:p w14:paraId="178147B7" w14:textId="77777777" w:rsidR="003C7CA3" w:rsidRPr="00EA7EA3" w:rsidRDefault="003454F7">
            <w:pPr>
              <w:keepNext/>
              <w:rPr>
                <w:sz w:val="18"/>
                <w:szCs w:val="18"/>
              </w:rPr>
            </w:pPr>
            <w:r w:rsidRPr="00EA7EA3">
              <w:rPr>
                <w:b/>
                <w:color w:val="0D5F78"/>
                <w:sz w:val="18"/>
                <w:szCs w:val="18"/>
              </w:rPr>
              <w:t>rezistență mecanică și stabilitate — nume și prenume verificator / nr. atestat</w:t>
            </w:r>
          </w:p>
          <w:p w14:paraId="55A906E7" w14:textId="77777777" w:rsidR="003C7CA3" w:rsidRPr="00EA7EA3" w:rsidRDefault="003C7CA3">
            <w:pPr>
              <w:keepNext/>
              <w:rPr>
                <w:sz w:val="18"/>
                <w:szCs w:val="18"/>
              </w:rPr>
            </w:pPr>
          </w:p>
        </w:tc>
        <w:tc>
          <w:tcPr>
            <w:tcW w:w="4410" w:type="dxa"/>
          </w:tcPr>
          <w:p w14:paraId="507ABA70" w14:textId="77777777" w:rsidR="003C7CA3" w:rsidRPr="00EA7EA3" w:rsidRDefault="003454F7">
            <w:pPr>
              <w:keepNext/>
              <w:rPr>
                <w:sz w:val="18"/>
                <w:szCs w:val="18"/>
              </w:rPr>
            </w:pPr>
            <w:r w:rsidRPr="00EA7EA3">
              <w:rPr>
                <w:b/>
                <w:color w:val="0D5F78"/>
                <w:sz w:val="18"/>
                <w:szCs w:val="18"/>
              </w:rPr>
              <w:t>Referat nr. / data</w:t>
            </w:r>
          </w:p>
          <w:p w14:paraId="0F4F3175" w14:textId="77777777" w:rsidR="003C7CA3" w:rsidRPr="00EA7EA3" w:rsidRDefault="003C7CA3">
            <w:pPr>
              <w:keepNext/>
              <w:rPr>
                <w:sz w:val="18"/>
                <w:szCs w:val="18"/>
              </w:rPr>
            </w:pPr>
          </w:p>
        </w:tc>
      </w:tr>
      <w:tr w:rsidR="003C7CA3" w:rsidRPr="00EA7EA3" w14:paraId="1B537CFD" w14:textId="77777777" w:rsidTr="00EA7EA3">
        <w:trPr>
          <w:cantSplit/>
          <w:trHeight w:val="510"/>
        </w:trPr>
        <w:tc>
          <w:tcPr>
            <w:tcW w:w="5621" w:type="dxa"/>
          </w:tcPr>
          <w:p w14:paraId="7F3E8059" w14:textId="77777777" w:rsidR="003C7CA3" w:rsidRPr="00EA7EA3" w:rsidRDefault="003454F7">
            <w:pPr>
              <w:keepNext/>
              <w:rPr>
                <w:sz w:val="18"/>
                <w:szCs w:val="18"/>
              </w:rPr>
            </w:pPr>
            <w:r w:rsidRPr="00EA7EA3">
              <w:rPr>
                <w:b/>
                <w:color w:val="0D5F78"/>
                <w:sz w:val="18"/>
                <w:szCs w:val="18"/>
              </w:rPr>
              <w:t>securitate la incendiu — nume și prenume verificator / nr. atestat</w:t>
            </w:r>
          </w:p>
          <w:p w14:paraId="1BCEE1ED" w14:textId="77777777" w:rsidR="003C7CA3" w:rsidRPr="00EA7EA3" w:rsidRDefault="003C7CA3">
            <w:pPr>
              <w:keepNext/>
              <w:rPr>
                <w:sz w:val="18"/>
                <w:szCs w:val="18"/>
              </w:rPr>
            </w:pPr>
          </w:p>
        </w:tc>
        <w:tc>
          <w:tcPr>
            <w:tcW w:w="4410" w:type="dxa"/>
          </w:tcPr>
          <w:p w14:paraId="6ABE03DB" w14:textId="77777777" w:rsidR="003C7CA3" w:rsidRPr="00EA7EA3" w:rsidRDefault="003454F7">
            <w:pPr>
              <w:keepNext/>
              <w:rPr>
                <w:sz w:val="18"/>
                <w:szCs w:val="18"/>
              </w:rPr>
            </w:pPr>
            <w:r w:rsidRPr="00EA7EA3">
              <w:rPr>
                <w:b/>
                <w:color w:val="0D5F78"/>
                <w:sz w:val="18"/>
                <w:szCs w:val="18"/>
              </w:rPr>
              <w:t>Referat nr. / data</w:t>
            </w:r>
          </w:p>
          <w:p w14:paraId="16A6E2B2" w14:textId="77777777" w:rsidR="003C7CA3" w:rsidRPr="00EA7EA3" w:rsidRDefault="003C7CA3">
            <w:pPr>
              <w:keepNext/>
              <w:rPr>
                <w:sz w:val="18"/>
                <w:szCs w:val="18"/>
              </w:rPr>
            </w:pPr>
          </w:p>
        </w:tc>
      </w:tr>
      <w:tr w:rsidR="003C7CA3" w:rsidRPr="00EA7EA3" w14:paraId="4D42D0D1" w14:textId="77777777" w:rsidTr="00EA7EA3">
        <w:trPr>
          <w:cantSplit/>
          <w:trHeight w:val="510"/>
        </w:trPr>
        <w:tc>
          <w:tcPr>
            <w:tcW w:w="5621" w:type="dxa"/>
          </w:tcPr>
          <w:p w14:paraId="6CEEC3D5" w14:textId="77777777" w:rsidR="003C7CA3" w:rsidRPr="00EA7EA3" w:rsidRDefault="003454F7">
            <w:pPr>
              <w:keepNext/>
              <w:rPr>
                <w:sz w:val="18"/>
                <w:szCs w:val="18"/>
              </w:rPr>
            </w:pPr>
            <w:r w:rsidRPr="00EA7EA3">
              <w:rPr>
                <w:b/>
                <w:color w:val="0D5F78"/>
                <w:sz w:val="18"/>
                <w:szCs w:val="18"/>
              </w:rPr>
              <w:t>igienă, sănătate și mediu înconjurător — nume și prenume verificator / nr. atestat</w:t>
            </w:r>
          </w:p>
          <w:p w14:paraId="1EDBBEFD" w14:textId="77777777" w:rsidR="003C7CA3" w:rsidRPr="00EA7EA3" w:rsidRDefault="003C7CA3">
            <w:pPr>
              <w:keepNext/>
              <w:rPr>
                <w:sz w:val="18"/>
                <w:szCs w:val="18"/>
              </w:rPr>
            </w:pPr>
          </w:p>
        </w:tc>
        <w:tc>
          <w:tcPr>
            <w:tcW w:w="4410" w:type="dxa"/>
          </w:tcPr>
          <w:p w14:paraId="6F3AA615" w14:textId="77777777" w:rsidR="003C7CA3" w:rsidRPr="00EA7EA3" w:rsidRDefault="003454F7">
            <w:pPr>
              <w:keepNext/>
              <w:rPr>
                <w:sz w:val="18"/>
                <w:szCs w:val="18"/>
              </w:rPr>
            </w:pPr>
            <w:r w:rsidRPr="00EA7EA3">
              <w:rPr>
                <w:b/>
                <w:color w:val="0D5F78"/>
                <w:sz w:val="18"/>
                <w:szCs w:val="18"/>
              </w:rPr>
              <w:t>Referat nr. / data</w:t>
            </w:r>
          </w:p>
          <w:p w14:paraId="380259FB" w14:textId="77777777" w:rsidR="003C7CA3" w:rsidRPr="00EA7EA3" w:rsidRDefault="003C7CA3">
            <w:pPr>
              <w:keepNext/>
              <w:rPr>
                <w:sz w:val="18"/>
                <w:szCs w:val="18"/>
              </w:rPr>
            </w:pPr>
          </w:p>
        </w:tc>
      </w:tr>
      <w:tr w:rsidR="003C7CA3" w:rsidRPr="00EA7EA3" w14:paraId="3DABF892" w14:textId="77777777" w:rsidTr="00EA7EA3">
        <w:trPr>
          <w:cantSplit/>
          <w:trHeight w:val="510"/>
        </w:trPr>
        <w:tc>
          <w:tcPr>
            <w:tcW w:w="5621" w:type="dxa"/>
          </w:tcPr>
          <w:p w14:paraId="1751CB94" w14:textId="77777777" w:rsidR="003C7CA3" w:rsidRPr="00EA7EA3" w:rsidRDefault="003454F7">
            <w:pPr>
              <w:keepNext/>
              <w:rPr>
                <w:sz w:val="18"/>
                <w:szCs w:val="18"/>
              </w:rPr>
            </w:pPr>
            <w:r w:rsidRPr="00EA7EA3">
              <w:rPr>
                <w:b/>
                <w:color w:val="0D5F78"/>
                <w:sz w:val="18"/>
                <w:szCs w:val="18"/>
              </w:rPr>
              <w:t>siguranță și accesibilitate în exploatare — nume și prenume verificator / nr. atestat</w:t>
            </w:r>
          </w:p>
          <w:p w14:paraId="37FBA497" w14:textId="77777777" w:rsidR="003C7CA3" w:rsidRPr="00EA7EA3" w:rsidRDefault="003C7CA3">
            <w:pPr>
              <w:keepNext/>
              <w:rPr>
                <w:sz w:val="18"/>
                <w:szCs w:val="18"/>
              </w:rPr>
            </w:pPr>
          </w:p>
        </w:tc>
        <w:tc>
          <w:tcPr>
            <w:tcW w:w="4410" w:type="dxa"/>
          </w:tcPr>
          <w:p w14:paraId="4BE5F4B2" w14:textId="77777777" w:rsidR="003C7CA3" w:rsidRPr="00EA7EA3" w:rsidRDefault="003454F7">
            <w:pPr>
              <w:keepNext/>
              <w:rPr>
                <w:sz w:val="18"/>
                <w:szCs w:val="18"/>
              </w:rPr>
            </w:pPr>
            <w:r w:rsidRPr="00EA7EA3">
              <w:rPr>
                <w:b/>
                <w:color w:val="0D5F78"/>
                <w:sz w:val="18"/>
                <w:szCs w:val="18"/>
              </w:rPr>
              <w:t>Referat nr. / data</w:t>
            </w:r>
          </w:p>
          <w:p w14:paraId="4FE92136" w14:textId="77777777" w:rsidR="003C7CA3" w:rsidRPr="00EA7EA3" w:rsidRDefault="003C7CA3">
            <w:pPr>
              <w:keepNext/>
              <w:rPr>
                <w:sz w:val="18"/>
                <w:szCs w:val="18"/>
              </w:rPr>
            </w:pPr>
          </w:p>
        </w:tc>
      </w:tr>
      <w:tr w:rsidR="003C7CA3" w:rsidRPr="00EA7EA3" w14:paraId="2F18EBB1" w14:textId="77777777" w:rsidTr="00EA7EA3">
        <w:trPr>
          <w:cantSplit/>
          <w:trHeight w:val="510"/>
        </w:trPr>
        <w:tc>
          <w:tcPr>
            <w:tcW w:w="5621" w:type="dxa"/>
          </w:tcPr>
          <w:p w14:paraId="096BDEB8" w14:textId="77777777" w:rsidR="003C7CA3" w:rsidRPr="00EA7EA3" w:rsidRDefault="003454F7">
            <w:pPr>
              <w:keepNext/>
              <w:rPr>
                <w:sz w:val="18"/>
                <w:szCs w:val="18"/>
              </w:rPr>
            </w:pPr>
            <w:r w:rsidRPr="00EA7EA3">
              <w:rPr>
                <w:b/>
                <w:color w:val="0D5F78"/>
                <w:sz w:val="18"/>
                <w:szCs w:val="18"/>
              </w:rPr>
              <w:t>protecție împotriva zgomotului — nume și prenume verificator / nr. atestat</w:t>
            </w:r>
          </w:p>
          <w:p w14:paraId="0A4BFEFB" w14:textId="77777777" w:rsidR="003C7CA3" w:rsidRPr="00EA7EA3" w:rsidRDefault="003C7CA3">
            <w:pPr>
              <w:keepNext/>
              <w:rPr>
                <w:sz w:val="18"/>
                <w:szCs w:val="18"/>
              </w:rPr>
            </w:pPr>
          </w:p>
        </w:tc>
        <w:tc>
          <w:tcPr>
            <w:tcW w:w="4410" w:type="dxa"/>
          </w:tcPr>
          <w:p w14:paraId="20819743" w14:textId="77777777" w:rsidR="003C7CA3" w:rsidRPr="00EA7EA3" w:rsidRDefault="003454F7">
            <w:pPr>
              <w:keepNext/>
              <w:rPr>
                <w:sz w:val="18"/>
                <w:szCs w:val="18"/>
              </w:rPr>
            </w:pPr>
            <w:r w:rsidRPr="00EA7EA3">
              <w:rPr>
                <w:b/>
                <w:color w:val="0D5F78"/>
                <w:sz w:val="18"/>
                <w:szCs w:val="18"/>
              </w:rPr>
              <w:t>Referat nr. / data</w:t>
            </w:r>
          </w:p>
          <w:p w14:paraId="2694A209" w14:textId="77777777" w:rsidR="003C7CA3" w:rsidRPr="00EA7EA3" w:rsidRDefault="003C7CA3">
            <w:pPr>
              <w:keepNext/>
              <w:rPr>
                <w:sz w:val="18"/>
                <w:szCs w:val="18"/>
              </w:rPr>
            </w:pPr>
          </w:p>
        </w:tc>
      </w:tr>
      <w:tr w:rsidR="003C7CA3" w:rsidRPr="00EA7EA3" w14:paraId="400D17A7" w14:textId="77777777" w:rsidTr="00EA7EA3">
        <w:trPr>
          <w:cantSplit/>
          <w:trHeight w:val="510"/>
        </w:trPr>
        <w:tc>
          <w:tcPr>
            <w:tcW w:w="5621" w:type="dxa"/>
          </w:tcPr>
          <w:p w14:paraId="6A16B685" w14:textId="77777777" w:rsidR="003C7CA3" w:rsidRPr="00EA7EA3" w:rsidRDefault="003454F7">
            <w:pPr>
              <w:rPr>
                <w:sz w:val="18"/>
                <w:szCs w:val="18"/>
              </w:rPr>
            </w:pPr>
            <w:r w:rsidRPr="00EA7EA3">
              <w:rPr>
                <w:b/>
                <w:color w:val="0D5F78"/>
                <w:sz w:val="18"/>
                <w:szCs w:val="18"/>
              </w:rPr>
              <w:t>economie de energie și izolare termică — nume și prenume verificator / nr. atestat</w:t>
            </w:r>
          </w:p>
          <w:p w14:paraId="046508A0" w14:textId="77777777" w:rsidR="003C7CA3" w:rsidRPr="00EA7EA3" w:rsidRDefault="003C7CA3">
            <w:pPr>
              <w:rPr>
                <w:sz w:val="18"/>
                <w:szCs w:val="18"/>
              </w:rPr>
            </w:pPr>
          </w:p>
        </w:tc>
        <w:tc>
          <w:tcPr>
            <w:tcW w:w="4410" w:type="dxa"/>
          </w:tcPr>
          <w:p w14:paraId="3308A2B7" w14:textId="77777777" w:rsidR="003C7CA3" w:rsidRPr="00EA7EA3" w:rsidRDefault="003454F7">
            <w:pPr>
              <w:rPr>
                <w:sz w:val="18"/>
                <w:szCs w:val="18"/>
              </w:rPr>
            </w:pPr>
            <w:r w:rsidRPr="00EA7EA3">
              <w:rPr>
                <w:b/>
                <w:color w:val="0D5F78"/>
                <w:sz w:val="18"/>
                <w:szCs w:val="18"/>
              </w:rPr>
              <w:t>Referat nr. / data</w:t>
            </w:r>
          </w:p>
          <w:p w14:paraId="6D570FFC" w14:textId="77777777" w:rsidR="003C7CA3" w:rsidRPr="00EA7EA3" w:rsidRDefault="003C7CA3">
            <w:pPr>
              <w:rPr>
                <w:sz w:val="18"/>
                <w:szCs w:val="18"/>
              </w:rPr>
            </w:pPr>
          </w:p>
        </w:tc>
      </w:tr>
    </w:tbl>
    <w:p w14:paraId="51514B17" w14:textId="77777777" w:rsidR="003C7CA3" w:rsidRPr="00EA7EA3" w:rsidRDefault="003C7CA3">
      <w:pPr>
        <w:spacing w:line="168" w:lineRule="auto"/>
        <w:rPr>
          <w:sz w:val="18"/>
          <w:szCs w:val="18"/>
        </w:rPr>
      </w:pPr>
    </w:p>
    <w:tbl>
      <w:tblPr>
        <w:tblStyle w:val="Tabelgril"/>
        <w:tblW w:w="10031"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804"/>
      </w:tblGrid>
      <w:tr w:rsidR="003C7CA3" w:rsidRPr="00EA7EA3" w14:paraId="30BF4934" w14:textId="77777777" w:rsidTr="00EA7EA3">
        <w:trPr>
          <w:cantSplit/>
        </w:trPr>
        <w:tc>
          <w:tcPr>
            <w:tcW w:w="10031" w:type="dxa"/>
            <w:gridSpan w:val="3"/>
            <w:shd w:val="clear" w:color="auto" w:fill="F4F4F4"/>
          </w:tcPr>
          <w:p w14:paraId="77582BE6" w14:textId="77777777" w:rsidR="003C7CA3" w:rsidRDefault="003454F7">
            <w:pPr>
              <w:keepNext/>
              <w:rPr>
                <w:b/>
                <w:color w:val="000000"/>
                <w:sz w:val="18"/>
                <w:szCs w:val="18"/>
              </w:rPr>
            </w:pPr>
            <w:r w:rsidRPr="00EA7EA3">
              <w:rPr>
                <w:b/>
                <w:sz w:val="18"/>
                <w:szCs w:val="18"/>
              </w:rPr>
              <w:t xml:space="preserve"> </w:t>
            </w:r>
            <w:r w:rsidR="005B29C5" w:rsidRPr="00EA7EA3">
              <w:rPr>
                <w:b/>
                <w:sz w:val="18"/>
                <w:szCs w:val="18"/>
              </w:rPr>
              <w:t>9</w:t>
            </w:r>
            <w:r w:rsidRPr="00EA7EA3">
              <w:rPr>
                <w:b/>
                <w:sz w:val="18"/>
                <w:szCs w:val="18"/>
              </w:rPr>
              <w:t xml:space="preserve">. </w:t>
            </w:r>
            <w:r w:rsidRPr="00EA7EA3">
              <w:rPr>
                <w:b/>
                <w:color w:val="000000"/>
                <w:sz w:val="18"/>
                <w:szCs w:val="18"/>
              </w:rPr>
              <w:t>VALORI ȘI DURATĂ</w:t>
            </w:r>
          </w:p>
          <w:p w14:paraId="36BAA100" w14:textId="460D29EE" w:rsidR="00EA7EA3" w:rsidRPr="00EA7EA3" w:rsidRDefault="00EA7EA3">
            <w:pPr>
              <w:keepNext/>
              <w:rPr>
                <w:sz w:val="18"/>
                <w:szCs w:val="18"/>
              </w:rPr>
            </w:pPr>
          </w:p>
        </w:tc>
      </w:tr>
      <w:tr w:rsidR="003C7CA3" w:rsidRPr="00EA7EA3" w14:paraId="69625671" w14:textId="77777777" w:rsidTr="00EA7EA3">
        <w:trPr>
          <w:cantSplit/>
          <w:trHeight w:val="510"/>
        </w:trPr>
        <w:tc>
          <w:tcPr>
            <w:tcW w:w="4015" w:type="dxa"/>
          </w:tcPr>
          <w:p w14:paraId="35681F51" w14:textId="77777777" w:rsidR="003C7CA3" w:rsidRPr="00EA7EA3" w:rsidRDefault="003454F7">
            <w:pPr>
              <w:rPr>
                <w:sz w:val="18"/>
                <w:szCs w:val="18"/>
              </w:rPr>
            </w:pPr>
            <w:r w:rsidRPr="00EA7EA3">
              <w:rPr>
                <w:b/>
                <w:color w:val="0D5F78"/>
                <w:sz w:val="18"/>
                <w:szCs w:val="18"/>
              </w:rPr>
              <w:t>Valoarea lucrărilor supuse autorizării (lei)</w:t>
            </w:r>
          </w:p>
          <w:p w14:paraId="76862E94" w14:textId="77777777" w:rsidR="003C7CA3" w:rsidRPr="00EA7EA3" w:rsidRDefault="003C7CA3">
            <w:pPr>
              <w:rPr>
                <w:sz w:val="18"/>
                <w:szCs w:val="18"/>
              </w:rPr>
            </w:pPr>
          </w:p>
        </w:tc>
        <w:tc>
          <w:tcPr>
            <w:tcW w:w="3212" w:type="dxa"/>
          </w:tcPr>
          <w:p w14:paraId="14B5E0E6" w14:textId="77777777" w:rsidR="003C7CA3" w:rsidRPr="00EA7EA3" w:rsidRDefault="003454F7">
            <w:pPr>
              <w:rPr>
                <w:sz w:val="18"/>
                <w:szCs w:val="18"/>
              </w:rPr>
            </w:pPr>
            <w:r w:rsidRPr="00EA7EA3">
              <w:rPr>
                <w:b/>
                <w:color w:val="0D5F78"/>
                <w:sz w:val="18"/>
                <w:szCs w:val="18"/>
              </w:rPr>
              <w:t>Valoarea obiectivului (lei)</w:t>
            </w:r>
          </w:p>
          <w:p w14:paraId="20819838" w14:textId="77777777" w:rsidR="003C7CA3" w:rsidRPr="00EA7EA3" w:rsidRDefault="003C7CA3">
            <w:pPr>
              <w:rPr>
                <w:sz w:val="18"/>
                <w:szCs w:val="18"/>
              </w:rPr>
            </w:pPr>
          </w:p>
        </w:tc>
        <w:tc>
          <w:tcPr>
            <w:tcW w:w="2804" w:type="dxa"/>
          </w:tcPr>
          <w:p w14:paraId="26B96CD2" w14:textId="77777777" w:rsidR="003C7CA3" w:rsidRDefault="003454F7">
            <w:pPr>
              <w:rPr>
                <w:b/>
                <w:color w:val="0D5F78"/>
                <w:sz w:val="18"/>
                <w:szCs w:val="18"/>
                <w:lang w:val="fr-FR"/>
              </w:rPr>
            </w:pPr>
            <w:r w:rsidRPr="00EA7EA3">
              <w:rPr>
                <w:b/>
                <w:color w:val="0D5F78"/>
                <w:sz w:val="18"/>
                <w:szCs w:val="18"/>
                <w:lang w:val="fr-FR"/>
              </w:rPr>
              <w:t>Durata estimată de execuție (luni)</w:t>
            </w:r>
          </w:p>
          <w:p w14:paraId="6689B38D" w14:textId="77777777" w:rsidR="00EA7EA3" w:rsidRPr="00EA7EA3" w:rsidRDefault="00EA7EA3">
            <w:pPr>
              <w:rPr>
                <w:sz w:val="18"/>
                <w:szCs w:val="18"/>
                <w:lang w:val="fr-FR"/>
              </w:rPr>
            </w:pPr>
          </w:p>
          <w:p w14:paraId="32906AEA" w14:textId="77777777" w:rsidR="003C7CA3" w:rsidRPr="00EA7EA3" w:rsidRDefault="003C7CA3">
            <w:pPr>
              <w:rPr>
                <w:sz w:val="18"/>
                <w:szCs w:val="18"/>
                <w:lang w:val="fr-FR"/>
              </w:rPr>
            </w:pPr>
          </w:p>
        </w:tc>
      </w:tr>
    </w:tbl>
    <w:p w14:paraId="65218AF1" w14:textId="4D32B4C8" w:rsidR="003C7CA3" w:rsidRPr="005B29C5" w:rsidRDefault="003C7CA3">
      <w:pPr>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EA7EA3" w14:paraId="6544AF45" w14:textId="77777777">
        <w:trPr>
          <w:cantSplit/>
        </w:trPr>
        <w:tc>
          <w:tcPr>
            <w:tcW w:w="9636" w:type="dxa"/>
            <w:shd w:val="clear" w:color="auto" w:fill="F4F4F4"/>
          </w:tcPr>
          <w:p w14:paraId="6EAEF140" w14:textId="77777777" w:rsidR="003C7CA3" w:rsidRDefault="003454F7">
            <w:pPr>
              <w:keepNext/>
              <w:rPr>
                <w:b/>
                <w:color w:val="000000"/>
                <w:sz w:val="18"/>
                <w:szCs w:val="18"/>
              </w:rPr>
            </w:pPr>
            <w:r w:rsidRPr="00EA7EA3">
              <w:rPr>
                <w:b/>
                <w:sz w:val="18"/>
                <w:szCs w:val="18"/>
                <w:lang w:val="fr-FR"/>
              </w:rPr>
              <w:lastRenderedPageBreak/>
              <w:t xml:space="preserve"> </w:t>
            </w:r>
            <w:r w:rsidR="005B29C5" w:rsidRPr="00EA7EA3">
              <w:rPr>
                <w:b/>
                <w:sz w:val="18"/>
                <w:szCs w:val="18"/>
              </w:rPr>
              <w:t>10</w:t>
            </w:r>
            <w:r w:rsidRPr="00EA7EA3">
              <w:rPr>
                <w:b/>
                <w:sz w:val="18"/>
                <w:szCs w:val="18"/>
              </w:rPr>
              <w:t xml:space="preserve">. </w:t>
            </w:r>
            <w:r w:rsidRPr="00EA7EA3">
              <w:rPr>
                <w:b/>
                <w:color w:val="000000"/>
                <w:sz w:val="18"/>
                <w:szCs w:val="18"/>
              </w:rPr>
              <w:t>ANEXEZ LA PREZENTA CERERE</w:t>
            </w:r>
          </w:p>
          <w:p w14:paraId="52DC375C" w14:textId="5213E40F" w:rsidR="00EA7EA3" w:rsidRPr="00EA7EA3" w:rsidRDefault="00EA7EA3">
            <w:pPr>
              <w:keepNext/>
              <w:rPr>
                <w:sz w:val="18"/>
                <w:szCs w:val="18"/>
              </w:rPr>
            </w:pPr>
          </w:p>
        </w:tc>
      </w:tr>
      <w:tr w:rsidR="003C7CA3" w:rsidRPr="00EA7EA3" w14:paraId="2CF92BA9" w14:textId="77777777">
        <w:trPr>
          <w:cantSplit/>
        </w:trPr>
        <w:tc>
          <w:tcPr>
            <w:tcW w:w="9636" w:type="dxa"/>
          </w:tcPr>
          <w:p w14:paraId="2B67037E" w14:textId="77777777" w:rsidR="002B61AC" w:rsidRDefault="003454F7">
            <w:pPr>
              <w:keepNext/>
              <w:rPr>
                <w:sz w:val="18"/>
                <w:szCs w:val="18"/>
                <w:lang w:val="fr-FR"/>
              </w:rPr>
            </w:pPr>
            <w:r w:rsidRPr="00EA7EA3">
              <w:rPr>
                <w:sz w:val="18"/>
                <w:szCs w:val="18"/>
                <w:lang w:val="fr-FR"/>
              </w:rPr>
              <w:t>☐ a) extras de plan cadastral actualizat și extras de carte funciară actualizat</w:t>
            </w:r>
            <w:r w:rsidR="002B61AC" w:rsidRPr="00EA7EA3">
              <w:rPr>
                <w:sz w:val="18"/>
                <w:szCs w:val="18"/>
                <w:lang w:val="fr-FR"/>
              </w:rPr>
              <w:t>, nu mai vechi de 30 de zile</w:t>
            </w:r>
          </w:p>
          <w:p w14:paraId="1704C4A8" w14:textId="17C246DD" w:rsidR="00EA7EA3" w:rsidRPr="00EA7EA3" w:rsidRDefault="00EA7EA3">
            <w:pPr>
              <w:keepNext/>
              <w:rPr>
                <w:sz w:val="18"/>
                <w:szCs w:val="18"/>
                <w:lang w:val="fr-FR"/>
              </w:rPr>
            </w:pPr>
          </w:p>
        </w:tc>
      </w:tr>
      <w:tr w:rsidR="003C7CA3" w:rsidRPr="00EA7EA3" w14:paraId="7B857128" w14:textId="77777777">
        <w:trPr>
          <w:cantSplit/>
        </w:trPr>
        <w:tc>
          <w:tcPr>
            <w:tcW w:w="9636" w:type="dxa"/>
          </w:tcPr>
          <w:p w14:paraId="06BFA2A8" w14:textId="77777777" w:rsidR="003C7CA3" w:rsidRDefault="003454F7">
            <w:pPr>
              <w:keepNext/>
              <w:rPr>
                <w:sz w:val="18"/>
                <w:szCs w:val="18"/>
                <w:lang w:val="fr-FR"/>
              </w:rPr>
            </w:pPr>
            <w:r w:rsidRPr="00EA7EA3">
              <w:rPr>
                <w:sz w:val="18"/>
                <w:szCs w:val="18"/>
                <w:lang w:val="fr-FR"/>
              </w:rPr>
              <w:t>☐ b) actele care atestă dreptul în baza căruia titularul poate solicita emiterea autorizației, dacă este cazul (copie conform cu originalul)</w:t>
            </w:r>
          </w:p>
          <w:p w14:paraId="6E0CC8EF" w14:textId="77777777" w:rsidR="00EA7EA3" w:rsidRPr="00EA7EA3" w:rsidRDefault="00EA7EA3">
            <w:pPr>
              <w:keepNext/>
              <w:rPr>
                <w:sz w:val="18"/>
                <w:szCs w:val="18"/>
                <w:lang w:val="fr-FR"/>
              </w:rPr>
            </w:pPr>
          </w:p>
        </w:tc>
      </w:tr>
      <w:tr w:rsidR="003C7CA3" w:rsidRPr="00EA7EA3" w14:paraId="10580FAB" w14:textId="77777777">
        <w:trPr>
          <w:cantSplit/>
        </w:trPr>
        <w:tc>
          <w:tcPr>
            <w:tcW w:w="9636" w:type="dxa"/>
          </w:tcPr>
          <w:p w14:paraId="39729E95" w14:textId="77777777" w:rsidR="003C7CA3" w:rsidRDefault="003454F7">
            <w:pPr>
              <w:keepNext/>
              <w:rPr>
                <w:sz w:val="18"/>
                <w:szCs w:val="18"/>
                <w:lang w:val="fr-FR"/>
              </w:rPr>
            </w:pPr>
            <w:r w:rsidRPr="00EA7EA3">
              <w:rPr>
                <w:sz w:val="18"/>
                <w:szCs w:val="18"/>
                <w:lang w:val="fr-FR"/>
              </w:rPr>
              <w:t>☐ c) proiectul pentru autorizarea construirii / desființării / intervențiilor asupra construcțiilor existente / amenajării / organizării de șantier, după caz (2 exemplare originale</w:t>
            </w:r>
            <w:r w:rsidR="001531A5" w:rsidRPr="00EA7EA3">
              <w:rPr>
                <w:sz w:val="18"/>
                <w:szCs w:val="18"/>
                <w:lang w:val="fr-FR"/>
              </w:rPr>
              <w:t xml:space="preserve"> sau 1 exemplar original, în format letric, acolo unde autoritatea are posibilitatea de a arhiva în format digital</w:t>
            </w:r>
            <w:r w:rsidRPr="00EA7EA3">
              <w:rPr>
                <w:sz w:val="18"/>
                <w:szCs w:val="18"/>
                <w:lang w:val="fr-FR"/>
              </w:rPr>
              <w:t>)</w:t>
            </w:r>
          </w:p>
          <w:p w14:paraId="495300F2" w14:textId="57B7943C" w:rsidR="00EA7EA3" w:rsidRPr="00EA7EA3" w:rsidRDefault="00EA7EA3">
            <w:pPr>
              <w:keepNext/>
              <w:rPr>
                <w:sz w:val="18"/>
                <w:szCs w:val="18"/>
                <w:lang w:val="fr-FR"/>
              </w:rPr>
            </w:pPr>
          </w:p>
        </w:tc>
      </w:tr>
      <w:tr w:rsidR="003C7CA3" w:rsidRPr="00EA7EA3" w14:paraId="3544A2F7" w14:textId="77777777">
        <w:trPr>
          <w:cantSplit/>
        </w:trPr>
        <w:tc>
          <w:tcPr>
            <w:tcW w:w="9636" w:type="dxa"/>
          </w:tcPr>
          <w:p w14:paraId="4D0EB9ED" w14:textId="77777777" w:rsidR="003C7CA3" w:rsidRDefault="003454F7">
            <w:pPr>
              <w:keepNext/>
              <w:rPr>
                <w:sz w:val="18"/>
                <w:szCs w:val="18"/>
                <w:lang w:val="fr-FR"/>
              </w:rPr>
            </w:pPr>
            <w:r w:rsidRPr="00EA7EA3">
              <w:rPr>
                <w:sz w:val="18"/>
                <w:szCs w:val="18"/>
                <w:lang w:val="fr-FR"/>
              </w:rPr>
              <w:t>☐ d) referatele de verificare ale proiectului, corespunzător clasei de consecințe a obiectivului (câte 1 exemplar copie)</w:t>
            </w:r>
          </w:p>
          <w:p w14:paraId="1D5DDF1A" w14:textId="77777777" w:rsidR="00EA7EA3" w:rsidRPr="00EA7EA3" w:rsidRDefault="00EA7EA3">
            <w:pPr>
              <w:keepNext/>
              <w:rPr>
                <w:sz w:val="18"/>
                <w:szCs w:val="18"/>
                <w:lang w:val="fr-FR"/>
              </w:rPr>
            </w:pPr>
          </w:p>
        </w:tc>
      </w:tr>
      <w:tr w:rsidR="003C7CA3" w:rsidRPr="00EA7EA3" w14:paraId="3EBF16E5" w14:textId="77777777">
        <w:trPr>
          <w:cantSplit/>
        </w:trPr>
        <w:tc>
          <w:tcPr>
            <w:tcW w:w="9636" w:type="dxa"/>
          </w:tcPr>
          <w:p w14:paraId="0F36588E" w14:textId="77777777" w:rsidR="003C7CA3" w:rsidRDefault="003454F7">
            <w:pPr>
              <w:keepNext/>
              <w:rPr>
                <w:sz w:val="18"/>
                <w:szCs w:val="18"/>
              </w:rPr>
            </w:pPr>
            <w:r w:rsidRPr="00EA7EA3">
              <w:rPr>
                <w:sz w:val="18"/>
                <w:szCs w:val="18"/>
                <w:lang w:val="fr-FR"/>
              </w:rPr>
              <w:t xml:space="preserve">☐ e) avizele și acordurile stabilite prin certificatul de urbanism nr. …… din …………… </w:t>
            </w:r>
            <w:r w:rsidRPr="00EA7EA3">
              <w:rPr>
                <w:sz w:val="18"/>
                <w:szCs w:val="18"/>
              </w:rPr>
              <w:t>(câte 1 exemplar copie)</w:t>
            </w:r>
          </w:p>
          <w:p w14:paraId="252CB240" w14:textId="77777777" w:rsidR="00EA7EA3" w:rsidRPr="00EA7EA3" w:rsidRDefault="00EA7EA3">
            <w:pPr>
              <w:keepNext/>
              <w:rPr>
                <w:sz w:val="18"/>
                <w:szCs w:val="18"/>
              </w:rPr>
            </w:pPr>
          </w:p>
        </w:tc>
      </w:tr>
      <w:tr w:rsidR="003C7CA3" w:rsidRPr="00EA7EA3" w14:paraId="480BAB99" w14:textId="77777777">
        <w:trPr>
          <w:cantSplit/>
        </w:trPr>
        <w:tc>
          <w:tcPr>
            <w:tcW w:w="9636" w:type="dxa"/>
          </w:tcPr>
          <w:p w14:paraId="43DE1A45" w14:textId="77777777" w:rsidR="003C7CA3" w:rsidRPr="00EA7EA3" w:rsidRDefault="003454F7">
            <w:pPr>
              <w:keepNext/>
              <w:pBdr>
                <w:bottom w:val="dotted" w:sz="6" w:space="0" w:color="999999"/>
              </w:pBdr>
              <w:spacing w:after="80"/>
              <w:rPr>
                <w:sz w:val="18"/>
                <w:szCs w:val="18"/>
              </w:rPr>
            </w:pPr>
            <w:r w:rsidRPr="00EA7EA3">
              <w:rPr>
                <w:i/>
                <w:color w:val="7A7A7A"/>
                <w:sz w:val="18"/>
                <w:szCs w:val="18"/>
              </w:rPr>
              <w:t xml:space="preserve">avizele și acordurile anexate — enumerare  </w:t>
            </w:r>
          </w:p>
          <w:p w14:paraId="3AA2A30E" w14:textId="77777777" w:rsidR="003C7CA3" w:rsidRPr="00EA7EA3" w:rsidRDefault="003C7CA3">
            <w:pPr>
              <w:keepNext/>
              <w:pBdr>
                <w:bottom w:val="dotted" w:sz="6" w:space="0" w:color="999999"/>
              </w:pBdr>
              <w:spacing w:after="80"/>
              <w:rPr>
                <w:sz w:val="18"/>
                <w:szCs w:val="18"/>
              </w:rPr>
            </w:pPr>
          </w:p>
          <w:p w14:paraId="0C562FB3" w14:textId="77777777" w:rsidR="003C7CA3" w:rsidRPr="00EA7EA3" w:rsidRDefault="003C7CA3">
            <w:pPr>
              <w:keepNext/>
              <w:pBdr>
                <w:bottom w:val="dotted" w:sz="6" w:space="0" w:color="999999"/>
              </w:pBdr>
              <w:spacing w:after="80"/>
              <w:rPr>
                <w:sz w:val="18"/>
                <w:szCs w:val="18"/>
              </w:rPr>
            </w:pPr>
          </w:p>
          <w:p w14:paraId="617090CF" w14:textId="77777777" w:rsidR="003C7CA3" w:rsidRPr="00EA7EA3" w:rsidRDefault="003C7CA3">
            <w:pPr>
              <w:keepNext/>
              <w:pBdr>
                <w:bottom w:val="dotted" w:sz="6" w:space="0" w:color="999999"/>
              </w:pBdr>
              <w:spacing w:after="80"/>
              <w:rPr>
                <w:sz w:val="18"/>
                <w:szCs w:val="18"/>
              </w:rPr>
            </w:pPr>
          </w:p>
          <w:p w14:paraId="36704A8A" w14:textId="77777777" w:rsidR="003C7CA3" w:rsidRPr="00EA7EA3" w:rsidRDefault="003C7CA3">
            <w:pPr>
              <w:keepNext/>
              <w:pBdr>
                <w:bottom w:val="dotted" w:sz="6" w:space="0" w:color="999999"/>
              </w:pBdr>
              <w:spacing w:after="80"/>
              <w:rPr>
                <w:sz w:val="18"/>
                <w:szCs w:val="18"/>
              </w:rPr>
            </w:pPr>
          </w:p>
          <w:p w14:paraId="0CE854D8" w14:textId="77777777" w:rsidR="003C7CA3" w:rsidRPr="00EA7EA3" w:rsidRDefault="003C7CA3">
            <w:pPr>
              <w:keepNext/>
              <w:pBdr>
                <w:bottom w:val="dotted" w:sz="6" w:space="0" w:color="999999"/>
              </w:pBdr>
              <w:spacing w:after="80"/>
              <w:rPr>
                <w:sz w:val="18"/>
                <w:szCs w:val="18"/>
              </w:rPr>
            </w:pPr>
          </w:p>
        </w:tc>
      </w:tr>
      <w:tr w:rsidR="003C7CA3" w:rsidRPr="00EA7EA3" w14:paraId="0BAC7C49" w14:textId="77777777">
        <w:trPr>
          <w:cantSplit/>
        </w:trPr>
        <w:tc>
          <w:tcPr>
            <w:tcW w:w="9636" w:type="dxa"/>
          </w:tcPr>
          <w:p w14:paraId="38A8D15E" w14:textId="77777777" w:rsidR="003C7CA3" w:rsidRDefault="003454F7">
            <w:pPr>
              <w:keepNext/>
              <w:rPr>
                <w:sz w:val="18"/>
                <w:szCs w:val="18"/>
              </w:rPr>
            </w:pPr>
            <w:r w:rsidRPr="00EA7EA3">
              <w:rPr>
                <w:sz w:val="18"/>
                <w:szCs w:val="18"/>
              </w:rPr>
              <w:t>☐ f) punctul de vedere sau actul administrativ al autorității competente pentru protecția mediului, în cazul în care a fost solicitată evaluarea, și acordul de mediu, dacă este cazul (1 exemplar copie)</w:t>
            </w:r>
          </w:p>
          <w:p w14:paraId="02C2F137" w14:textId="77777777" w:rsidR="00EA7EA3" w:rsidRPr="00EA7EA3" w:rsidRDefault="00EA7EA3">
            <w:pPr>
              <w:keepNext/>
              <w:rPr>
                <w:sz w:val="18"/>
                <w:szCs w:val="18"/>
              </w:rPr>
            </w:pPr>
          </w:p>
        </w:tc>
      </w:tr>
      <w:tr w:rsidR="003C7CA3" w:rsidRPr="00EA7EA3" w14:paraId="7DF14FE6" w14:textId="77777777">
        <w:trPr>
          <w:cantSplit/>
        </w:trPr>
        <w:tc>
          <w:tcPr>
            <w:tcW w:w="9636" w:type="dxa"/>
          </w:tcPr>
          <w:p w14:paraId="368D928D" w14:textId="77777777" w:rsidR="003C7CA3" w:rsidRDefault="003454F7">
            <w:pPr>
              <w:keepNext/>
              <w:rPr>
                <w:sz w:val="18"/>
                <w:szCs w:val="18"/>
              </w:rPr>
            </w:pPr>
            <w:r w:rsidRPr="00EA7EA3">
              <w:rPr>
                <w:sz w:val="18"/>
                <w:szCs w:val="18"/>
              </w:rPr>
              <w:t>☐ g) declarația pe propria răspundere în cazul în care pentru anumite avize / acorduri se invocă acordarea tacită (original)</w:t>
            </w:r>
          </w:p>
          <w:p w14:paraId="7328C3ED" w14:textId="77777777" w:rsidR="00EA7EA3" w:rsidRPr="00EA7EA3" w:rsidRDefault="00EA7EA3">
            <w:pPr>
              <w:keepNext/>
              <w:rPr>
                <w:sz w:val="18"/>
                <w:szCs w:val="18"/>
              </w:rPr>
            </w:pPr>
          </w:p>
        </w:tc>
      </w:tr>
      <w:tr w:rsidR="003C7CA3" w:rsidRPr="00EA7EA3" w14:paraId="009A34B6" w14:textId="77777777">
        <w:trPr>
          <w:cantSplit/>
        </w:trPr>
        <w:tc>
          <w:tcPr>
            <w:tcW w:w="9636" w:type="dxa"/>
          </w:tcPr>
          <w:p w14:paraId="7F6BBD4E" w14:textId="77777777" w:rsidR="003C7CA3" w:rsidRDefault="003454F7">
            <w:pPr>
              <w:keepNext/>
              <w:rPr>
                <w:sz w:val="18"/>
                <w:szCs w:val="18"/>
                <w:lang w:val="fr-FR"/>
              </w:rPr>
            </w:pPr>
            <w:r w:rsidRPr="00EA7EA3">
              <w:rPr>
                <w:sz w:val="18"/>
                <w:szCs w:val="18"/>
              </w:rPr>
              <w:t xml:space="preserve"> </w:t>
            </w:r>
            <w:r w:rsidRPr="00EA7EA3">
              <w:rPr>
                <w:sz w:val="18"/>
                <w:szCs w:val="18"/>
                <w:lang w:val="fr-FR"/>
              </w:rPr>
              <w:t>☐ h) acordul vecinilor (1 exemplar copie)</w:t>
            </w:r>
          </w:p>
          <w:p w14:paraId="2D93225E" w14:textId="77777777" w:rsidR="00EA7EA3" w:rsidRPr="00EA7EA3" w:rsidRDefault="00EA7EA3">
            <w:pPr>
              <w:keepNext/>
              <w:rPr>
                <w:sz w:val="18"/>
                <w:szCs w:val="18"/>
                <w:lang w:val="fr-FR"/>
              </w:rPr>
            </w:pPr>
          </w:p>
        </w:tc>
      </w:tr>
      <w:tr w:rsidR="003C7CA3" w:rsidRPr="00EA7EA3" w14:paraId="063DF493" w14:textId="77777777">
        <w:trPr>
          <w:cantSplit/>
        </w:trPr>
        <w:tc>
          <w:tcPr>
            <w:tcW w:w="9636" w:type="dxa"/>
          </w:tcPr>
          <w:p w14:paraId="4AF6D8D6" w14:textId="77777777" w:rsidR="003C7CA3" w:rsidRDefault="003454F7">
            <w:pPr>
              <w:keepNext/>
              <w:rPr>
                <w:sz w:val="18"/>
                <w:szCs w:val="18"/>
                <w:lang w:val="fr-FR"/>
              </w:rPr>
            </w:pPr>
            <w:r w:rsidRPr="00EA7EA3">
              <w:rPr>
                <w:sz w:val="18"/>
                <w:szCs w:val="18"/>
                <w:lang w:val="fr-FR"/>
              </w:rPr>
              <w:t>☐ i) raportul de expertiză tehnică preliminară privind influența asupra vecinătăților, pentru cerința fundamentală rezistență mecanică și stabilitate, dacă este cazul (1 exemplar copie)</w:t>
            </w:r>
          </w:p>
          <w:p w14:paraId="36E4E550" w14:textId="77777777" w:rsidR="00EA7EA3" w:rsidRPr="00EA7EA3" w:rsidRDefault="00EA7EA3">
            <w:pPr>
              <w:keepNext/>
              <w:rPr>
                <w:sz w:val="18"/>
                <w:szCs w:val="18"/>
                <w:lang w:val="fr-FR"/>
              </w:rPr>
            </w:pPr>
          </w:p>
        </w:tc>
      </w:tr>
      <w:tr w:rsidR="003C7CA3" w:rsidRPr="00EA7EA3" w14:paraId="4F7860AB" w14:textId="77777777">
        <w:trPr>
          <w:cantSplit/>
        </w:trPr>
        <w:tc>
          <w:tcPr>
            <w:tcW w:w="9636" w:type="dxa"/>
          </w:tcPr>
          <w:p w14:paraId="66929D51" w14:textId="77777777" w:rsidR="003C7CA3" w:rsidRDefault="003454F7">
            <w:pPr>
              <w:keepNext/>
              <w:rPr>
                <w:sz w:val="18"/>
                <w:szCs w:val="18"/>
                <w:lang w:val="fr-FR"/>
              </w:rPr>
            </w:pPr>
            <w:r w:rsidRPr="00EA7EA3">
              <w:rPr>
                <w:sz w:val="18"/>
                <w:szCs w:val="18"/>
                <w:lang w:val="fr-FR"/>
              </w:rPr>
              <w:t>☐ j) rapoartele de expertiză tehnică pentru cerințele fundamentale rezistență mecanică și stabilitate și securitate la incendiu, precum și pentru celelalte cerințe fundamentale, în cazul intervențiilor la construcții existente (1 exemplar copie)</w:t>
            </w:r>
          </w:p>
          <w:p w14:paraId="11DC676C" w14:textId="77777777" w:rsidR="00EA7EA3" w:rsidRPr="00EA7EA3" w:rsidRDefault="00EA7EA3">
            <w:pPr>
              <w:keepNext/>
              <w:rPr>
                <w:sz w:val="18"/>
                <w:szCs w:val="18"/>
                <w:lang w:val="fr-FR"/>
              </w:rPr>
            </w:pPr>
          </w:p>
        </w:tc>
      </w:tr>
      <w:tr w:rsidR="003C7CA3" w:rsidRPr="00EA7EA3" w14:paraId="1109951D" w14:textId="77777777">
        <w:trPr>
          <w:cantSplit/>
        </w:trPr>
        <w:tc>
          <w:tcPr>
            <w:tcW w:w="9636" w:type="dxa"/>
          </w:tcPr>
          <w:p w14:paraId="152C1472" w14:textId="77777777" w:rsidR="003C7CA3" w:rsidRDefault="003454F7">
            <w:pPr>
              <w:keepNext/>
              <w:rPr>
                <w:sz w:val="18"/>
                <w:szCs w:val="18"/>
                <w:lang w:val="fr-FR"/>
              </w:rPr>
            </w:pPr>
            <w:r w:rsidRPr="00EA7EA3">
              <w:rPr>
                <w:sz w:val="18"/>
                <w:szCs w:val="18"/>
                <w:lang w:val="fr-FR"/>
              </w:rPr>
              <w:t>☐ k) raportul privind cerințele minime de conformare a unei clădiri cu consum de energie aproape egal cu zero, dacă este cazul (1 exemplar copie)</w:t>
            </w:r>
          </w:p>
          <w:p w14:paraId="58215012" w14:textId="77777777" w:rsidR="00EA7EA3" w:rsidRPr="00EA7EA3" w:rsidRDefault="00EA7EA3">
            <w:pPr>
              <w:keepNext/>
              <w:rPr>
                <w:sz w:val="18"/>
                <w:szCs w:val="18"/>
                <w:lang w:val="fr-FR"/>
              </w:rPr>
            </w:pPr>
          </w:p>
        </w:tc>
      </w:tr>
      <w:tr w:rsidR="003C7CA3" w:rsidRPr="00EA7EA3" w14:paraId="1784D2A4" w14:textId="77777777">
        <w:trPr>
          <w:cantSplit/>
        </w:trPr>
        <w:tc>
          <w:tcPr>
            <w:tcW w:w="9636" w:type="dxa"/>
          </w:tcPr>
          <w:p w14:paraId="75D426B9" w14:textId="77777777" w:rsidR="003C7CA3" w:rsidRDefault="003454F7">
            <w:pPr>
              <w:keepNext/>
              <w:rPr>
                <w:sz w:val="18"/>
                <w:szCs w:val="18"/>
                <w:lang w:val="fr-FR"/>
              </w:rPr>
            </w:pPr>
            <w:r w:rsidRPr="00EA7EA3">
              <w:rPr>
                <w:sz w:val="18"/>
                <w:szCs w:val="18"/>
                <w:lang w:val="fr-FR"/>
              </w:rPr>
              <w:t>☐ l) raportul de audit energetic în vederea creșterii performanței energetice, în cazul intervențiilor la clădiri existente (1 exemplar copie)</w:t>
            </w:r>
          </w:p>
          <w:p w14:paraId="37AA3375" w14:textId="77777777" w:rsidR="00EA7EA3" w:rsidRPr="00EA7EA3" w:rsidRDefault="00EA7EA3">
            <w:pPr>
              <w:keepNext/>
              <w:rPr>
                <w:sz w:val="18"/>
                <w:szCs w:val="18"/>
                <w:lang w:val="fr-FR"/>
              </w:rPr>
            </w:pPr>
          </w:p>
        </w:tc>
      </w:tr>
      <w:tr w:rsidR="003C7CA3" w:rsidRPr="00EA7EA3" w14:paraId="38C66619" w14:textId="77777777">
        <w:trPr>
          <w:cantSplit/>
        </w:trPr>
        <w:tc>
          <w:tcPr>
            <w:tcW w:w="9636" w:type="dxa"/>
          </w:tcPr>
          <w:p w14:paraId="00DE25D4" w14:textId="77777777" w:rsidR="003C7CA3" w:rsidRDefault="003454F7">
            <w:pPr>
              <w:keepNext/>
              <w:rPr>
                <w:sz w:val="18"/>
                <w:szCs w:val="18"/>
                <w:lang w:val="fr-FR"/>
              </w:rPr>
            </w:pPr>
            <w:r w:rsidRPr="00EA7EA3">
              <w:rPr>
                <w:sz w:val="18"/>
                <w:szCs w:val="18"/>
                <w:lang w:val="fr-FR"/>
              </w:rPr>
              <w:t>☐ m) proiectul pentru acordul / autorizația administratorului drumului, pentru lucrările executate pe domeniul public la infrastructura tehnico-edilitară și căile de acces, dacă este cazul (1 exemplar original)</w:t>
            </w:r>
          </w:p>
          <w:p w14:paraId="5D91ADD3" w14:textId="77777777" w:rsidR="00EA7EA3" w:rsidRPr="00EA7EA3" w:rsidRDefault="00EA7EA3">
            <w:pPr>
              <w:keepNext/>
              <w:rPr>
                <w:sz w:val="18"/>
                <w:szCs w:val="18"/>
                <w:lang w:val="fr-FR"/>
              </w:rPr>
            </w:pPr>
          </w:p>
        </w:tc>
      </w:tr>
      <w:tr w:rsidR="003C7CA3" w:rsidRPr="00EA7EA3" w14:paraId="0C5A4EBD" w14:textId="77777777">
        <w:trPr>
          <w:cantSplit/>
        </w:trPr>
        <w:tc>
          <w:tcPr>
            <w:tcW w:w="9636" w:type="dxa"/>
          </w:tcPr>
          <w:p w14:paraId="5E51FE44" w14:textId="77777777" w:rsidR="003C7CA3" w:rsidRDefault="003454F7">
            <w:pPr>
              <w:keepNext/>
              <w:rPr>
                <w:sz w:val="18"/>
                <w:szCs w:val="18"/>
                <w:lang w:val="fr-FR"/>
              </w:rPr>
            </w:pPr>
            <w:r w:rsidRPr="00EA7EA3">
              <w:rPr>
                <w:sz w:val="18"/>
                <w:szCs w:val="18"/>
                <w:lang w:val="fr-FR"/>
              </w:rPr>
              <w:t>☐ n) dovada privind luarea în evidență a proiectului de către Ordinul Arhitecților din România (copie)</w:t>
            </w:r>
          </w:p>
          <w:p w14:paraId="2E479CE2" w14:textId="77777777" w:rsidR="00EA7EA3" w:rsidRPr="00EA7EA3" w:rsidRDefault="00EA7EA3">
            <w:pPr>
              <w:keepNext/>
              <w:rPr>
                <w:sz w:val="18"/>
                <w:szCs w:val="18"/>
                <w:lang w:val="fr-FR"/>
              </w:rPr>
            </w:pPr>
          </w:p>
        </w:tc>
      </w:tr>
      <w:tr w:rsidR="003C7CA3" w:rsidRPr="00EA7EA3" w14:paraId="228DE30A" w14:textId="77777777">
        <w:trPr>
          <w:cantSplit/>
        </w:trPr>
        <w:tc>
          <w:tcPr>
            <w:tcW w:w="9636" w:type="dxa"/>
          </w:tcPr>
          <w:p w14:paraId="7794EE26" w14:textId="77777777" w:rsidR="003C7CA3" w:rsidRDefault="003454F7">
            <w:pPr>
              <w:keepNext/>
              <w:rPr>
                <w:sz w:val="18"/>
                <w:szCs w:val="18"/>
                <w:lang w:val="fr-FR"/>
              </w:rPr>
            </w:pPr>
            <w:r w:rsidRPr="00EA7EA3">
              <w:rPr>
                <w:sz w:val="18"/>
                <w:szCs w:val="18"/>
                <w:lang w:val="fr-FR"/>
              </w:rPr>
              <w:t>☐ o) devizul general al obiectivului de investiții (1 exemplar copie)</w:t>
            </w:r>
          </w:p>
          <w:p w14:paraId="7F8B6AD1" w14:textId="77777777" w:rsidR="00EA7EA3" w:rsidRPr="00EA7EA3" w:rsidRDefault="00EA7EA3">
            <w:pPr>
              <w:keepNext/>
              <w:rPr>
                <w:sz w:val="18"/>
                <w:szCs w:val="18"/>
                <w:lang w:val="fr-FR"/>
              </w:rPr>
            </w:pPr>
          </w:p>
        </w:tc>
      </w:tr>
      <w:tr w:rsidR="003C7CA3" w:rsidRPr="00EA7EA3" w14:paraId="4F2D87C4" w14:textId="77777777">
        <w:trPr>
          <w:cantSplit/>
        </w:trPr>
        <w:tc>
          <w:tcPr>
            <w:tcW w:w="9636" w:type="dxa"/>
          </w:tcPr>
          <w:p w14:paraId="1D0BD2F7" w14:textId="77777777" w:rsidR="003C7CA3" w:rsidRDefault="003454F7">
            <w:pPr>
              <w:keepNext/>
              <w:rPr>
                <w:sz w:val="18"/>
                <w:szCs w:val="18"/>
                <w:lang w:val="fr-FR"/>
              </w:rPr>
            </w:pPr>
            <w:r w:rsidRPr="00EA7EA3">
              <w:rPr>
                <w:sz w:val="18"/>
                <w:szCs w:val="18"/>
                <w:lang w:val="fr-FR"/>
              </w:rPr>
              <w:t>☐ p) documentele de plată a taxelor legale în vederea autorizării (copie)</w:t>
            </w:r>
          </w:p>
          <w:p w14:paraId="384BCE13" w14:textId="77777777" w:rsidR="00EA7EA3" w:rsidRPr="00EA7EA3" w:rsidRDefault="00EA7EA3">
            <w:pPr>
              <w:keepNext/>
              <w:rPr>
                <w:sz w:val="18"/>
                <w:szCs w:val="18"/>
                <w:lang w:val="fr-FR"/>
              </w:rPr>
            </w:pPr>
          </w:p>
        </w:tc>
      </w:tr>
      <w:tr w:rsidR="003C7CA3" w:rsidRPr="00EA7EA3" w14:paraId="40B7CF7A" w14:textId="77777777">
        <w:trPr>
          <w:cantSplit/>
        </w:trPr>
        <w:tc>
          <w:tcPr>
            <w:tcW w:w="9636" w:type="dxa"/>
          </w:tcPr>
          <w:p w14:paraId="145537C8" w14:textId="77777777" w:rsidR="003C7CA3" w:rsidRDefault="003454F7">
            <w:pPr>
              <w:rPr>
                <w:sz w:val="18"/>
                <w:szCs w:val="18"/>
                <w:lang w:val="fr-FR"/>
              </w:rPr>
            </w:pPr>
            <w:r w:rsidRPr="00EA7EA3">
              <w:rPr>
                <w:sz w:val="18"/>
                <w:szCs w:val="18"/>
                <w:lang w:val="fr-FR"/>
              </w:rPr>
              <w:t>☐ q) anexa la cererea pentru emiterea autorizației de construire / desființare, completată cu toate elementele necesare descrierii lucrărilor (2 exemplare originale)</w:t>
            </w:r>
          </w:p>
          <w:p w14:paraId="20BE5461" w14:textId="77777777" w:rsidR="00EA7EA3" w:rsidRPr="00EA7EA3" w:rsidRDefault="00EA7EA3">
            <w:pPr>
              <w:rPr>
                <w:sz w:val="18"/>
                <w:szCs w:val="18"/>
                <w:lang w:val="fr-FR"/>
              </w:rPr>
            </w:pPr>
          </w:p>
        </w:tc>
      </w:tr>
    </w:tbl>
    <w:p w14:paraId="669F44AC" w14:textId="77777777" w:rsidR="003C7CA3" w:rsidRPr="00EA7EA3" w:rsidRDefault="003C7CA3">
      <w:pPr>
        <w:spacing w:line="168" w:lineRule="auto"/>
        <w:rPr>
          <w:sz w:val="18"/>
          <w:szCs w:val="18"/>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EA7EA3" w14:paraId="1CE1AF1F" w14:textId="77777777">
        <w:trPr>
          <w:cantSplit/>
        </w:trPr>
        <w:tc>
          <w:tcPr>
            <w:tcW w:w="9636" w:type="dxa"/>
          </w:tcPr>
          <w:p w14:paraId="39E26669" w14:textId="77777777" w:rsidR="003C7CA3" w:rsidRDefault="003454F7">
            <w:pPr>
              <w:spacing w:line="228" w:lineRule="auto"/>
              <w:rPr>
                <w:i/>
                <w:sz w:val="18"/>
                <w:szCs w:val="18"/>
              </w:rPr>
            </w:pPr>
            <w:r w:rsidRPr="00EA7EA3">
              <w:rPr>
                <w:i/>
                <w:sz w:val="18"/>
                <w:szCs w:val="18"/>
                <w:lang w:val="fr-FR"/>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w:t>
            </w:r>
            <w:r w:rsidRPr="00EA7EA3">
              <w:rPr>
                <w:i/>
                <w:sz w:val="18"/>
                <w:szCs w:val="18"/>
              </w:rPr>
              <w:t>(3) din Leg</w:t>
            </w:r>
            <w:r w:rsidR="00FC2F0B" w:rsidRPr="00EA7EA3">
              <w:rPr>
                <w:i/>
                <w:sz w:val="18"/>
                <w:szCs w:val="18"/>
              </w:rPr>
              <w:t>e</w:t>
            </w:r>
            <w:r w:rsidR="005B29C5" w:rsidRPr="00EA7EA3">
              <w:rPr>
                <w:i/>
                <w:sz w:val="18"/>
                <w:szCs w:val="18"/>
              </w:rPr>
              <w:t>a nr.1</w:t>
            </w:r>
            <w:r w:rsidR="00FC2F0B" w:rsidRPr="00EA7EA3">
              <w:rPr>
                <w:i/>
                <w:sz w:val="18"/>
                <w:szCs w:val="18"/>
              </w:rPr>
              <w:t>69</w:t>
            </w:r>
            <w:r w:rsidR="005B29C5" w:rsidRPr="00EA7EA3">
              <w:rPr>
                <w:i/>
                <w:sz w:val="18"/>
                <w:szCs w:val="18"/>
              </w:rPr>
              <w:t>/2026.</w:t>
            </w:r>
          </w:p>
          <w:p w14:paraId="071A7406" w14:textId="22E062B9" w:rsidR="00EA7EA3" w:rsidRPr="00EA7EA3" w:rsidRDefault="00EA7EA3">
            <w:pPr>
              <w:spacing w:line="228" w:lineRule="auto"/>
              <w:rPr>
                <w:sz w:val="18"/>
                <w:szCs w:val="18"/>
              </w:rPr>
            </w:pPr>
          </w:p>
        </w:tc>
      </w:tr>
    </w:tbl>
    <w:p w14:paraId="190800CC" w14:textId="77777777" w:rsidR="003C7CA3" w:rsidRPr="00EA7EA3" w:rsidRDefault="003C7CA3">
      <w:pPr>
        <w:spacing w:line="168" w:lineRule="auto"/>
        <w:rPr>
          <w:sz w:val="18"/>
          <w:szCs w:val="18"/>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3C7CA3" w:rsidRPr="00EA7EA3" w14:paraId="7464688B" w14:textId="77777777">
        <w:trPr>
          <w:cantSplit/>
        </w:trPr>
        <w:tc>
          <w:tcPr>
            <w:tcW w:w="9636" w:type="dxa"/>
            <w:gridSpan w:val="3"/>
            <w:shd w:val="clear" w:color="auto" w:fill="F4F4F4"/>
          </w:tcPr>
          <w:p w14:paraId="63133EFD" w14:textId="77777777" w:rsidR="003C7CA3" w:rsidRPr="00EA7EA3" w:rsidRDefault="003454F7">
            <w:pPr>
              <w:keepNext/>
              <w:rPr>
                <w:sz w:val="18"/>
                <w:szCs w:val="18"/>
              </w:rPr>
            </w:pPr>
            <w:r w:rsidRPr="00EA7EA3">
              <w:rPr>
                <w:b/>
                <w:sz w:val="18"/>
                <w:szCs w:val="18"/>
              </w:rPr>
              <w:t xml:space="preserve"> 10. </w:t>
            </w:r>
            <w:r w:rsidRPr="00EA7EA3">
              <w:rPr>
                <w:b/>
                <w:color w:val="000000"/>
                <w:sz w:val="18"/>
                <w:szCs w:val="18"/>
              </w:rPr>
              <w:t>DATA ȘI SEMNĂTURA</w:t>
            </w:r>
          </w:p>
        </w:tc>
      </w:tr>
      <w:tr w:rsidR="003C7CA3" w:rsidRPr="00EA7EA3" w14:paraId="437D5C75" w14:textId="77777777">
        <w:trPr>
          <w:cantSplit/>
          <w:trHeight w:val="510"/>
        </w:trPr>
        <w:tc>
          <w:tcPr>
            <w:tcW w:w="1606" w:type="dxa"/>
          </w:tcPr>
          <w:p w14:paraId="4B0B8745" w14:textId="77777777" w:rsidR="003C7CA3" w:rsidRPr="00EA7EA3" w:rsidRDefault="003454F7">
            <w:pPr>
              <w:rPr>
                <w:sz w:val="18"/>
                <w:szCs w:val="18"/>
              </w:rPr>
            </w:pPr>
            <w:r w:rsidRPr="00EA7EA3">
              <w:rPr>
                <w:b/>
                <w:color w:val="0D5F78"/>
                <w:sz w:val="18"/>
                <w:szCs w:val="18"/>
              </w:rPr>
              <w:t>Data</w:t>
            </w:r>
          </w:p>
          <w:p w14:paraId="145135C4" w14:textId="77777777" w:rsidR="003C7CA3" w:rsidRPr="00EA7EA3" w:rsidRDefault="003C7CA3">
            <w:pPr>
              <w:rPr>
                <w:sz w:val="18"/>
                <w:szCs w:val="18"/>
              </w:rPr>
            </w:pPr>
          </w:p>
        </w:tc>
        <w:tc>
          <w:tcPr>
            <w:tcW w:w="4818" w:type="dxa"/>
          </w:tcPr>
          <w:p w14:paraId="0A884F90" w14:textId="77777777" w:rsidR="003C7CA3" w:rsidRPr="00EA7EA3" w:rsidRDefault="003454F7">
            <w:pPr>
              <w:rPr>
                <w:sz w:val="18"/>
                <w:szCs w:val="18"/>
              </w:rPr>
            </w:pPr>
            <w:r w:rsidRPr="00EA7EA3">
              <w:rPr>
                <w:b/>
                <w:color w:val="0D5F78"/>
                <w:sz w:val="18"/>
                <w:szCs w:val="18"/>
              </w:rPr>
              <w:t>Solicitantul</w:t>
            </w:r>
          </w:p>
          <w:p w14:paraId="63E5762D" w14:textId="77777777" w:rsidR="003C7CA3" w:rsidRDefault="003C7CA3">
            <w:pPr>
              <w:rPr>
                <w:sz w:val="18"/>
                <w:szCs w:val="18"/>
              </w:rPr>
            </w:pPr>
          </w:p>
          <w:p w14:paraId="2A60F2FF" w14:textId="77777777" w:rsidR="00EA7EA3" w:rsidRPr="00EA7EA3" w:rsidRDefault="00EA7EA3">
            <w:pPr>
              <w:rPr>
                <w:sz w:val="18"/>
                <w:szCs w:val="18"/>
              </w:rPr>
            </w:pPr>
          </w:p>
        </w:tc>
        <w:tc>
          <w:tcPr>
            <w:tcW w:w="3212" w:type="dxa"/>
          </w:tcPr>
          <w:p w14:paraId="6456F681" w14:textId="77777777" w:rsidR="003C7CA3" w:rsidRPr="00EA7EA3" w:rsidRDefault="003454F7">
            <w:pPr>
              <w:rPr>
                <w:sz w:val="18"/>
                <w:szCs w:val="18"/>
              </w:rPr>
            </w:pPr>
            <w:r w:rsidRPr="00EA7EA3">
              <w:rPr>
                <w:b/>
                <w:color w:val="0D5F78"/>
                <w:sz w:val="18"/>
                <w:szCs w:val="18"/>
              </w:rPr>
              <w:t>Semnătura</w:t>
            </w:r>
          </w:p>
          <w:p w14:paraId="773B92D8" w14:textId="77777777" w:rsidR="003C7CA3" w:rsidRPr="00EA7EA3" w:rsidRDefault="003C7CA3">
            <w:pPr>
              <w:rPr>
                <w:sz w:val="18"/>
                <w:szCs w:val="18"/>
              </w:rPr>
            </w:pPr>
          </w:p>
        </w:tc>
      </w:tr>
    </w:tbl>
    <w:p w14:paraId="3B50D53D" w14:textId="77777777" w:rsidR="003C7CA3" w:rsidRPr="00EA7EA3" w:rsidRDefault="003C7CA3">
      <w:pPr>
        <w:spacing w:line="168" w:lineRule="auto"/>
        <w:rPr>
          <w:sz w:val="18"/>
          <w:szCs w:val="18"/>
        </w:rPr>
      </w:pPr>
    </w:p>
    <w:p w14:paraId="27114BBF" w14:textId="77777777" w:rsidR="003C7CA3" w:rsidRDefault="003454F7">
      <w:r>
        <w:br w:type="page"/>
      </w:r>
    </w:p>
    <w:p w14:paraId="5D9395E8" w14:textId="77777777" w:rsidR="003C7CA3" w:rsidRDefault="003454F7">
      <w:pPr>
        <w:spacing w:before="140" w:after="40"/>
        <w:jc w:val="center"/>
      </w:pPr>
      <w:r>
        <w:rPr>
          <w:b/>
          <w:sz w:val="34"/>
        </w:rPr>
        <w:lastRenderedPageBreak/>
        <w:t>ANEXA IMOBILE</w:t>
      </w:r>
    </w:p>
    <w:p w14:paraId="01EAD5FA" w14:textId="77777777" w:rsidR="003C7CA3" w:rsidRPr="005B29C5" w:rsidRDefault="003454F7">
      <w:pPr>
        <w:spacing w:after="120"/>
        <w:jc w:val="center"/>
        <w:rPr>
          <w:lang w:val="fr-FR"/>
        </w:rPr>
      </w:pPr>
      <w:r w:rsidRPr="005B29C5">
        <w:rPr>
          <w:sz w:val="19"/>
          <w:lang w:val="fr-FR"/>
        </w:rPr>
        <w:t>la cererea pentru emiterea autorizației de construire / desființare</w:t>
      </w:r>
    </w:p>
    <w:p w14:paraId="291F927E" w14:textId="224C0CCF" w:rsidR="003C7CA3" w:rsidRPr="005B29C5" w:rsidRDefault="003454F7">
      <w:pPr>
        <w:spacing w:after="120"/>
        <w:jc w:val="center"/>
        <w:rPr>
          <w:lang w:val="fr-FR"/>
        </w:rPr>
      </w:pPr>
      <w:r w:rsidRPr="005B29C5">
        <w:rPr>
          <w:sz w:val="19"/>
          <w:lang w:val="fr-FR"/>
        </w:rPr>
        <w:t xml:space="preserve">se completează numai atunci când cererea </w:t>
      </w:r>
      <w:r w:rsidR="00F61A70">
        <w:rPr>
          <w:sz w:val="19"/>
          <w:lang w:val="fr-FR"/>
        </w:rPr>
        <w:t>se referă la</w:t>
      </w:r>
      <w:r w:rsidRPr="005B29C5">
        <w:rPr>
          <w:sz w:val="19"/>
          <w:lang w:val="fr-FR"/>
        </w:rPr>
        <w:t xml:space="preserve"> mai multe imobile</w:t>
      </w:r>
    </w:p>
    <w:p w14:paraId="3B43A7DE" w14:textId="77777777" w:rsidR="003C7CA3" w:rsidRPr="005B29C5" w:rsidRDefault="003C7CA3">
      <w:pPr>
        <w:spacing w:after="60"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rsidRPr="00EA7EA3" w14:paraId="6852DFD8" w14:textId="77777777">
        <w:trPr>
          <w:cantSplit/>
        </w:trPr>
        <w:tc>
          <w:tcPr>
            <w:tcW w:w="9636" w:type="dxa"/>
            <w:gridSpan w:val="7"/>
            <w:shd w:val="clear" w:color="auto" w:fill="F4F4F4"/>
          </w:tcPr>
          <w:p w14:paraId="2D8BD40E" w14:textId="77777777" w:rsidR="003C7CA3" w:rsidRPr="00EA7EA3" w:rsidRDefault="003454F7">
            <w:pPr>
              <w:keepNext/>
              <w:rPr>
                <w:sz w:val="18"/>
                <w:szCs w:val="18"/>
              </w:rPr>
            </w:pPr>
            <w:r w:rsidRPr="00EA7EA3">
              <w:rPr>
                <w:b/>
                <w:sz w:val="18"/>
                <w:szCs w:val="18"/>
                <w:lang w:val="fr-FR"/>
              </w:rPr>
              <w:t xml:space="preserve"> </w:t>
            </w:r>
            <w:r w:rsidRPr="00EA7EA3">
              <w:rPr>
                <w:b/>
                <w:sz w:val="18"/>
                <w:szCs w:val="18"/>
              </w:rPr>
              <w:t xml:space="preserve">I1. </w:t>
            </w:r>
            <w:r w:rsidRPr="00EA7EA3">
              <w:rPr>
                <w:b/>
                <w:color w:val="000000"/>
                <w:sz w:val="18"/>
                <w:szCs w:val="18"/>
              </w:rPr>
              <w:t>IMOBILELE LA CARE SE REFERĂ CEREREA</w:t>
            </w:r>
          </w:p>
        </w:tc>
      </w:tr>
      <w:tr w:rsidR="003C7CA3" w:rsidRPr="00EA7EA3" w14:paraId="2E60FFA2" w14:textId="77777777">
        <w:trPr>
          <w:cantSplit/>
        </w:trPr>
        <w:tc>
          <w:tcPr>
            <w:tcW w:w="9636" w:type="dxa"/>
            <w:gridSpan w:val="7"/>
            <w:shd w:val="clear" w:color="auto" w:fill="F4F4F4"/>
          </w:tcPr>
          <w:p w14:paraId="4E625B9A" w14:textId="77777777" w:rsidR="003C7CA3" w:rsidRPr="00EA7EA3" w:rsidRDefault="003454F7">
            <w:pPr>
              <w:keepNext/>
              <w:rPr>
                <w:sz w:val="18"/>
                <w:szCs w:val="18"/>
              </w:rPr>
            </w:pPr>
            <w:r w:rsidRPr="00EA7EA3">
              <w:rPr>
                <w:sz w:val="18"/>
                <w:szCs w:val="18"/>
              </w:rPr>
              <w:t xml:space="preserve"> Imobil 2</w:t>
            </w:r>
          </w:p>
        </w:tc>
      </w:tr>
      <w:tr w:rsidR="003C7CA3" w:rsidRPr="00EA7EA3" w14:paraId="4FBA9BF9" w14:textId="77777777">
        <w:trPr>
          <w:cantSplit/>
          <w:trHeight w:val="510"/>
        </w:trPr>
        <w:tc>
          <w:tcPr>
            <w:tcW w:w="3212" w:type="dxa"/>
          </w:tcPr>
          <w:p w14:paraId="5A3BB7C7" w14:textId="77777777" w:rsidR="003C7CA3" w:rsidRPr="00EA7EA3" w:rsidRDefault="003454F7">
            <w:pPr>
              <w:keepNext/>
              <w:rPr>
                <w:sz w:val="18"/>
                <w:szCs w:val="18"/>
              </w:rPr>
            </w:pPr>
            <w:r w:rsidRPr="00EA7EA3">
              <w:rPr>
                <w:b/>
                <w:color w:val="0D5F78"/>
                <w:sz w:val="18"/>
                <w:szCs w:val="18"/>
              </w:rPr>
              <w:t>Tip imobil</w:t>
            </w:r>
          </w:p>
          <w:p w14:paraId="40062389" w14:textId="77777777" w:rsidR="003C7CA3" w:rsidRPr="00EA7EA3" w:rsidRDefault="003454F7">
            <w:pPr>
              <w:keepNext/>
              <w:rPr>
                <w:sz w:val="18"/>
                <w:szCs w:val="18"/>
              </w:rPr>
            </w:pPr>
            <w:r w:rsidRPr="00EA7EA3">
              <w:rPr>
                <w:sz w:val="18"/>
                <w:szCs w:val="18"/>
              </w:rPr>
              <w:t>☐ teren     ☐ construcții</w:t>
            </w:r>
          </w:p>
        </w:tc>
        <w:tc>
          <w:tcPr>
            <w:tcW w:w="3212" w:type="dxa"/>
            <w:gridSpan w:val="4"/>
          </w:tcPr>
          <w:p w14:paraId="468E1B3B" w14:textId="77777777" w:rsidR="003C7CA3" w:rsidRPr="00EA7EA3" w:rsidRDefault="003454F7">
            <w:pPr>
              <w:keepNext/>
              <w:rPr>
                <w:sz w:val="18"/>
                <w:szCs w:val="18"/>
              </w:rPr>
            </w:pPr>
            <w:r w:rsidRPr="00EA7EA3">
              <w:rPr>
                <w:b/>
                <w:color w:val="0D5F78"/>
                <w:sz w:val="18"/>
                <w:szCs w:val="18"/>
              </w:rPr>
              <w:t>Număr cadastral</w:t>
            </w:r>
          </w:p>
          <w:p w14:paraId="54B785D1" w14:textId="77777777" w:rsidR="003C7CA3" w:rsidRPr="00EA7EA3" w:rsidRDefault="003C7CA3">
            <w:pPr>
              <w:keepNext/>
              <w:rPr>
                <w:sz w:val="18"/>
                <w:szCs w:val="18"/>
              </w:rPr>
            </w:pPr>
          </w:p>
        </w:tc>
        <w:tc>
          <w:tcPr>
            <w:tcW w:w="3212" w:type="dxa"/>
            <w:gridSpan w:val="2"/>
          </w:tcPr>
          <w:p w14:paraId="1F958589" w14:textId="77777777" w:rsidR="003C7CA3" w:rsidRPr="00EA7EA3" w:rsidRDefault="003454F7">
            <w:pPr>
              <w:keepNext/>
              <w:rPr>
                <w:sz w:val="18"/>
                <w:szCs w:val="18"/>
              </w:rPr>
            </w:pPr>
            <w:r w:rsidRPr="00EA7EA3">
              <w:rPr>
                <w:b/>
                <w:color w:val="0D5F78"/>
                <w:sz w:val="18"/>
                <w:szCs w:val="18"/>
              </w:rPr>
              <w:t>Carte funciară nr.</w:t>
            </w:r>
          </w:p>
          <w:p w14:paraId="46308DBE" w14:textId="77777777" w:rsidR="003C7CA3" w:rsidRPr="00EA7EA3" w:rsidRDefault="003C7CA3">
            <w:pPr>
              <w:keepNext/>
              <w:rPr>
                <w:sz w:val="18"/>
                <w:szCs w:val="18"/>
              </w:rPr>
            </w:pPr>
          </w:p>
        </w:tc>
      </w:tr>
      <w:tr w:rsidR="003C7CA3" w:rsidRPr="00EA7EA3" w14:paraId="566323F2" w14:textId="77777777">
        <w:trPr>
          <w:cantSplit/>
          <w:trHeight w:val="510"/>
        </w:trPr>
        <w:tc>
          <w:tcPr>
            <w:tcW w:w="3212" w:type="dxa"/>
          </w:tcPr>
          <w:p w14:paraId="44FE7327" w14:textId="77777777" w:rsidR="003C7CA3" w:rsidRPr="00EA7EA3" w:rsidRDefault="003454F7">
            <w:pPr>
              <w:keepNext/>
              <w:rPr>
                <w:sz w:val="18"/>
                <w:szCs w:val="18"/>
              </w:rPr>
            </w:pPr>
            <w:r w:rsidRPr="00EA7EA3">
              <w:rPr>
                <w:b/>
                <w:color w:val="0D5F78"/>
                <w:sz w:val="18"/>
                <w:szCs w:val="18"/>
              </w:rPr>
              <w:t>Județul</w:t>
            </w:r>
          </w:p>
          <w:p w14:paraId="709474E2" w14:textId="025AA2C4" w:rsidR="003C7CA3" w:rsidRPr="00EA7EA3" w:rsidRDefault="00EA7EA3">
            <w:pPr>
              <w:keepNext/>
              <w:rPr>
                <w:sz w:val="18"/>
                <w:szCs w:val="18"/>
              </w:rPr>
            </w:pPr>
            <w:r>
              <w:rPr>
                <w:sz w:val="18"/>
                <w:szCs w:val="18"/>
              </w:rPr>
              <w:t>BISTRIȚA-NĂSĂUD</w:t>
            </w:r>
          </w:p>
        </w:tc>
        <w:tc>
          <w:tcPr>
            <w:tcW w:w="3212" w:type="dxa"/>
            <w:gridSpan w:val="4"/>
          </w:tcPr>
          <w:p w14:paraId="0A54FA84" w14:textId="500C2FC7" w:rsidR="003C7CA3" w:rsidRPr="00EA7EA3" w:rsidRDefault="003454F7">
            <w:pPr>
              <w:keepNext/>
              <w:rPr>
                <w:sz w:val="18"/>
                <w:szCs w:val="18"/>
              </w:rPr>
            </w:pPr>
            <w:r w:rsidRPr="00EA7EA3">
              <w:rPr>
                <w:b/>
                <w:color w:val="0D5F78"/>
                <w:sz w:val="18"/>
                <w:szCs w:val="18"/>
              </w:rPr>
              <w:t xml:space="preserve">Municipiul </w:t>
            </w:r>
          </w:p>
          <w:p w14:paraId="791B4988" w14:textId="6D0A1580" w:rsidR="003C7CA3" w:rsidRPr="00EA7EA3" w:rsidRDefault="00EA7EA3">
            <w:pPr>
              <w:keepNext/>
              <w:rPr>
                <w:sz w:val="18"/>
                <w:szCs w:val="18"/>
              </w:rPr>
            </w:pPr>
            <w:r>
              <w:rPr>
                <w:sz w:val="18"/>
                <w:szCs w:val="18"/>
              </w:rPr>
              <w:t>BISTRIȚA</w:t>
            </w:r>
          </w:p>
        </w:tc>
        <w:tc>
          <w:tcPr>
            <w:tcW w:w="3212" w:type="dxa"/>
            <w:gridSpan w:val="2"/>
          </w:tcPr>
          <w:p w14:paraId="26E0CD5C" w14:textId="7B771096" w:rsidR="003C7CA3" w:rsidRPr="00EA7EA3" w:rsidRDefault="00EA7EA3">
            <w:pPr>
              <w:keepNext/>
              <w:rPr>
                <w:sz w:val="18"/>
                <w:szCs w:val="18"/>
              </w:rPr>
            </w:pPr>
            <w:r>
              <w:rPr>
                <w:b/>
                <w:color w:val="0D5F78"/>
                <w:sz w:val="18"/>
                <w:szCs w:val="18"/>
              </w:rPr>
              <w:t>Localitatea componentă</w:t>
            </w:r>
          </w:p>
          <w:p w14:paraId="19330C14" w14:textId="77777777" w:rsidR="003C7CA3" w:rsidRPr="00EA7EA3" w:rsidRDefault="003C7CA3">
            <w:pPr>
              <w:keepNext/>
              <w:rPr>
                <w:sz w:val="18"/>
                <w:szCs w:val="18"/>
              </w:rPr>
            </w:pPr>
          </w:p>
        </w:tc>
      </w:tr>
      <w:tr w:rsidR="003C7CA3" w:rsidRPr="00EA7EA3" w14:paraId="172E0BD7" w14:textId="77777777">
        <w:trPr>
          <w:cantSplit/>
          <w:trHeight w:val="510"/>
        </w:trPr>
        <w:tc>
          <w:tcPr>
            <w:tcW w:w="3212" w:type="dxa"/>
          </w:tcPr>
          <w:p w14:paraId="3466DC19" w14:textId="77777777" w:rsidR="003C7CA3" w:rsidRPr="00EA7EA3" w:rsidRDefault="003454F7">
            <w:pPr>
              <w:keepNext/>
              <w:rPr>
                <w:sz w:val="18"/>
                <w:szCs w:val="18"/>
              </w:rPr>
            </w:pPr>
            <w:r w:rsidRPr="00EA7EA3">
              <w:rPr>
                <w:b/>
                <w:color w:val="0D5F78"/>
                <w:sz w:val="18"/>
                <w:szCs w:val="18"/>
              </w:rPr>
              <w:t>Strada</w:t>
            </w:r>
          </w:p>
          <w:p w14:paraId="6916751C" w14:textId="77777777" w:rsidR="003C7CA3" w:rsidRPr="00EA7EA3" w:rsidRDefault="003C7CA3">
            <w:pPr>
              <w:keepNext/>
              <w:rPr>
                <w:sz w:val="18"/>
                <w:szCs w:val="18"/>
              </w:rPr>
            </w:pPr>
          </w:p>
        </w:tc>
        <w:tc>
          <w:tcPr>
            <w:tcW w:w="803" w:type="dxa"/>
          </w:tcPr>
          <w:p w14:paraId="1D979EB2" w14:textId="77777777" w:rsidR="003C7CA3" w:rsidRPr="00EA7EA3" w:rsidRDefault="003454F7">
            <w:pPr>
              <w:keepNext/>
              <w:rPr>
                <w:sz w:val="18"/>
                <w:szCs w:val="18"/>
              </w:rPr>
            </w:pPr>
            <w:r w:rsidRPr="00EA7EA3">
              <w:rPr>
                <w:b/>
                <w:color w:val="0D5F78"/>
                <w:sz w:val="18"/>
                <w:szCs w:val="18"/>
              </w:rPr>
              <w:t>Nr.</w:t>
            </w:r>
          </w:p>
          <w:p w14:paraId="5CAFDF3D" w14:textId="77777777" w:rsidR="003C7CA3" w:rsidRPr="00EA7EA3" w:rsidRDefault="003C7CA3">
            <w:pPr>
              <w:keepNext/>
              <w:rPr>
                <w:sz w:val="18"/>
                <w:szCs w:val="18"/>
              </w:rPr>
            </w:pPr>
          </w:p>
        </w:tc>
        <w:tc>
          <w:tcPr>
            <w:tcW w:w="803" w:type="dxa"/>
          </w:tcPr>
          <w:p w14:paraId="6214196D" w14:textId="77777777" w:rsidR="003C7CA3" w:rsidRPr="00EA7EA3" w:rsidRDefault="003454F7">
            <w:pPr>
              <w:keepNext/>
              <w:rPr>
                <w:sz w:val="18"/>
                <w:szCs w:val="18"/>
              </w:rPr>
            </w:pPr>
            <w:r w:rsidRPr="00EA7EA3">
              <w:rPr>
                <w:b/>
                <w:color w:val="0D5F78"/>
                <w:sz w:val="18"/>
                <w:szCs w:val="18"/>
              </w:rPr>
              <w:t>Sc.</w:t>
            </w:r>
          </w:p>
          <w:p w14:paraId="38204483" w14:textId="77777777" w:rsidR="003C7CA3" w:rsidRPr="00EA7EA3" w:rsidRDefault="003C7CA3">
            <w:pPr>
              <w:keepNext/>
              <w:rPr>
                <w:sz w:val="18"/>
                <w:szCs w:val="18"/>
              </w:rPr>
            </w:pPr>
          </w:p>
        </w:tc>
        <w:tc>
          <w:tcPr>
            <w:tcW w:w="803" w:type="dxa"/>
          </w:tcPr>
          <w:p w14:paraId="48F12E3B" w14:textId="77777777" w:rsidR="003C7CA3" w:rsidRPr="00EA7EA3" w:rsidRDefault="003454F7">
            <w:pPr>
              <w:keepNext/>
              <w:rPr>
                <w:sz w:val="18"/>
                <w:szCs w:val="18"/>
              </w:rPr>
            </w:pPr>
            <w:r w:rsidRPr="00EA7EA3">
              <w:rPr>
                <w:b/>
                <w:color w:val="0D5F78"/>
                <w:sz w:val="18"/>
                <w:szCs w:val="18"/>
              </w:rPr>
              <w:t>Et.</w:t>
            </w:r>
          </w:p>
          <w:p w14:paraId="678762B3" w14:textId="77777777" w:rsidR="003C7CA3" w:rsidRPr="00EA7EA3" w:rsidRDefault="003C7CA3">
            <w:pPr>
              <w:keepNext/>
              <w:rPr>
                <w:sz w:val="18"/>
                <w:szCs w:val="18"/>
              </w:rPr>
            </w:pPr>
          </w:p>
        </w:tc>
        <w:tc>
          <w:tcPr>
            <w:tcW w:w="803" w:type="dxa"/>
          </w:tcPr>
          <w:p w14:paraId="4FE261FD" w14:textId="77777777" w:rsidR="003C7CA3" w:rsidRPr="00EA7EA3" w:rsidRDefault="003454F7">
            <w:pPr>
              <w:keepNext/>
              <w:rPr>
                <w:sz w:val="18"/>
                <w:szCs w:val="18"/>
              </w:rPr>
            </w:pPr>
            <w:r w:rsidRPr="00EA7EA3">
              <w:rPr>
                <w:b/>
                <w:color w:val="0D5F78"/>
                <w:sz w:val="18"/>
                <w:szCs w:val="18"/>
              </w:rPr>
              <w:t>Ap.</w:t>
            </w:r>
          </w:p>
          <w:p w14:paraId="3AD61581" w14:textId="77777777" w:rsidR="003C7CA3" w:rsidRPr="00EA7EA3" w:rsidRDefault="003C7CA3">
            <w:pPr>
              <w:keepNext/>
              <w:rPr>
                <w:sz w:val="18"/>
                <w:szCs w:val="18"/>
              </w:rPr>
            </w:pPr>
          </w:p>
        </w:tc>
        <w:tc>
          <w:tcPr>
            <w:tcW w:w="1606" w:type="dxa"/>
          </w:tcPr>
          <w:p w14:paraId="4203D399" w14:textId="77777777" w:rsidR="003C7CA3" w:rsidRPr="00EA7EA3" w:rsidRDefault="003454F7">
            <w:pPr>
              <w:keepNext/>
              <w:rPr>
                <w:sz w:val="18"/>
                <w:szCs w:val="18"/>
              </w:rPr>
            </w:pPr>
            <w:r w:rsidRPr="00EA7EA3">
              <w:rPr>
                <w:b/>
                <w:color w:val="0D5F78"/>
                <w:sz w:val="18"/>
                <w:szCs w:val="18"/>
              </w:rPr>
              <w:t>Cod poștal</w:t>
            </w:r>
          </w:p>
          <w:p w14:paraId="27D97757" w14:textId="77777777" w:rsidR="003C7CA3" w:rsidRPr="00EA7EA3" w:rsidRDefault="003C7CA3">
            <w:pPr>
              <w:keepNext/>
              <w:rPr>
                <w:sz w:val="18"/>
                <w:szCs w:val="18"/>
              </w:rPr>
            </w:pPr>
          </w:p>
        </w:tc>
        <w:tc>
          <w:tcPr>
            <w:tcW w:w="1606" w:type="dxa"/>
          </w:tcPr>
          <w:p w14:paraId="5CC40784" w14:textId="77777777" w:rsidR="003C7CA3" w:rsidRPr="00EA7EA3" w:rsidRDefault="003454F7">
            <w:pPr>
              <w:keepNext/>
              <w:rPr>
                <w:sz w:val="18"/>
                <w:szCs w:val="18"/>
              </w:rPr>
            </w:pPr>
            <w:r w:rsidRPr="00EA7EA3">
              <w:rPr>
                <w:b/>
                <w:color w:val="0D5F78"/>
                <w:sz w:val="18"/>
                <w:szCs w:val="18"/>
              </w:rPr>
              <w:t>Țara</w:t>
            </w:r>
          </w:p>
          <w:p w14:paraId="676134A8" w14:textId="77777777" w:rsidR="003C7CA3" w:rsidRPr="00EA7EA3" w:rsidRDefault="003C7CA3">
            <w:pPr>
              <w:keepNext/>
              <w:rPr>
                <w:sz w:val="18"/>
                <w:szCs w:val="18"/>
              </w:rPr>
            </w:pPr>
          </w:p>
        </w:tc>
      </w:tr>
      <w:tr w:rsidR="003C7CA3" w:rsidRPr="00EA7EA3" w14:paraId="1E22F21E" w14:textId="77777777">
        <w:trPr>
          <w:cantSplit/>
        </w:trPr>
        <w:tc>
          <w:tcPr>
            <w:tcW w:w="9636" w:type="dxa"/>
            <w:gridSpan w:val="7"/>
            <w:shd w:val="clear" w:color="auto" w:fill="F4F4F4"/>
          </w:tcPr>
          <w:p w14:paraId="5E87E32C" w14:textId="77777777" w:rsidR="003C7CA3" w:rsidRPr="00EA7EA3" w:rsidRDefault="003454F7">
            <w:pPr>
              <w:keepNext/>
              <w:rPr>
                <w:sz w:val="18"/>
                <w:szCs w:val="18"/>
              </w:rPr>
            </w:pPr>
            <w:r w:rsidRPr="00EA7EA3">
              <w:rPr>
                <w:sz w:val="18"/>
                <w:szCs w:val="18"/>
              </w:rPr>
              <w:t xml:space="preserve"> Imobil 3</w:t>
            </w:r>
          </w:p>
        </w:tc>
      </w:tr>
      <w:tr w:rsidR="003C7CA3" w:rsidRPr="00EA7EA3" w14:paraId="28BE262E" w14:textId="77777777">
        <w:trPr>
          <w:cantSplit/>
          <w:trHeight w:val="510"/>
        </w:trPr>
        <w:tc>
          <w:tcPr>
            <w:tcW w:w="3212" w:type="dxa"/>
          </w:tcPr>
          <w:p w14:paraId="3DAF284A" w14:textId="77777777" w:rsidR="003C7CA3" w:rsidRPr="00EA7EA3" w:rsidRDefault="003454F7">
            <w:pPr>
              <w:keepNext/>
              <w:rPr>
                <w:sz w:val="18"/>
                <w:szCs w:val="18"/>
              </w:rPr>
            </w:pPr>
            <w:r w:rsidRPr="00EA7EA3">
              <w:rPr>
                <w:b/>
                <w:color w:val="0D5F78"/>
                <w:sz w:val="18"/>
                <w:szCs w:val="18"/>
              </w:rPr>
              <w:t>Tip imobil</w:t>
            </w:r>
          </w:p>
          <w:p w14:paraId="03A96BFD" w14:textId="77777777" w:rsidR="003C7CA3" w:rsidRPr="00EA7EA3" w:rsidRDefault="003454F7">
            <w:pPr>
              <w:keepNext/>
              <w:rPr>
                <w:sz w:val="18"/>
                <w:szCs w:val="18"/>
              </w:rPr>
            </w:pPr>
            <w:r w:rsidRPr="00EA7EA3">
              <w:rPr>
                <w:sz w:val="18"/>
                <w:szCs w:val="18"/>
              </w:rPr>
              <w:t>☐ teren     ☐ construcții</w:t>
            </w:r>
          </w:p>
        </w:tc>
        <w:tc>
          <w:tcPr>
            <w:tcW w:w="3212" w:type="dxa"/>
            <w:gridSpan w:val="4"/>
          </w:tcPr>
          <w:p w14:paraId="15A078DE" w14:textId="77777777" w:rsidR="003C7CA3" w:rsidRPr="00EA7EA3" w:rsidRDefault="003454F7">
            <w:pPr>
              <w:keepNext/>
              <w:rPr>
                <w:sz w:val="18"/>
                <w:szCs w:val="18"/>
              </w:rPr>
            </w:pPr>
            <w:r w:rsidRPr="00EA7EA3">
              <w:rPr>
                <w:b/>
                <w:color w:val="0D5F78"/>
                <w:sz w:val="18"/>
                <w:szCs w:val="18"/>
              </w:rPr>
              <w:t>Număr cadastral</w:t>
            </w:r>
          </w:p>
          <w:p w14:paraId="484999B7" w14:textId="77777777" w:rsidR="003C7CA3" w:rsidRPr="00EA7EA3" w:rsidRDefault="003C7CA3">
            <w:pPr>
              <w:keepNext/>
              <w:rPr>
                <w:sz w:val="18"/>
                <w:szCs w:val="18"/>
              </w:rPr>
            </w:pPr>
          </w:p>
        </w:tc>
        <w:tc>
          <w:tcPr>
            <w:tcW w:w="3212" w:type="dxa"/>
            <w:gridSpan w:val="2"/>
          </w:tcPr>
          <w:p w14:paraId="4A9ADCBE" w14:textId="77777777" w:rsidR="003C7CA3" w:rsidRPr="00EA7EA3" w:rsidRDefault="003454F7">
            <w:pPr>
              <w:keepNext/>
              <w:rPr>
                <w:sz w:val="18"/>
                <w:szCs w:val="18"/>
              </w:rPr>
            </w:pPr>
            <w:r w:rsidRPr="00EA7EA3">
              <w:rPr>
                <w:b/>
                <w:color w:val="0D5F78"/>
                <w:sz w:val="18"/>
                <w:szCs w:val="18"/>
              </w:rPr>
              <w:t>Carte funciară nr.</w:t>
            </w:r>
          </w:p>
          <w:p w14:paraId="32134801" w14:textId="77777777" w:rsidR="003C7CA3" w:rsidRPr="00EA7EA3" w:rsidRDefault="003C7CA3">
            <w:pPr>
              <w:keepNext/>
              <w:rPr>
                <w:sz w:val="18"/>
                <w:szCs w:val="18"/>
              </w:rPr>
            </w:pPr>
          </w:p>
        </w:tc>
      </w:tr>
      <w:tr w:rsidR="003C7CA3" w:rsidRPr="00EA7EA3" w14:paraId="634A48BF" w14:textId="77777777">
        <w:trPr>
          <w:cantSplit/>
          <w:trHeight w:val="510"/>
        </w:trPr>
        <w:tc>
          <w:tcPr>
            <w:tcW w:w="3212" w:type="dxa"/>
          </w:tcPr>
          <w:p w14:paraId="21CB880E" w14:textId="77777777" w:rsidR="003C7CA3" w:rsidRPr="00EA7EA3" w:rsidRDefault="003454F7">
            <w:pPr>
              <w:keepNext/>
              <w:rPr>
                <w:sz w:val="18"/>
                <w:szCs w:val="18"/>
              </w:rPr>
            </w:pPr>
            <w:r w:rsidRPr="00EA7EA3">
              <w:rPr>
                <w:b/>
                <w:color w:val="0D5F78"/>
                <w:sz w:val="18"/>
                <w:szCs w:val="18"/>
              </w:rPr>
              <w:t>Județul</w:t>
            </w:r>
          </w:p>
          <w:p w14:paraId="182F56A8" w14:textId="77777777" w:rsidR="003C7CA3" w:rsidRPr="00EA7EA3" w:rsidRDefault="003C7CA3">
            <w:pPr>
              <w:keepNext/>
              <w:rPr>
                <w:sz w:val="18"/>
                <w:szCs w:val="18"/>
              </w:rPr>
            </w:pPr>
          </w:p>
        </w:tc>
        <w:tc>
          <w:tcPr>
            <w:tcW w:w="3212" w:type="dxa"/>
            <w:gridSpan w:val="4"/>
          </w:tcPr>
          <w:p w14:paraId="6B1C2F24" w14:textId="77777777" w:rsidR="003C7CA3" w:rsidRPr="00EA7EA3" w:rsidRDefault="003454F7">
            <w:pPr>
              <w:keepNext/>
              <w:rPr>
                <w:sz w:val="18"/>
                <w:szCs w:val="18"/>
              </w:rPr>
            </w:pPr>
            <w:r w:rsidRPr="00EA7EA3">
              <w:rPr>
                <w:b/>
                <w:color w:val="0D5F78"/>
                <w:sz w:val="18"/>
                <w:szCs w:val="18"/>
              </w:rPr>
              <w:t>Municipiul / orașul / comuna</w:t>
            </w:r>
          </w:p>
          <w:p w14:paraId="33495630" w14:textId="77777777" w:rsidR="003C7CA3" w:rsidRPr="00EA7EA3" w:rsidRDefault="003C7CA3">
            <w:pPr>
              <w:keepNext/>
              <w:rPr>
                <w:sz w:val="18"/>
                <w:szCs w:val="18"/>
              </w:rPr>
            </w:pPr>
          </w:p>
        </w:tc>
        <w:tc>
          <w:tcPr>
            <w:tcW w:w="3212" w:type="dxa"/>
            <w:gridSpan w:val="2"/>
          </w:tcPr>
          <w:p w14:paraId="1F7C4EAC" w14:textId="77777777" w:rsidR="003C7CA3" w:rsidRPr="00EA7EA3" w:rsidRDefault="003454F7">
            <w:pPr>
              <w:keepNext/>
              <w:rPr>
                <w:sz w:val="18"/>
                <w:szCs w:val="18"/>
              </w:rPr>
            </w:pPr>
            <w:r w:rsidRPr="00EA7EA3">
              <w:rPr>
                <w:b/>
                <w:color w:val="0D5F78"/>
                <w:sz w:val="18"/>
                <w:szCs w:val="18"/>
              </w:rPr>
              <w:t>Satul / sectorul</w:t>
            </w:r>
          </w:p>
          <w:p w14:paraId="7EE2F126" w14:textId="77777777" w:rsidR="003C7CA3" w:rsidRPr="00EA7EA3" w:rsidRDefault="003C7CA3">
            <w:pPr>
              <w:keepNext/>
              <w:rPr>
                <w:sz w:val="18"/>
                <w:szCs w:val="18"/>
              </w:rPr>
            </w:pPr>
          </w:p>
        </w:tc>
      </w:tr>
      <w:tr w:rsidR="003C7CA3" w:rsidRPr="00EA7EA3" w14:paraId="2AB103DD" w14:textId="77777777">
        <w:trPr>
          <w:cantSplit/>
          <w:trHeight w:val="510"/>
        </w:trPr>
        <w:tc>
          <w:tcPr>
            <w:tcW w:w="3212" w:type="dxa"/>
          </w:tcPr>
          <w:p w14:paraId="33D5B0A9" w14:textId="77777777" w:rsidR="003C7CA3" w:rsidRPr="00EA7EA3" w:rsidRDefault="003454F7">
            <w:pPr>
              <w:keepNext/>
              <w:rPr>
                <w:sz w:val="18"/>
                <w:szCs w:val="18"/>
              </w:rPr>
            </w:pPr>
            <w:r w:rsidRPr="00EA7EA3">
              <w:rPr>
                <w:b/>
                <w:color w:val="0D5F78"/>
                <w:sz w:val="18"/>
                <w:szCs w:val="18"/>
              </w:rPr>
              <w:t>Strada</w:t>
            </w:r>
          </w:p>
          <w:p w14:paraId="27E7251A" w14:textId="77777777" w:rsidR="003C7CA3" w:rsidRPr="00EA7EA3" w:rsidRDefault="003C7CA3">
            <w:pPr>
              <w:keepNext/>
              <w:rPr>
                <w:sz w:val="18"/>
                <w:szCs w:val="18"/>
              </w:rPr>
            </w:pPr>
          </w:p>
        </w:tc>
        <w:tc>
          <w:tcPr>
            <w:tcW w:w="803" w:type="dxa"/>
          </w:tcPr>
          <w:p w14:paraId="69872AE3" w14:textId="77777777" w:rsidR="003C7CA3" w:rsidRPr="00EA7EA3" w:rsidRDefault="003454F7">
            <w:pPr>
              <w:keepNext/>
              <w:rPr>
                <w:sz w:val="18"/>
                <w:szCs w:val="18"/>
              </w:rPr>
            </w:pPr>
            <w:r w:rsidRPr="00EA7EA3">
              <w:rPr>
                <w:b/>
                <w:color w:val="0D5F78"/>
                <w:sz w:val="18"/>
                <w:szCs w:val="18"/>
              </w:rPr>
              <w:t>Nr.</w:t>
            </w:r>
          </w:p>
          <w:p w14:paraId="01853B82" w14:textId="77777777" w:rsidR="003C7CA3" w:rsidRPr="00EA7EA3" w:rsidRDefault="003C7CA3">
            <w:pPr>
              <w:keepNext/>
              <w:rPr>
                <w:sz w:val="18"/>
                <w:szCs w:val="18"/>
              </w:rPr>
            </w:pPr>
          </w:p>
        </w:tc>
        <w:tc>
          <w:tcPr>
            <w:tcW w:w="803" w:type="dxa"/>
          </w:tcPr>
          <w:p w14:paraId="6F48930F" w14:textId="77777777" w:rsidR="003C7CA3" w:rsidRPr="00EA7EA3" w:rsidRDefault="003454F7">
            <w:pPr>
              <w:keepNext/>
              <w:rPr>
                <w:sz w:val="18"/>
                <w:szCs w:val="18"/>
              </w:rPr>
            </w:pPr>
            <w:r w:rsidRPr="00EA7EA3">
              <w:rPr>
                <w:b/>
                <w:color w:val="0D5F78"/>
                <w:sz w:val="18"/>
                <w:szCs w:val="18"/>
              </w:rPr>
              <w:t>Sc.</w:t>
            </w:r>
          </w:p>
          <w:p w14:paraId="4E3EA66D" w14:textId="77777777" w:rsidR="003C7CA3" w:rsidRPr="00EA7EA3" w:rsidRDefault="003C7CA3">
            <w:pPr>
              <w:keepNext/>
              <w:rPr>
                <w:sz w:val="18"/>
                <w:szCs w:val="18"/>
              </w:rPr>
            </w:pPr>
          </w:p>
        </w:tc>
        <w:tc>
          <w:tcPr>
            <w:tcW w:w="803" w:type="dxa"/>
          </w:tcPr>
          <w:p w14:paraId="54839244" w14:textId="77777777" w:rsidR="003C7CA3" w:rsidRPr="00EA7EA3" w:rsidRDefault="003454F7">
            <w:pPr>
              <w:keepNext/>
              <w:rPr>
                <w:sz w:val="18"/>
                <w:szCs w:val="18"/>
              </w:rPr>
            </w:pPr>
            <w:r w:rsidRPr="00EA7EA3">
              <w:rPr>
                <w:b/>
                <w:color w:val="0D5F78"/>
                <w:sz w:val="18"/>
                <w:szCs w:val="18"/>
              </w:rPr>
              <w:t>Et.</w:t>
            </w:r>
          </w:p>
          <w:p w14:paraId="568F1F68" w14:textId="77777777" w:rsidR="003C7CA3" w:rsidRPr="00EA7EA3" w:rsidRDefault="003C7CA3">
            <w:pPr>
              <w:keepNext/>
              <w:rPr>
                <w:sz w:val="18"/>
                <w:szCs w:val="18"/>
              </w:rPr>
            </w:pPr>
          </w:p>
        </w:tc>
        <w:tc>
          <w:tcPr>
            <w:tcW w:w="803" w:type="dxa"/>
          </w:tcPr>
          <w:p w14:paraId="4BB4B76A" w14:textId="77777777" w:rsidR="003C7CA3" w:rsidRPr="00EA7EA3" w:rsidRDefault="003454F7">
            <w:pPr>
              <w:keepNext/>
              <w:rPr>
                <w:sz w:val="18"/>
                <w:szCs w:val="18"/>
              </w:rPr>
            </w:pPr>
            <w:r w:rsidRPr="00EA7EA3">
              <w:rPr>
                <w:b/>
                <w:color w:val="0D5F78"/>
                <w:sz w:val="18"/>
                <w:szCs w:val="18"/>
              </w:rPr>
              <w:t>Ap.</w:t>
            </w:r>
          </w:p>
          <w:p w14:paraId="6EED4727" w14:textId="77777777" w:rsidR="003C7CA3" w:rsidRPr="00EA7EA3" w:rsidRDefault="003C7CA3">
            <w:pPr>
              <w:keepNext/>
              <w:rPr>
                <w:sz w:val="18"/>
                <w:szCs w:val="18"/>
              </w:rPr>
            </w:pPr>
          </w:p>
        </w:tc>
        <w:tc>
          <w:tcPr>
            <w:tcW w:w="1606" w:type="dxa"/>
          </w:tcPr>
          <w:p w14:paraId="1FCFA7B8" w14:textId="77777777" w:rsidR="003C7CA3" w:rsidRPr="00EA7EA3" w:rsidRDefault="003454F7">
            <w:pPr>
              <w:keepNext/>
              <w:rPr>
                <w:sz w:val="18"/>
                <w:szCs w:val="18"/>
              </w:rPr>
            </w:pPr>
            <w:r w:rsidRPr="00EA7EA3">
              <w:rPr>
                <w:b/>
                <w:color w:val="0D5F78"/>
                <w:sz w:val="18"/>
                <w:szCs w:val="18"/>
              </w:rPr>
              <w:t>Cod poștal</w:t>
            </w:r>
          </w:p>
          <w:p w14:paraId="7C61FDC1" w14:textId="77777777" w:rsidR="003C7CA3" w:rsidRPr="00EA7EA3" w:rsidRDefault="003C7CA3">
            <w:pPr>
              <w:keepNext/>
              <w:rPr>
                <w:sz w:val="18"/>
                <w:szCs w:val="18"/>
              </w:rPr>
            </w:pPr>
          </w:p>
        </w:tc>
        <w:tc>
          <w:tcPr>
            <w:tcW w:w="1606" w:type="dxa"/>
          </w:tcPr>
          <w:p w14:paraId="5650D2FE" w14:textId="77777777" w:rsidR="003C7CA3" w:rsidRPr="00EA7EA3" w:rsidRDefault="003454F7">
            <w:pPr>
              <w:keepNext/>
              <w:rPr>
                <w:sz w:val="18"/>
                <w:szCs w:val="18"/>
              </w:rPr>
            </w:pPr>
            <w:r w:rsidRPr="00EA7EA3">
              <w:rPr>
                <w:b/>
                <w:color w:val="0D5F78"/>
                <w:sz w:val="18"/>
                <w:szCs w:val="18"/>
              </w:rPr>
              <w:t>Țara</w:t>
            </w:r>
          </w:p>
          <w:p w14:paraId="75BB3A1B" w14:textId="77777777" w:rsidR="003C7CA3" w:rsidRPr="00EA7EA3" w:rsidRDefault="003C7CA3">
            <w:pPr>
              <w:keepNext/>
              <w:rPr>
                <w:sz w:val="18"/>
                <w:szCs w:val="18"/>
              </w:rPr>
            </w:pPr>
          </w:p>
        </w:tc>
      </w:tr>
      <w:tr w:rsidR="003C7CA3" w:rsidRPr="00EA7EA3" w14:paraId="453408C6" w14:textId="77777777">
        <w:trPr>
          <w:cantSplit/>
        </w:trPr>
        <w:tc>
          <w:tcPr>
            <w:tcW w:w="9636" w:type="dxa"/>
            <w:gridSpan w:val="7"/>
            <w:shd w:val="clear" w:color="auto" w:fill="F4F4F4"/>
          </w:tcPr>
          <w:p w14:paraId="4911A6AD" w14:textId="77777777" w:rsidR="003C7CA3" w:rsidRPr="00EA7EA3" w:rsidRDefault="003454F7">
            <w:pPr>
              <w:keepNext/>
              <w:rPr>
                <w:sz w:val="18"/>
                <w:szCs w:val="18"/>
              </w:rPr>
            </w:pPr>
            <w:r w:rsidRPr="00EA7EA3">
              <w:rPr>
                <w:sz w:val="18"/>
                <w:szCs w:val="18"/>
              </w:rPr>
              <w:t xml:space="preserve"> Imobil 4</w:t>
            </w:r>
          </w:p>
        </w:tc>
      </w:tr>
      <w:tr w:rsidR="003C7CA3" w:rsidRPr="00EA7EA3" w14:paraId="2F5765F6" w14:textId="77777777">
        <w:trPr>
          <w:cantSplit/>
          <w:trHeight w:val="510"/>
        </w:trPr>
        <w:tc>
          <w:tcPr>
            <w:tcW w:w="3212" w:type="dxa"/>
          </w:tcPr>
          <w:p w14:paraId="78416A2B" w14:textId="77777777" w:rsidR="003C7CA3" w:rsidRPr="00EA7EA3" w:rsidRDefault="003454F7">
            <w:pPr>
              <w:keepNext/>
              <w:rPr>
                <w:sz w:val="18"/>
                <w:szCs w:val="18"/>
              </w:rPr>
            </w:pPr>
            <w:r w:rsidRPr="00EA7EA3">
              <w:rPr>
                <w:b/>
                <w:color w:val="0D5F78"/>
                <w:sz w:val="18"/>
                <w:szCs w:val="18"/>
              </w:rPr>
              <w:t>Tip imobil</w:t>
            </w:r>
          </w:p>
          <w:p w14:paraId="0092F673" w14:textId="77777777" w:rsidR="003C7CA3" w:rsidRPr="00EA7EA3" w:rsidRDefault="003454F7">
            <w:pPr>
              <w:keepNext/>
              <w:rPr>
                <w:sz w:val="18"/>
                <w:szCs w:val="18"/>
              </w:rPr>
            </w:pPr>
            <w:r w:rsidRPr="00EA7EA3">
              <w:rPr>
                <w:sz w:val="18"/>
                <w:szCs w:val="18"/>
              </w:rPr>
              <w:t>☐ teren     ☐ construcții</w:t>
            </w:r>
          </w:p>
        </w:tc>
        <w:tc>
          <w:tcPr>
            <w:tcW w:w="3212" w:type="dxa"/>
            <w:gridSpan w:val="4"/>
          </w:tcPr>
          <w:p w14:paraId="210552F3" w14:textId="77777777" w:rsidR="003C7CA3" w:rsidRPr="00EA7EA3" w:rsidRDefault="003454F7">
            <w:pPr>
              <w:keepNext/>
              <w:rPr>
                <w:sz w:val="18"/>
                <w:szCs w:val="18"/>
              </w:rPr>
            </w:pPr>
            <w:r w:rsidRPr="00EA7EA3">
              <w:rPr>
                <w:b/>
                <w:color w:val="0D5F78"/>
                <w:sz w:val="18"/>
                <w:szCs w:val="18"/>
              </w:rPr>
              <w:t>Număr cadastral</w:t>
            </w:r>
          </w:p>
          <w:p w14:paraId="644BFE75" w14:textId="77777777" w:rsidR="003C7CA3" w:rsidRPr="00EA7EA3" w:rsidRDefault="003C7CA3">
            <w:pPr>
              <w:keepNext/>
              <w:rPr>
                <w:sz w:val="18"/>
                <w:szCs w:val="18"/>
              </w:rPr>
            </w:pPr>
          </w:p>
        </w:tc>
        <w:tc>
          <w:tcPr>
            <w:tcW w:w="3212" w:type="dxa"/>
            <w:gridSpan w:val="2"/>
          </w:tcPr>
          <w:p w14:paraId="526DAD1A" w14:textId="77777777" w:rsidR="003C7CA3" w:rsidRPr="00EA7EA3" w:rsidRDefault="003454F7">
            <w:pPr>
              <w:keepNext/>
              <w:rPr>
                <w:sz w:val="18"/>
                <w:szCs w:val="18"/>
              </w:rPr>
            </w:pPr>
            <w:r w:rsidRPr="00EA7EA3">
              <w:rPr>
                <w:b/>
                <w:color w:val="0D5F78"/>
                <w:sz w:val="18"/>
                <w:szCs w:val="18"/>
              </w:rPr>
              <w:t>Carte funciară nr.</w:t>
            </w:r>
          </w:p>
          <w:p w14:paraId="54969177" w14:textId="77777777" w:rsidR="003C7CA3" w:rsidRPr="00EA7EA3" w:rsidRDefault="003C7CA3">
            <w:pPr>
              <w:keepNext/>
              <w:rPr>
                <w:sz w:val="18"/>
                <w:szCs w:val="18"/>
              </w:rPr>
            </w:pPr>
          </w:p>
        </w:tc>
      </w:tr>
      <w:tr w:rsidR="003C7CA3" w:rsidRPr="00EA7EA3" w14:paraId="3EDFDCA0" w14:textId="77777777">
        <w:trPr>
          <w:cantSplit/>
          <w:trHeight w:val="510"/>
        </w:trPr>
        <w:tc>
          <w:tcPr>
            <w:tcW w:w="3212" w:type="dxa"/>
          </w:tcPr>
          <w:p w14:paraId="46EF5F24" w14:textId="77777777" w:rsidR="003C7CA3" w:rsidRPr="00EA7EA3" w:rsidRDefault="003454F7">
            <w:pPr>
              <w:keepNext/>
              <w:rPr>
                <w:sz w:val="18"/>
                <w:szCs w:val="18"/>
              </w:rPr>
            </w:pPr>
            <w:r w:rsidRPr="00EA7EA3">
              <w:rPr>
                <w:b/>
                <w:color w:val="0D5F78"/>
                <w:sz w:val="18"/>
                <w:szCs w:val="18"/>
              </w:rPr>
              <w:t>Județul</w:t>
            </w:r>
          </w:p>
          <w:p w14:paraId="6821BA92" w14:textId="77777777" w:rsidR="003C7CA3" w:rsidRPr="00EA7EA3" w:rsidRDefault="003C7CA3">
            <w:pPr>
              <w:keepNext/>
              <w:rPr>
                <w:sz w:val="18"/>
                <w:szCs w:val="18"/>
              </w:rPr>
            </w:pPr>
          </w:p>
        </w:tc>
        <w:tc>
          <w:tcPr>
            <w:tcW w:w="3212" w:type="dxa"/>
            <w:gridSpan w:val="4"/>
          </w:tcPr>
          <w:p w14:paraId="70FF72B7" w14:textId="77777777" w:rsidR="003C7CA3" w:rsidRPr="00EA7EA3" w:rsidRDefault="003454F7">
            <w:pPr>
              <w:keepNext/>
              <w:rPr>
                <w:sz w:val="18"/>
                <w:szCs w:val="18"/>
              </w:rPr>
            </w:pPr>
            <w:r w:rsidRPr="00EA7EA3">
              <w:rPr>
                <w:b/>
                <w:color w:val="0D5F78"/>
                <w:sz w:val="18"/>
                <w:szCs w:val="18"/>
              </w:rPr>
              <w:t>Municipiul / orașul / comuna</w:t>
            </w:r>
          </w:p>
          <w:p w14:paraId="12E0C41B" w14:textId="77777777" w:rsidR="003C7CA3" w:rsidRPr="00EA7EA3" w:rsidRDefault="003C7CA3">
            <w:pPr>
              <w:keepNext/>
              <w:rPr>
                <w:sz w:val="18"/>
                <w:szCs w:val="18"/>
              </w:rPr>
            </w:pPr>
          </w:p>
        </w:tc>
        <w:tc>
          <w:tcPr>
            <w:tcW w:w="3212" w:type="dxa"/>
            <w:gridSpan w:val="2"/>
          </w:tcPr>
          <w:p w14:paraId="53CFE965" w14:textId="77777777" w:rsidR="003C7CA3" w:rsidRPr="00EA7EA3" w:rsidRDefault="003454F7">
            <w:pPr>
              <w:keepNext/>
              <w:rPr>
                <w:sz w:val="18"/>
                <w:szCs w:val="18"/>
              </w:rPr>
            </w:pPr>
            <w:r w:rsidRPr="00EA7EA3">
              <w:rPr>
                <w:b/>
                <w:color w:val="0D5F78"/>
                <w:sz w:val="18"/>
                <w:szCs w:val="18"/>
              </w:rPr>
              <w:t>Satul / sectorul</w:t>
            </w:r>
          </w:p>
          <w:p w14:paraId="6A399A43" w14:textId="77777777" w:rsidR="003C7CA3" w:rsidRPr="00EA7EA3" w:rsidRDefault="003C7CA3">
            <w:pPr>
              <w:keepNext/>
              <w:rPr>
                <w:sz w:val="18"/>
                <w:szCs w:val="18"/>
              </w:rPr>
            </w:pPr>
          </w:p>
        </w:tc>
      </w:tr>
      <w:tr w:rsidR="003C7CA3" w:rsidRPr="00EA7EA3" w14:paraId="75B9426F" w14:textId="77777777">
        <w:trPr>
          <w:cantSplit/>
          <w:trHeight w:val="510"/>
        </w:trPr>
        <w:tc>
          <w:tcPr>
            <w:tcW w:w="3212" w:type="dxa"/>
          </w:tcPr>
          <w:p w14:paraId="2D1FA943" w14:textId="77777777" w:rsidR="003C7CA3" w:rsidRPr="00EA7EA3" w:rsidRDefault="003454F7">
            <w:pPr>
              <w:keepNext/>
              <w:rPr>
                <w:sz w:val="18"/>
                <w:szCs w:val="18"/>
              </w:rPr>
            </w:pPr>
            <w:r w:rsidRPr="00EA7EA3">
              <w:rPr>
                <w:b/>
                <w:color w:val="0D5F78"/>
                <w:sz w:val="18"/>
                <w:szCs w:val="18"/>
              </w:rPr>
              <w:t>Strada</w:t>
            </w:r>
          </w:p>
          <w:p w14:paraId="32AD3F97" w14:textId="77777777" w:rsidR="003C7CA3" w:rsidRPr="00EA7EA3" w:rsidRDefault="003C7CA3">
            <w:pPr>
              <w:keepNext/>
              <w:rPr>
                <w:sz w:val="18"/>
                <w:szCs w:val="18"/>
              </w:rPr>
            </w:pPr>
          </w:p>
        </w:tc>
        <w:tc>
          <w:tcPr>
            <w:tcW w:w="803" w:type="dxa"/>
          </w:tcPr>
          <w:p w14:paraId="3B6D4BF0" w14:textId="77777777" w:rsidR="003C7CA3" w:rsidRPr="00EA7EA3" w:rsidRDefault="003454F7">
            <w:pPr>
              <w:keepNext/>
              <w:rPr>
                <w:sz w:val="18"/>
                <w:szCs w:val="18"/>
              </w:rPr>
            </w:pPr>
            <w:r w:rsidRPr="00EA7EA3">
              <w:rPr>
                <w:b/>
                <w:color w:val="0D5F78"/>
                <w:sz w:val="18"/>
                <w:szCs w:val="18"/>
              </w:rPr>
              <w:t>Nr.</w:t>
            </w:r>
          </w:p>
          <w:p w14:paraId="6B0705FC" w14:textId="77777777" w:rsidR="003C7CA3" w:rsidRPr="00EA7EA3" w:rsidRDefault="003C7CA3">
            <w:pPr>
              <w:keepNext/>
              <w:rPr>
                <w:sz w:val="18"/>
                <w:szCs w:val="18"/>
              </w:rPr>
            </w:pPr>
          </w:p>
        </w:tc>
        <w:tc>
          <w:tcPr>
            <w:tcW w:w="803" w:type="dxa"/>
          </w:tcPr>
          <w:p w14:paraId="077D7F8C" w14:textId="77777777" w:rsidR="003C7CA3" w:rsidRPr="00EA7EA3" w:rsidRDefault="003454F7">
            <w:pPr>
              <w:keepNext/>
              <w:rPr>
                <w:sz w:val="18"/>
                <w:szCs w:val="18"/>
              </w:rPr>
            </w:pPr>
            <w:r w:rsidRPr="00EA7EA3">
              <w:rPr>
                <w:b/>
                <w:color w:val="0D5F78"/>
                <w:sz w:val="18"/>
                <w:szCs w:val="18"/>
              </w:rPr>
              <w:t>Sc.</w:t>
            </w:r>
          </w:p>
          <w:p w14:paraId="7492E005" w14:textId="77777777" w:rsidR="003C7CA3" w:rsidRPr="00EA7EA3" w:rsidRDefault="003C7CA3">
            <w:pPr>
              <w:keepNext/>
              <w:rPr>
                <w:sz w:val="18"/>
                <w:szCs w:val="18"/>
              </w:rPr>
            </w:pPr>
          </w:p>
        </w:tc>
        <w:tc>
          <w:tcPr>
            <w:tcW w:w="803" w:type="dxa"/>
          </w:tcPr>
          <w:p w14:paraId="41A90891" w14:textId="77777777" w:rsidR="003C7CA3" w:rsidRPr="00EA7EA3" w:rsidRDefault="003454F7">
            <w:pPr>
              <w:keepNext/>
              <w:rPr>
                <w:sz w:val="18"/>
                <w:szCs w:val="18"/>
              </w:rPr>
            </w:pPr>
            <w:r w:rsidRPr="00EA7EA3">
              <w:rPr>
                <w:b/>
                <w:color w:val="0D5F78"/>
                <w:sz w:val="18"/>
                <w:szCs w:val="18"/>
              </w:rPr>
              <w:t>Et.</w:t>
            </w:r>
          </w:p>
          <w:p w14:paraId="0CBA7A1F" w14:textId="77777777" w:rsidR="003C7CA3" w:rsidRPr="00EA7EA3" w:rsidRDefault="003C7CA3">
            <w:pPr>
              <w:keepNext/>
              <w:rPr>
                <w:sz w:val="18"/>
                <w:szCs w:val="18"/>
              </w:rPr>
            </w:pPr>
          </w:p>
        </w:tc>
        <w:tc>
          <w:tcPr>
            <w:tcW w:w="803" w:type="dxa"/>
          </w:tcPr>
          <w:p w14:paraId="68EBA9C3" w14:textId="77777777" w:rsidR="003C7CA3" w:rsidRPr="00EA7EA3" w:rsidRDefault="003454F7">
            <w:pPr>
              <w:keepNext/>
              <w:rPr>
                <w:sz w:val="18"/>
                <w:szCs w:val="18"/>
              </w:rPr>
            </w:pPr>
            <w:r w:rsidRPr="00EA7EA3">
              <w:rPr>
                <w:b/>
                <w:color w:val="0D5F78"/>
                <w:sz w:val="18"/>
                <w:szCs w:val="18"/>
              </w:rPr>
              <w:t>Ap.</w:t>
            </w:r>
          </w:p>
          <w:p w14:paraId="33DC8804" w14:textId="77777777" w:rsidR="003C7CA3" w:rsidRPr="00EA7EA3" w:rsidRDefault="003C7CA3">
            <w:pPr>
              <w:keepNext/>
              <w:rPr>
                <w:sz w:val="18"/>
                <w:szCs w:val="18"/>
              </w:rPr>
            </w:pPr>
          </w:p>
        </w:tc>
        <w:tc>
          <w:tcPr>
            <w:tcW w:w="1606" w:type="dxa"/>
          </w:tcPr>
          <w:p w14:paraId="2E5AC3B1" w14:textId="77777777" w:rsidR="003C7CA3" w:rsidRPr="00EA7EA3" w:rsidRDefault="003454F7">
            <w:pPr>
              <w:keepNext/>
              <w:rPr>
                <w:sz w:val="18"/>
                <w:szCs w:val="18"/>
              </w:rPr>
            </w:pPr>
            <w:r w:rsidRPr="00EA7EA3">
              <w:rPr>
                <w:b/>
                <w:color w:val="0D5F78"/>
                <w:sz w:val="18"/>
                <w:szCs w:val="18"/>
              </w:rPr>
              <w:t>Cod poștal</w:t>
            </w:r>
          </w:p>
          <w:p w14:paraId="6B1226A7" w14:textId="77777777" w:rsidR="003C7CA3" w:rsidRPr="00EA7EA3" w:rsidRDefault="003C7CA3">
            <w:pPr>
              <w:keepNext/>
              <w:rPr>
                <w:sz w:val="18"/>
                <w:szCs w:val="18"/>
              </w:rPr>
            </w:pPr>
          </w:p>
        </w:tc>
        <w:tc>
          <w:tcPr>
            <w:tcW w:w="1606" w:type="dxa"/>
          </w:tcPr>
          <w:p w14:paraId="3261CE34" w14:textId="77777777" w:rsidR="003C7CA3" w:rsidRPr="00EA7EA3" w:rsidRDefault="003454F7">
            <w:pPr>
              <w:keepNext/>
              <w:rPr>
                <w:sz w:val="18"/>
                <w:szCs w:val="18"/>
              </w:rPr>
            </w:pPr>
            <w:r w:rsidRPr="00EA7EA3">
              <w:rPr>
                <w:b/>
                <w:color w:val="0D5F78"/>
                <w:sz w:val="18"/>
                <w:szCs w:val="18"/>
              </w:rPr>
              <w:t>Țara</w:t>
            </w:r>
          </w:p>
          <w:p w14:paraId="6D306C57" w14:textId="77777777" w:rsidR="003C7CA3" w:rsidRPr="00EA7EA3" w:rsidRDefault="003C7CA3">
            <w:pPr>
              <w:keepNext/>
              <w:rPr>
                <w:sz w:val="18"/>
                <w:szCs w:val="18"/>
              </w:rPr>
            </w:pPr>
          </w:p>
        </w:tc>
      </w:tr>
      <w:tr w:rsidR="003C7CA3" w:rsidRPr="00EA7EA3" w14:paraId="1BA5C463" w14:textId="77777777">
        <w:trPr>
          <w:cantSplit/>
        </w:trPr>
        <w:tc>
          <w:tcPr>
            <w:tcW w:w="9636" w:type="dxa"/>
            <w:gridSpan w:val="7"/>
            <w:shd w:val="clear" w:color="auto" w:fill="F4F4F4"/>
          </w:tcPr>
          <w:p w14:paraId="6717EB2B" w14:textId="77777777" w:rsidR="003C7CA3" w:rsidRPr="00EA7EA3" w:rsidRDefault="003454F7">
            <w:pPr>
              <w:keepNext/>
              <w:rPr>
                <w:sz w:val="18"/>
                <w:szCs w:val="18"/>
              </w:rPr>
            </w:pPr>
            <w:r w:rsidRPr="00EA7EA3">
              <w:rPr>
                <w:sz w:val="18"/>
                <w:szCs w:val="18"/>
              </w:rPr>
              <w:t xml:space="preserve"> Imobil 5</w:t>
            </w:r>
          </w:p>
        </w:tc>
      </w:tr>
      <w:tr w:rsidR="003C7CA3" w:rsidRPr="00EA7EA3" w14:paraId="52514A7A" w14:textId="77777777">
        <w:trPr>
          <w:cantSplit/>
          <w:trHeight w:val="510"/>
        </w:trPr>
        <w:tc>
          <w:tcPr>
            <w:tcW w:w="3212" w:type="dxa"/>
          </w:tcPr>
          <w:p w14:paraId="416BD5CB" w14:textId="77777777" w:rsidR="003C7CA3" w:rsidRPr="00EA7EA3" w:rsidRDefault="003454F7">
            <w:pPr>
              <w:keepNext/>
              <w:rPr>
                <w:sz w:val="18"/>
                <w:szCs w:val="18"/>
              </w:rPr>
            </w:pPr>
            <w:r w:rsidRPr="00EA7EA3">
              <w:rPr>
                <w:b/>
                <w:color w:val="0D5F78"/>
                <w:sz w:val="18"/>
                <w:szCs w:val="18"/>
              </w:rPr>
              <w:t>Tip imobil</w:t>
            </w:r>
          </w:p>
          <w:p w14:paraId="60F59FB1" w14:textId="77777777" w:rsidR="003C7CA3" w:rsidRPr="00EA7EA3" w:rsidRDefault="003454F7">
            <w:pPr>
              <w:keepNext/>
              <w:rPr>
                <w:sz w:val="18"/>
                <w:szCs w:val="18"/>
              </w:rPr>
            </w:pPr>
            <w:r w:rsidRPr="00EA7EA3">
              <w:rPr>
                <w:sz w:val="18"/>
                <w:szCs w:val="18"/>
              </w:rPr>
              <w:t>☐ teren     ☐ construcții</w:t>
            </w:r>
          </w:p>
        </w:tc>
        <w:tc>
          <w:tcPr>
            <w:tcW w:w="3212" w:type="dxa"/>
            <w:gridSpan w:val="4"/>
          </w:tcPr>
          <w:p w14:paraId="49FC2610" w14:textId="77777777" w:rsidR="003C7CA3" w:rsidRPr="00EA7EA3" w:rsidRDefault="003454F7">
            <w:pPr>
              <w:keepNext/>
              <w:rPr>
                <w:sz w:val="18"/>
                <w:szCs w:val="18"/>
              </w:rPr>
            </w:pPr>
            <w:r w:rsidRPr="00EA7EA3">
              <w:rPr>
                <w:b/>
                <w:color w:val="0D5F78"/>
                <w:sz w:val="18"/>
                <w:szCs w:val="18"/>
              </w:rPr>
              <w:t>Număr cadastral</w:t>
            </w:r>
          </w:p>
          <w:p w14:paraId="694D08B4" w14:textId="77777777" w:rsidR="003C7CA3" w:rsidRPr="00EA7EA3" w:rsidRDefault="003C7CA3">
            <w:pPr>
              <w:keepNext/>
              <w:rPr>
                <w:sz w:val="18"/>
                <w:szCs w:val="18"/>
              </w:rPr>
            </w:pPr>
          </w:p>
        </w:tc>
        <w:tc>
          <w:tcPr>
            <w:tcW w:w="3212" w:type="dxa"/>
            <w:gridSpan w:val="2"/>
          </w:tcPr>
          <w:p w14:paraId="4B53D9E0" w14:textId="77777777" w:rsidR="003C7CA3" w:rsidRPr="00EA7EA3" w:rsidRDefault="003454F7">
            <w:pPr>
              <w:keepNext/>
              <w:rPr>
                <w:sz w:val="18"/>
                <w:szCs w:val="18"/>
              </w:rPr>
            </w:pPr>
            <w:r w:rsidRPr="00EA7EA3">
              <w:rPr>
                <w:b/>
                <w:color w:val="0D5F78"/>
                <w:sz w:val="18"/>
                <w:szCs w:val="18"/>
              </w:rPr>
              <w:t>Carte funciară nr.</w:t>
            </w:r>
          </w:p>
          <w:p w14:paraId="6ADA4335" w14:textId="77777777" w:rsidR="003C7CA3" w:rsidRPr="00EA7EA3" w:rsidRDefault="003C7CA3">
            <w:pPr>
              <w:keepNext/>
              <w:rPr>
                <w:sz w:val="18"/>
                <w:szCs w:val="18"/>
              </w:rPr>
            </w:pPr>
          </w:p>
        </w:tc>
      </w:tr>
      <w:tr w:rsidR="003C7CA3" w:rsidRPr="00EA7EA3" w14:paraId="0B944771" w14:textId="77777777">
        <w:trPr>
          <w:cantSplit/>
          <w:trHeight w:val="510"/>
        </w:trPr>
        <w:tc>
          <w:tcPr>
            <w:tcW w:w="3212" w:type="dxa"/>
          </w:tcPr>
          <w:p w14:paraId="13A31ED6" w14:textId="77777777" w:rsidR="003C7CA3" w:rsidRPr="00EA7EA3" w:rsidRDefault="003454F7">
            <w:pPr>
              <w:keepNext/>
              <w:rPr>
                <w:sz w:val="18"/>
                <w:szCs w:val="18"/>
              </w:rPr>
            </w:pPr>
            <w:r w:rsidRPr="00EA7EA3">
              <w:rPr>
                <w:b/>
                <w:color w:val="0D5F78"/>
                <w:sz w:val="18"/>
                <w:szCs w:val="18"/>
              </w:rPr>
              <w:t>Județul</w:t>
            </w:r>
          </w:p>
          <w:p w14:paraId="73E2BC86" w14:textId="77777777" w:rsidR="003C7CA3" w:rsidRPr="00EA7EA3" w:rsidRDefault="003C7CA3">
            <w:pPr>
              <w:keepNext/>
              <w:rPr>
                <w:sz w:val="18"/>
                <w:szCs w:val="18"/>
              </w:rPr>
            </w:pPr>
          </w:p>
        </w:tc>
        <w:tc>
          <w:tcPr>
            <w:tcW w:w="3212" w:type="dxa"/>
            <w:gridSpan w:val="4"/>
          </w:tcPr>
          <w:p w14:paraId="5C675724" w14:textId="77777777" w:rsidR="003C7CA3" w:rsidRPr="00EA7EA3" w:rsidRDefault="003454F7">
            <w:pPr>
              <w:keepNext/>
              <w:rPr>
                <w:sz w:val="18"/>
                <w:szCs w:val="18"/>
              </w:rPr>
            </w:pPr>
            <w:r w:rsidRPr="00EA7EA3">
              <w:rPr>
                <w:b/>
                <w:color w:val="0D5F78"/>
                <w:sz w:val="18"/>
                <w:szCs w:val="18"/>
              </w:rPr>
              <w:t>Municipiul / orașul / comuna</w:t>
            </w:r>
          </w:p>
          <w:p w14:paraId="0386E0AA" w14:textId="77777777" w:rsidR="003C7CA3" w:rsidRPr="00EA7EA3" w:rsidRDefault="003C7CA3">
            <w:pPr>
              <w:keepNext/>
              <w:rPr>
                <w:sz w:val="18"/>
                <w:szCs w:val="18"/>
              </w:rPr>
            </w:pPr>
          </w:p>
        </w:tc>
        <w:tc>
          <w:tcPr>
            <w:tcW w:w="3212" w:type="dxa"/>
            <w:gridSpan w:val="2"/>
          </w:tcPr>
          <w:p w14:paraId="68659267" w14:textId="77777777" w:rsidR="003C7CA3" w:rsidRPr="00EA7EA3" w:rsidRDefault="003454F7">
            <w:pPr>
              <w:keepNext/>
              <w:rPr>
                <w:sz w:val="18"/>
                <w:szCs w:val="18"/>
              </w:rPr>
            </w:pPr>
            <w:r w:rsidRPr="00EA7EA3">
              <w:rPr>
                <w:b/>
                <w:color w:val="0D5F78"/>
                <w:sz w:val="18"/>
                <w:szCs w:val="18"/>
              </w:rPr>
              <w:t>Satul / sectorul</w:t>
            </w:r>
          </w:p>
          <w:p w14:paraId="1BAE5F8C" w14:textId="77777777" w:rsidR="003C7CA3" w:rsidRPr="00EA7EA3" w:rsidRDefault="003C7CA3">
            <w:pPr>
              <w:keepNext/>
              <w:rPr>
                <w:sz w:val="18"/>
                <w:szCs w:val="18"/>
              </w:rPr>
            </w:pPr>
          </w:p>
        </w:tc>
      </w:tr>
      <w:tr w:rsidR="003C7CA3" w:rsidRPr="00EA7EA3" w14:paraId="2D70221E" w14:textId="77777777">
        <w:trPr>
          <w:cantSplit/>
          <w:trHeight w:val="510"/>
        </w:trPr>
        <w:tc>
          <w:tcPr>
            <w:tcW w:w="3212" w:type="dxa"/>
          </w:tcPr>
          <w:p w14:paraId="52857BC3" w14:textId="77777777" w:rsidR="003C7CA3" w:rsidRPr="00EA7EA3" w:rsidRDefault="003454F7">
            <w:pPr>
              <w:keepNext/>
              <w:rPr>
                <w:sz w:val="18"/>
                <w:szCs w:val="18"/>
              </w:rPr>
            </w:pPr>
            <w:r w:rsidRPr="00EA7EA3">
              <w:rPr>
                <w:b/>
                <w:color w:val="0D5F78"/>
                <w:sz w:val="18"/>
                <w:szCs w:val="18"/>
              </w:rPr>
              <w:t>Strada</w:t>
            </w:r>
          </w:p>
          <w:p w14:paraId="65E9CD24" w14:textId="77777777" w:rsidR="003C7CA3" w:rsidRPr="00EA7EA3" w:rsidRDefault="003C7CA3">
            <w:pPr>
              <w:keepNext/>
              <w:rPr>
                <w:sz w:val="18"/>
                <w:szCs w:val="18"/>
              </w:rPr>
            </w:pPr>
          </w:p>
        </w:tc>
        <w:tc>
          <w:tcPr>
            <w:tcW w:w="803" w:type="dxa"/>
          </w:tcPr>
          <w:p w14:paraId="556FCE18" w14:textId="77777777" w:rsidR="003C7CA3" w:rsidRPr="00EA7EA3" w:rsidRDefault="003454F7">
            <w:pPr>
              <w:keepNext/>
              <w:rPr>
                <w:sz w:val="18"/>
                <w:szCs w:val="18"/>
              </w:rPr>
            </w:pPr>
            <w:r w:rsidRPr="00EA7EA3">
              <w:rPr>
                <w:b/>
                <w:color w:val="0D5F78"/>
                <w:sz w:val="18"/>
                <w:szCs w:val="18"/>
              </w:rPr>
              <w:t>Nr.</w:t>
            </w:r>
          </w:p>
          <w:p w14:paraId="3D425DC3" w14:textId="77777777" w:rsidR="003C7CA3" w:rsidRPr="00EA7EA3" w:rsidRDefault="003C7CA3">
            <w:pPr>
              <w:keepNext/>
              <w:rPr>
                <w:sz w:val="18"/>
                <w:szCs w:val="18"/>
              </w:rPr>
            </w:pPr>
          </w:p>
        </w:tc>
        <w:tc>
          <w:tcPr>
            <w:tcW w:w="803" w:type="dxa"/>
          </w:tcPr>
          <w:p w14:paraId="3613E306" w14:textId="77777777" w:rsidR="003C7CA3" w:rsidRPr="00EA7EA3" w:rsidRDefault="003454F7">
            <w:pPr>
              <w:keepNext/>
              <w:rPr>
                <w:sz w:val="18"/>
                <w:szCs w:val="18"/>
              </w:rPr>
            </w:pPr>
            <w:r w:rsidRPr="00EA7EA3">
              <w:rPr>
                <w:b/>
                <w:color w:val="0D5F78"/>
                <w:sz w:val="18"/>
                <w:szCs w:val="18"/>
              </w:rPr>
              <w:t>Sc.</w:t>
            </w:r>
          </w:p>
          <w:p w14:paraId="33F92736" w14:textId="77777777" w:rsidR="003C7CA3" w:rsidRPr="00EA7EA3" w:rsidRDefault="003C7CA3">
            <w:pPr>
              <w:keepNext/>
              <w:rPr>
                <w:sz w:val="18"/>
                <w:szCs w:val="18"/>
              </w:rPr>
            </w:pPr>
          </w:p>
        </w:tc>
        <w:tc>
          <w:tcPr>
            <w:tcW w:w="803" w:type="dxa"/>
          </w:tcPr>
          <w:p w14:paraId="786207C6" w14:textId="77777777" w:rsidR="003C7CA3" w:rsidRPr="00EA7EA3" w:rsidRDefault="003454F7">
            <w:pPr>
              <w:keepNext/>
              <w:rPr>
                <w:sz w:val="18"/>
                <w:szCs w:val="18"/>
              </w:rPr>
            </w:pPr>
            <w:r w:rsidRPr="00EA7EA3">
              <w:rPr>
                <w:b/>
                <w:color w:val="0D5F78"/>
                <w:sz w:val="18"/>
                <w:szCs w:val="18"/>
              </w:rPr>
              <w:t>Et.</w:t>
            </w:r>
          </w:p>
          <w:p w14:paraId="63D129DE" w14:textId="77777777" w:rsidR="003C7CA3" w:rsidRPr="00EA7EA3" w:rsidRDefault="003C7CA3">
            <w:pPr>
              <w:keepNext/>
              <w:rPr>
                <w:sz w:val="18"/>
                <w:szCs w:val="18"/>
              </w:rPr>
            </w:pPr>
          </w:p>
        </w:tc>
        <w:tc>
          <w:tcPr>
            <w:tcW w:w="803" w:type="dxa"/>
          </w:tcPr>
          <w:p w14:paraId="6A401C10" w14:textId="77777777" w:rsidR="003C7CA3" w:rsidRPr="00EA7EA3" w:rsidRDefault="003454F7">
            <w:pPr>
              <w:keepNext/>
              <w:rPr>
                <w:sz w:val="18"/>
                <w:szCs w:val="18"/>
              </w:rPr>
            </w:pPr>
            <w:r w:rsidRPr="00EA7EA3">
              <w:rPr>
                <w:b/>
                <w:color w:val="0D5F78"/>
                <w:sz w:val="18"/>
                <w:szCs w:val="18"/>
              </w:rPr>
              <w:t>Ap.</w:t>
            </w:r>
          </w:p>
          <w:p w14:paraId="388179AA" w14:textId="77777777" w:rsidR="003C7CA3" w:rsidRPr="00EA7EA3" w:rsidRDefault="003C7CA3">
            <w:pPr>
              <w:keepNext/>
              <w:rPr>
                <w:sz w:val="18"/>
                <w:szCs w:val="18"/>
              </w:rPr>
            </w:pPr>
          </w:p>
        </w:tc>
        <w:tc>
          <w:tcPr>
            <w:tcW w:w="1606" w:type="dxa"/>
          </w:tcPr>
          <w:p w14:paraId="5A253F28" w14:textId="77777777" w:rsidR="003C7CA3" w:rsidRPr="00EA7EA3" w:rsidRDefault="003454F7">
            <w:pPr>
              <w:keepNext/>
              <w:rPr>
                <w:sz w:val="18"/>
                <w:szCs w:val="18"/>
              </w:rPr>
            </w:pPr>
            <w:r w:rsidRPr="00EA7EA3">
              <w:rPr>
                <w:b/>
                <w:color w:val="0D5F78"/>
                <w:sz w:val="18"/>
                <w:szCs w:val="18"/>
              </w:rPr>
              <w:t>Cod poștal</w:t>
            </w:r>
          </w:p>
          <w:p w14:paraId="61F4B78C" w14:textId="77777777" w:rsidR="003C7CA3" w:rsidRPr="00EA7EA3" w:rsidRDefault="003C7CA3">
            <w:pPr>
              <w:keepNext/>
              <w:rPr>
                <w:sz w:val="18"/>
                <w:szCs w:val="18"/>
              </w:rPr>
            </w:pPr>
          </w:p>
        </w:tc>
        <w:tc>
          <w:tcPr>
            <w:tcW w:w="1606" w:type="dxa"/>
          </w:tcPr>
          <w:p w14:paraId="043263C8" w14:textId="77777777" w:rsidR="003C7CA3" w:rsidRPr="00EA7EA3" w:rsidRDefault="003454F7">
            <w:pPr>
              <w:keepNext/>
              <w:rPr>
                <w:sz w:val="18"/>
                <w:szCs w:val="18"/>
              </w:rPr>
            </w:pPr>
            <w:r w:rsidRPr="00EA7EA3">
              <w:rPr>
                <w:b/>
                <w:color w:val="0D5F78"/>
                <w:sz w:val="18"/>
                <w:szCs w:val="18"/>
              </w:rPr>
              <w:t>Țara</w:t>
            </w:r>
          </w:p>
          <w:p w14:paraId="1C2AB50B" w14:textId="77777777" w:rsidR="003C7CA3" w:rsidRPr="00EA7EA3" w:rsidRDefault="003C7CA3">
            <w:pPr>
              <w:keepNext/>
              <w:rPr>
                <w:sz w:val="18"/>
                <w:szCs w:val="18"/>
              </w:rPr>
            </w:pPr>
          </w:p>
        </w:tc>
      </w:tr>
      <w:tr w:rsidR="003C7CA3" w:rsidRPr="00EA7EA3" w14:paraId="5B366A1F" w14:textId="77777777">
        <w:trPr>
          <w:cantSplit/>
        </w:trPr>
        <w:tc>
          <w:tcPr>
            <w:tcW w:w="9636" w:type="dxa"/>
            <w:gridSpan w:val="7"/>
            <w:shd w:val="clear" w:color="auto" w:fill="F4F4F4"/>
          </w:tcPr>
          <w:p w14:paraId="1C2F3CA6" w14:textId="77777777" w:rsidR="003C7CA3" w:rsidRPr="00EA7EA3" w:rsidRDefault="003454F7">
            <w:pPr>
              <w:keepNext/>
              <w:rPr>
                <w:sz w:val="18"/>
                <w:szCs w:val="18"/>
              </w:rPr>
            </w:pPr>
            <w:r w:rsidRPr="00EA7EA3">
              <w:rPr>
                <w:sz w:val="18"/>
                <w:szCs w:val="18"/>
              </w:rPr>
              <w:t xml:space="preserve"> Imobil 6</w:t>
            </w:r>
          </w:p>
        </w:tc>
      </w:tr>
      <w:tr w:rsidR="003C7CA3" w:rsidRPr="00EA7EA3" w14:paraId="7F67F832" w14:textId="77777777">
        <w:trPr>
          <w:cantSplit/>
          <w:trHeight w:val="510"/>
        </w:trPr>
        <w:tc>
          <w:tcPr>
            <w:tcW w:w="3212" w:type="dxa"/>
          </w:tcPr>
          <w:p w14:paraId="5191FB7B" w14:textId="77777777" w:rsidR="003C7CA3" w:rsidRPr="00EA7EA3" w:rsidRDefault="003454F7">
            <w:pPr>
              <w:keepNext/>
              <w:rPr>
                <w:sz w:val="18"/>
                <w:szCs w:val="18"/>
              </w:rPr>
            </w:pPr>
            <w:r w:rsidRPr="00EA7EA3">
              <w:rPr>
                <w:b/>
                <w:color w:val="0D5F78"/>
                <w:sz w:val="18"/>
                <w:szCs w:val="18"/>
              </w:rPr>
              <w:t>Tip imobil</w:t>
            </w:r>
          </w:p>
          <w:p w14:paraId="68697DD0" w14:textId="77777777" w:rsidR="003C7CA3" w:rsidRPr="00EA7EA3" w:rsidRDefault="003454F7">
            <w:pPr>
              <w:keepNext/>
              <w:rPr>
                <w:sz w:val="18"/>
                <w:szCs w:val="18"/>
              </w:rPr>
            </w:pPr>
            <w:r w:rsidRPr="00EA7EA3">
              <w:rPr>
                <w:sz w:val="18"/>
                <w:szCs w:val="18"/>
              </w:rPr>
              <w:t>☐ teren     ☐ construcții</w:t>
            </w:r>
          </w:p>
        </w:tc>
        <w:tc>
          <w:tcPr>
            <w:tcW w:w="3212" w:type="dxa"/>
            <w:gridSpan w:val="4"/>
          </w:tcPr>
          <w:p w14:paraId="320C967D" w14:textId="77777777" w:rsidR="003C7CA3" w:rsidRPr="00EA7EA3" w:rsidRDefault="003454F7">
            <w:pPr>
              <w:keepNext/>
              <w:rPr>
                <w:sz w:val="18"/>
                <w:szCs w:val="18"/>
              </w:rPr>
            </w:pPr>
            <w:r w:rsidRPr="00EA7EA3">
              <w:rPr>
                <w:b/>
                <w:color w:val="0D5F78"/>
                <w:sz w:val="18"/>
                <w:szCs w:val="18"/>
              </w:rPr>
              <w:t>Număr cadastral</w:t>
            </w:r>
          </w:p>
          <w:p w14:paraId="27F611E7" w14:textId="77777777" w:rsidR="003C7CA3" w:rsidRPr="00EA7EA3" w:rsidRDefault="003C7CA3">
            <w:pPr>
              <w:keepNext/>
              <w:rPr>
                <w:sz w:val="18"/>
                <w:szCs w:val="18"/>
              </w:rPr>
            </w:pPr>
          </w:p>
        </w:tc>
        <w:tc>
          <w:tcPr>
            <w:tcW w:w="3212" w:type="dxa"/>
            <w:gridSpan w:val="2"/>
          </w:tcPr>
          <w:p w14:paraId="26199240" w14:textId="77777777" w:rsidR="003C7CA3" w:rsidRPr="00EA7EA3" w:rsidRDefault="003454F7">
            <w:pPr>
              <w:keepNext/>
              <w:rPr>
                <w:sz w:val="18"/>
                <w:szCs w:val="18"/>
              </w:rPr>
            </w:pPr>
            <w:r w:rsidRPr="00EA7EA3">
              <w:rPr>
                <w:b/>
                <w:color w:val="0D5F78"/>
                <w:sz w:val="18"/>
                <w:szCs w:val="18"/>
              </w:rPr>
              <w:t>Carte funciară nr.</w:t>
            </w:r>
          </w:p>
          <w:p w14:paraId="3E0C7818" w14:textId="77777777" w:rsidR="003C7CA3" w:rsidRPr="00EA7EA3" w:rsidRDefault="003C7CA3">
            <w:pPr>
              <w:keepNext/>
              <w:rPr>
                <w:sz w:val="18"/>
                <w:szCs w:val="18"/>
              </w:rPr>
            </w:pPr>
          </w:p>
        </w:tc>
      </w:tr>
      <w:tr w:rsidR="003C7CA3" w:rsidRPr="00EA7EA3" w14:paraId="09A0F0F6" w14:textId="77777777">
        <w:trPr>
          <w:cantSplit/>
          <w:trHeight w:val="510"/>
        </w:trPr>
        <w:tc>
          <w:tcPr>
            <w:tcW w:w="3212" w:type="dxa"/>
          </w:tcPr>
          <w:p w14:paraId="52A9A14E" w14:textId="77777777" w:rsidR="003C7CA3" w:rsidRPr="00EA7EA3" w:rsidRDefault="003454F7">
            <w:pPr>
              <w:keepNext/>
              <w:rPr>
                <w:sz w:val="18"/>
                <w:szCs w:val="18"/>
              </w:rPr>
            </w:pPr>
            <w:r w:rsidRPr="00EA7EA3">
              <w:rPr>
                <w:b/>
                <w:color w:val="0D5F78"/>
                <w:sz w:val="18"/>
                <w:szCs w:val="18"/>
              </w:rPr>
              <w:t>Județul</w:t>
            </w:r>
          </w:p>
          <w:p w14:paraId="509E1303" w14:textId="77777777" w:rsidR="003C7CA3" w:rsidRPr="00EA7EA3" w:rsidRDefault="003C7CA3">
            <w:pPr>
              <w:keepNext/>
              <w:rPr>
                <w:sz w:val="18"/>
                <w:szCs w:val="18"/>
              </w:rPr>
            </w:pPr>
          </w:p>
        </w:tc>
        <w:tc>
          <w:tcPr>
            <w:tcW w:w="3212" w:type="dxa"/>
            <w:gridSpan w:val="4"/>
          </w:tcPr>
          <w:p w14:paraId="5B4C4696" w14:textId="77777777" w:rsidR="003C7CA3" w:rsidRPr="00EA7EA3" w:rsidRDefault="003454F7">
            <w:pPr>
              <w:keepNext/>
              <w:rPr>
                <w:sz w:val="18"/>
                <w:szCs w:val="18"/>
              </w:rPr>
            </w:pPr>
            <w:r w:rsidRPr="00EA7EA3">
              <w:rPr>
                <w:b/>
                <w:color w:val="0D5F78"/>
                <w:sz w:val="18"/>
                <w:szCs w:val="18"/>
              </w:rPr>
              <w:t>Municipiul / orașul / comuna</w:t>
            </w:r>
          </w:p>
          <w:p w14:paraId="183CC2EF" w14:textId="77777777" w:rsidR="003C7CA3" w:rsidRPr="00EA7EA3" w:rsidRDefault="003C7CA3">
            <w:pPr>
              <w:keepNext/>
              <w:rPr>
                <w:sz w:val="18"/>
                <w:szCs w:val="18"/>
              </w:rPr>
            </w:pPr>
          </w:p>
        </w:tc>
        <w:tc>
          <w:tcPr>
            <w:tcW w:w="3212" w:type="dxa"/>
            <w:gridSpan w:val="2"/>
          </w:tcPr>
          <w:p w14:paraId="6E0F0783" w14:textId="77777777" w:rsidR="003C7CA3" w:rsidRPr="00EA7EA3" w:rsidRDefault="003454F7">
            <w:pPr>
              <w:keepNext/>
              <w:rPr>
                <w:sz w:val="18"/>
                <w:szCs w:val="18"/>
              </w:rPr>
            </w:pPr>
            <w:r w:rsidRPr="00EA7EA3">
              <w:rPr>
                <w:b/>
                <w:color w:val="0D5F78"/>
                <w:sz w:val="18"/>
                <w:szCs w:val="18"/>
              </w:rPr>
              <w:t>Satul / sectorul</w:t>
            </w:r>
          </w:p>
          <w:p w14:paraId="51A031BD" w14:textId="77777777" w:rsidR="003C7CA3" w:rsidRPr="00EA7EA3" w:rsidRDefault="003C7CA3">
            <w:pPr>
              <w:keepNext/>
              <w:rPr>
                <w:sz w:val="18"/>
                <w:szCs w:val="18"/>
              </w:rPr>
            </w:pPr>
          </w:p>
        </w:tc>
      </w:tr>
      <w:tr w:rsidR="003C7CA3" w:rsidRPr="00EA7EA3" w14:paraId="7CD30B99" w14:textId="77777777">
        <w:trPr>
          <w:cantSplit/>
          <w:trHeight w:val="510"/>
        </w:trPr>
        <w:tc>
          <w:tcPr>
            <w:tcW w:w="3212" w:type="dxa"/>
          </w:tcPr>
          <w:p w14:paraId="7E48C3E9" w14:textId="77777777" w:rsidR="003C7CA3" w:rsidRPr="00EA7EA3" w:rsidRDefault="003454F7">
            <w:pPr>
              <w:keepNext/>
              <w:rPr>
                <w:sz w:val="18"/>
                <w:szCs w:val="18"/>
              </w:rPr>
            </w:pPr>
            <w:r w:rsidRPr="00EA7EA3">
              <w:rPr>
                <w:b/>
                <w:color w:val="0D5F78"/>
                <w:sz w:val="18"/>
                <w:szCs w:val="18"/>
              </w:rPr>
              <w:t>Strada</w:t>
            </w:r>
          </w:p>
          <w:p w14:paraId="4890CAD7" w14:textId="77777777" w:rsidR="003C7CA3" w:rsidRPr="00EA7EA3" w:rsidRDefault="003C7CA3">
            <w:pPr>
              <w:keepNext/>
              <w:rPr>
                <w:sz w:val="18"/>
                <w:szCs w:val="18"/>
              </w:rPr>
            </w:pPr>
          </w:p>
        </w:tc>
        <w:tc>
          <w:tcPr>
            <w:tcW w:w="803" w:type="dxa"/>
          </w:tcPr>
          <w:p w14:paraId="75C2640F" w14:textId="77777777" w:rsidR="003C7CA3" w:rsidRPr="00EA7EA3" w:rsidRDefault="003454F7">
            <w:pPr>
              <w:keepNext/>
              <w:rPr>
                <w:sz w:val="18"/>
                <w:szCs w:val="18"/>
              </w:rPr>
            </w:pPr>
            <w:r w:rsidRPr="00EA7EA3">
              <w:rPr>
                <w:b/>
                <w:color w:val="0D5F78"/>
                <w:sz w:val="18"/>
                <w:szCs w:val="18"/>
              </w:rPr>
              <w:t>Nr.</w:t>
            </w:r>
          </w:p>
          <w:p w14:paraId="3D857801" w14:textId="77777777" w:rsidR="003C7CA3" w:rsidRPr="00EA7EA3" w:rsidRDefault="003C7CA3">
            <w:pPr>
              <w:keepNext/>
              <w:rPr>
                <w:sz w:val="18"/>
                <w:szCs w:val="18"/>
              </w:rPr>
            </w:pPr>
          </w:p>
        </w:tc>
        <w:tc>
          <w:tcPr>
            <w:tcW w:w="803" w:type="dxa"/>
          </w:tcPr>
          <w:p w14:paraId="44598F36" w14:textId="77777777" w:rsidR="003C7CA3" w:rsidRPr="00EA7EA3" w:rsidRDefault="003454F7">
            <w:pPr>
              <w:keepNext/>
              <w:rPr>
                <w:sz w:val="18"/>
                <w:szCs w:val="18"/>
              </w:rPr>
            </w:pPr>
            <w:r w:rsidRPr="00EA7EA3">
              <w:rPr>
                <w:b/>
                <w:color w:val="0D5F78"/>
                <w:sz w:val="18"/>
                <w:szCs w:val="18"/>
              </w:rPr>
              <w:t>Sc.</w:t>
            </w:r>
          </w:p>
          <w:p w14:paraId="3AD7E415" w14:textId="77777777" w:rsidR="003C7CA3" w:rsidRPr="00EA7EA3" w:rsidRDefault="003C7CA3">
            <w:pPr>
              <w:keepNext/>
              <w:rPr>
                <w:sz w:val="18"/>
                <w:szCs w:val="18"/>
              </w:rPr>
            </w:pPr>
          </w:p>
        </w:tc>
        <w:tc>
          <w:tcPr>
            <w:tcW w:w="803" w:type="dxa"/>
          </w:tcPr>
          <w:p w14:paraId="0755CED3" w14:textId="77777777" w:rsidR="003C7CA3" w:rsidRPr="00EA7EA3" w:rsidRDefault="003454F7">
            <w:pPr>
              <w:keepNext/>
              <w:rPr>
                <w:sz w:val="18"/>
                <w:szCs w:val="18"/>
              </w:rPr>
            </w:pPr>
            <w:r w:rsidRPr="00EA7EA3">
              <w:rPr>
                <w:b/>
                <w:color w:val="0D5F78"/>
                <w:sz w:val="18"/>
                <w:szCs w:val="18"/>
              </w:rPr>
              <w:t>Et.</w:t>
            </w:r>
          </w:p>
          <w:p w14:paraId="01EC3C4A" w14:textId="77777777" w:rsidR="003C7CA3" w:rsidRPr="00EA7EA3" w:rsidRDefault="003C7CA3">
            <w:pPr>
              <w:keepNext/>
              <w:rPr>
                <w:sz w:val="18"/>
                <w:szCs w:val="18"/>
              </w:rPr>
            </w:pPr>
          </w:p>
        </w:tc>
        <w:tc>
          <w:tcPr>
            <w:tcW w:w="803" w:type="dxa"/>
          </w:tcPr>
          <w:p w14:paraId="5ED188DF" w14:textId="77777777" w:rsidR="003C7CA3" w:rsidRPr="00EA7EA3" w:rsidRDefault="003454F7">
            <w:pPr>
              <w:keepNext/>
              <w:rPr>
                <w:sz w:val="18"/>
                <w:szCs w:val="18"/>
              </w:rPr>
            </w:pPr>
            <w:r w:rsidRPr="00EA7EA3">
              <w:rPr>
                <w:b/>
                <w:color w:val="0D5F78"/>
                <w:sz w:val="18"/>
                <w:szCs w:val="18"/>
              </w:rPr>
              <w:t>Ap.</w:t>
            </w:r>
          </w:p>
          <w:p w14:paraId="277CB060" w14:textId="77777777" w:rsidR="003C7CA3" w:rsidRPr="00EA7EA3" w:rsidRDefault="003C7CA3">
            <w:pPr>
              <w:keepNext/>
              <w:rPr>
                <w:sz w:val="18"/>
                <w:szCs w:val="18"/>
              </w:rPr>
            </w:pPr>
          </w:p>
        </w:tc>
        <w:tc>
          <w:tcPr>
            <w:tcW w:w="1606" w:type="dxa"/>
          </w:tcPr>
          <w:p w14:paraId="758729CA" w14:textId="77777777" w:rsidR="003C7CA3" w:rsidRPr="00EA7EA3" w:rsidRDefault="003454F7">
            <w:pPr>
              <w:keepNext/>
              <w:rPr>
                <w:sz w:val="18"/>
                <w:szCs w:val="18"/>
              </w:rPr>
            </w:pPr>
            <w:r w:rsidRPr="00EA7EA3">
              <w:rPr>
                <w:b/>
                <w:color w:val="0D5F78"/>
                <w:sz w:val="18"/>
                <w:szCs w:val="18"/>
              </w:rPr>
              <w:t>Cod poștal</w:t>
            </w:r>
          </w:p>
          <w:p w14:paraId="5D5B1F32" w14:textId="77777777" w:rsidR="003C7CA3" w:rsidRPr="00EA7EA3" w:rsidRDefault="003C7CA3">
            <w:pPr>
              <w:keepNext/>
              <w:rPr>
                <w:sz w:val="18"/>
                <w:szCs w:val="18"/>
              </w:rPr>
            </w:pPr>
          </w:p>
        </w:tc>
        <w:tc>
          <w:tcPr>
            <w:tcW w:w="1606" w:type="dxa"/>
          </w:tcPr>
          <w:p w14:paraId="0BC8A1E6" w14:textId="77777777" w:rsidR="003C7CA3" w:rsidRPr="00EA7EA3" w:rsidRDefault="003454F7">
            <w:pPr>
              <w:keepNext/>
              <w:rPr>
                <w:sz w:val="18"/>
                <w:szCs w:val="18"/>
              </w:rPr>
            </w:pPr>
            <w:r w:rsidRPr="00EA7EA3">
              <w:rPr>
                <w:b/>
                <w:color w:val="0D5F78"/>
                <w:sz w:val="18"/>
                <w:szCs w:val="18"/>
              </w:rPr>
              <w:t>Țara</w:t>
            </w:r>
          </w:p>
          <w:p w14:paraId="2AF7BB24" w14:textId="77777777" w:rsidR="003C7CA3" w:rsidRPr="00EA7EA3" w:rsidRDefault="003C7CA3">
            <w:pPr>
              <w:keepNext/>
              <w:rPr>
                <w:sz w:val="18"/>
                <w:szCs w:val="18"/>
              </w:rPr>
            </w:pPr>
          </w:p>
        </w:tc>
      </w:tr>
      <w:tr w:rsidR="003C7CA3" w:rsidRPr="00EA7EA3" w14:paraId="5F55098D" w14:textId="77777777">
        <w:trPr>
          <w:cantSplit/>
        </w:trPr>
        <w:tc>
          <w:tcPr>
            <w:tcW w:w="9636" w:type="dxa"/>
            <w:gridSpan w:val="7"/>
            <w:shd w:val="clear" w:color="auto" w:fill="F4F4F4"/>
          </w:tcPr>
          <w:p w14:paraId="38563C53" w14:textId="77777777" w:rsidR="003C7CA3" w:rsidRPr="00EA7EA3" w:rsidRDefault="003454F7">
            <w:pPr>
              <w:keepNext/>
              <w:rPr>
                <w:sz w:val="18"/>
                <w:szCs w:val="18"/>
              </w:rPr>
            </w:pPr>
            <w:r w:rsidRPr="00EA7EA3">
              <w:rPr>
                <w:sz w:val="18"/>
                <w:szCs w:val="18"/>
              </w:rPr>
              <w:t xml:space="preserve"> Imobil 7</w:t>
            </w:r>
          </w:p>
        </w:tc>
      </w:tr>
      <w:tr w:rsidR="003C7CA3" w:rsidRPr="00EA7EA3" w14:paraId="6E8A3C01" w14:textId="77777777">
        <w:trPr>
          <w:cantSplit/>
          <w:trHeight w:val="510"/>
        </w:trPr>
        <w:tc>
          <w:tcPr>
            <w:tcW w:w="3212" w:type="dxa"/>
          </w:tcPr>
          <w:p w14:paraId="5C5C5869" w14:textId="77777777" w:rsidR="003C7CA3" w:rsidRPr="00EA7EA3" w:rsidRDefault="003454F7">
            <w:pPr>
              <w:keepNext/>
              <w:rPr>
                <w:sz w:val="18"/>
                <w:szCs w:val="18"/>
              </w:rPr>
            </w:pPr>
            <w:r w:rsidRPr="00EA7EA3">
              <w:rPr>
                <w:b/>
                <w:color w:val="0D5F78"/>
                <w:sz w:val="18"/>
                <w:szCs w:val="18"/>
              </w:rPr>
              <w:t>Tip imobil</w:t>
            </w:r>
          </w:p>
          <w:p w14:paraId="5DB8AD74" w14:textId="77777777" w:rsidR="003C7CA3" w:rsidRPr="00EA7EA3" w:rsidRDefault="003454F7">
            <w:pPr>
              <w:keepNext/>
              <w:rPr>
                <w:sz w:val="18"/>
                <w:szCs w:val="18"/>
              </w:rPr>
            </w:pPr>
            <w:r w:rsidRPr="00EA7EA3">
              <w:rPr>
                <w:sz w:val="18"/>
                <w:szCs w:val="18"/>
              </w:rPr>
              <w:t>☐ teren     ☐ construcții</w:t>
            </w:r>
          </w:p>
        </w:tc>
        <w:tc>
          <w:tcPr>
            <w:tcW w:w="3212" w:type="dxa"/>
            <w:gridSpan w:val="4"/>
          </w:tcPr>
          <w:p w14:paraId="10E317E8" w14:textId="77777777" w:rsidR="003C7CA3" w:rsidRPr="00EA7EA3" w:rsidRDefault="003454F7">
            <w:pPr>
              <w:keepNext/>
              <w:rPr>
                <w:sz w:val="18"/>
                <w:szCs w:val="18"/>
              </w:rPr>
            </w:pPr>
            <w:r w:rsidRPr="00EA7EA3">
              <w:rPr>
                <w:b/>
                <w:color w:val="0D5F78"/>
                <w:sz w:val="18"/>
                <w:szCs w:val="18"/>
              </w:rPr>
              <w:t>Număr cadastral</w:t>
            </w:r>
          </w:p>
          <w:p w14:paraId="7318CDCF" w14:textId="77777777" w:rsidR="003C7CA3" w:rsidRPr="00EA7EA3" w:rsidRDefault="003C7CA3">
            <w:pPr>
              <w:keepNext/>
              <w:rPr>
                <w:sz w:val="18"/>
                <w:szCs w:val="18"/>
              </w:rPr>
            </w:pPr>
          </w:p>
        </w:tc>
        <w:tc>
          <w:tcPr>
            <w:tcW w:w="3212" w:type="dxa"/>
            <w:gridSpan w:val="2"/>
          </w:tcPr>
          <w:p w14:paraId="199C76B0" w14:textId="77777777" w:rsidR="003C7CA3" w:rsidRPr="00EA7EA3" w:rsidRDefault="003454F7">
            <w:pPr>
              <w:keepNext/>
              <w:rPr>
                <w:sz w:val="18"/>
                <w:szCs w:val="18"/>
              </w:rPr>
            </w:pPr>
            <w:r w:rsidRPr="00EA7EA3">
              <w:rPr>
                <w:b/>
                <w:color w:val="0D5F78"/>
                <w:sz w:val="18"/>
                <w:szCs w:val="18"/>
              </w:rPr>
              <w:t>Carte funciară nr.</w:t>
            </w:r>
          </w:p>
          <w:p w14:paraId="2281F46A" w14:textId="77777777" w:rsidR="003C7CA3" w:rsidRPr="00EA7EA3" w:rsidRDefault="003C7CA3">
            <w:pPr>
              <w:keepNext/>
              <w:rPr>
                <w:sz w:val="18"/>
                <w:szCs w:val="18"/>
              </w:rPr>
            </w:pPr>
          </w:p>
        </w:tc>
      </w:tr>
      <w:tr w:rsidR="003C7CA3" w:rsidRPr="00EA7EA3" w14:paraId="0E827CAC" w14:textId="77777777">
        <w:trPr>
          <w:cantSplit/>
          <w:trHeight w:val="510"/>
        </w:trPr>
        <w:tc>
          <w:tcPr>
            <w:tcW w:w="3212" w:type="dxa"/>
          </w:tcPr>
          <w:p w14:paraId="482CE6BA" w14:textId="77777777" w:rsidR="003C7CA3" w:rsidRPr="00EA7EA3" w:rsidRDefault="003454F7">
            <w:pPr>
              <w:keepNext/>
              <w:rPr>
                <w:sz w:val="18"/>
                <w:szCs w:val="18"/>
              </w:rPr>
            </w:pPr>
            <w:r w:rsidRPr="00EA7EA3">
              <w:rPr>
                <w:b/>
                <w:color w:val="0D5F78"/>
                <w:sz w:val="18"/>
                <w:szCs w:val="18"/>
              </w:rPr>
              <w:t>Județul</w:t>
            </w:r>
          </w:p>
          <w:p w14:paraId="7D9C4ADA" w14:textId="77777777" w:rsidR="003C7CA3" w:rsidRPr="00EA7EA3" w:rsidRDefault="003C7CA3">
            <w:pPr>
              <w:keepNext/>
              <w:rPr>
                <w:sz w:val="18"/>
                <w:szCs w:val="18"/>
              </w:rPr>
            </w:pPr>
          </w:p>
        </w:tc>
        <w:tc>
          <w:tcPr>
            <w:tcW w:w="3212" w:type="dxa"/>
            <w:gridSpan w:val="4"/>
          </w:tcPr>
          <w:p w14:paraId="6FF092DD" w14:textId="77777777" w:rsidR="003C7CA3" w:rsidRPr="00EA7EA3" w:rsidRDefault="003454F7">
            <w:pPr>
              <w:keepNext/>
              <w:rPr>
                <w:sz w:val="18"/>
                <w:szCs w:val="18"/>
              </w:rPr>
            </w:pPr>
            <w:r w:rsidRPr="00EA7EA3">
              <w:rPr>
                <w:b/>
                <w:color w:val="0D5F78"/>
                <w:sz w:val="18"/>
                <w:szCs w:val="18"/>
              </w:rPr>
              <w:t>Municipiul / orașul / comuna</w:t>
            </w:r>
          </w:p>
          <w:p w14:paraId="7B3F2A48" w14:textId="77777777" w:rsidR="003C7CA3" w:rsidRPr="00EA7EA3" w:rsidRDefault="003C7CA3">
            <w:pPr>
              <w:keepNext/>
              <w:rPr>
                <w:sz w:val="18"/>
                <w:szCs w:val="18"/>
              </w:rPr>
            </w:pPr>
          </w:p>
        </w:tc>
        <w:tc>
          <w:tcPr>
            <w:tcW w:w="3212" w:type="dxa"/>
            <w:gridSpan w:val="2"/>
          </w:tcPr>
          <w:p w14:paraId="4146120E" w14:textId="77777777" w:rsidR="003C7CA3" w:rsidRPr="00EA7EA3" w:rsidRDefault="003454F7">
            <w:pPr>
              <w:keepNext/>
              <w:rPr>
                <w:sz w:val="18"/>
                <w:szCs w:val="18"/>
              </w:rPr>
            </w:pPr>
            <w:r w:rsidRPr="00EA7EA3">
              <w:rPr>
                <w:b/>
                <w:color w:val="0D5F78"/>
                <w:sz w:val="18"/>
                <w:szCs w:val="18"/>
              </w:rPr>
              <w:t>Satul / sectorul</w:t>
            </w:r>
          </w:p>
          <w:p w14:paraId="382F6D57" w14:textId="77777777" w:rsidR="003C7CA3" w:rsidRPr="00EA7EA3" w:rsidRDefault="003C7CA3">
            <w:pPr>
              <w:keepNext/>
              <w:rPr>
                <w:sz w:val="18"/>
                <w:szCs w:val="18"/>
              </w:rPr>
            </w:pPr>
          </w:p>
        </w:tc>
      </w:tr>
      <w:tr w:rsidR="003C7CA3" w:rsidRPr="00EA7EA3" w14:paraId="350ADAED" w14:textId="77777777">
        <w:trPr>
          <w:cantSplit/>
          <w:trHeight w:val="510"/>
        </w:trPr>
        <w:tc>
          <w:tcPr>
            <w:tcW w:w="3212" w:type="dxa"/>
          </w:tcPr>
          <w:p w14:paraId="3EF592B3" w14:textId="77777777" w:rsidR="003C7CA3" w:rsidRPr="00EA7EA3" w:rsidRDefault="003454F7">
            <w:pPr>
              <w:keepNext/>
              <w:rPr>
                <w:sz w:val="18"/>
                <w:szCs w:val="18"/>
              </w:rPr>
            </w:pPr>
            <w:r w:rsidRPr="00EA7EA3">
              <w:rPr>
                <w:b/>
                <w:color w:val="0D5F78"/>
                <w:sz w:val="18"/>
                <w:szCs w:val="18"/>
              </w:rPr>
              <w:t>Strada</w:t>
            </w:r>
          </w:p>
          <w:p w14:paraId="6E09AA0D" w14:textId="77777777" w:rsidR="003C7CA3" w:rsidRPr="00EA7EA3" w:rsidRDefault="003C7CA3">
            <w:pPr>
              <w:keepNext/>
              <w:rPr>
                <w:sz w:val="18"/>
                <w:szCs w:val="18"/>
              </w:rPr>
            </w:pPr>
          </w:p>
        </w:tc>
        <w:tc>
          <w:tcPr>
            <w:tcW w:w="803" w:type="dxa"/>
          </w:tcPr>
          <w:p w14:paraId="03CDAA70" w14:textId="77777777" w:rsidR="003C7CA3" w:rsidRPr="00EA7EA3" w:rsidRDefault="003454F7">
            <w:pPr>
              <w:keepNext/>
              <w:rPr>
                <w:sz w:val="18"/>
                <w:szCs w:val="18"/>
              </w:rPr>
            </w:pPr>
            <w:r w:rsidRPr="00EA7EA3">
              <w:rPr>
                <w:b/>
                <w:color w:val="0D5F78"/>
                <w:sz w:val="18"/>
                <w:szCs w:val="18"/>
              </w:rPr>
              <w:t>Nr.</w:t>
            </w:r>
          </w:p>
          <w:p w14:paraId="04104BF4" w14:textId="77777777" w:rsidR="003C7CA3" w:rsidRPr="00EA7EA3" w:rsidRDefault="003C7CA3">
            <w:pPr>
              <w:keepNext/>
              <w:rPr>
                <w:sz w:val="18"/>
                <w:szCs w:val="18"/>
              </w:rPr>
            </w:pPr>
          </w:p>
        </w:tc>
        <w:tc>
          <w:tcPr>
            <w:tcW w:w="803" w:type="dxa"/>
          </w:tcPr>
          <w:p w14:paraId="003E8B23" w14:textId="77777777" w:rsidR="003C7CA3" w:rsidRPr="00EA7EA3" w:rsidRDefault="003454F7">
            <w:pPr>
              <w:keepNext/>
              <w:rPr>
                <w:sz w:val="18"/>
                <w:szCs w:val="18"/>
              </w:rPr>
            </w:pPr>
            <w:r w:rsidRPr="00EA7EA3">
              <w:rPr>
                <w:b/>
                <w:color w:val="0D5F78"/>
                <w:sz w:val="18"/>
                <w:szCs w:val="18"/>
              </w:rPr>
              <w:t>Sc.</w:t>
            </w:r>
          </w:p>
          <w:p w14:paraId="7A6C79BB" w14:textId="77777777" w:rsidR="003C7CA3" w:rsidRPr="00EA7EA3" w:rsidRDefault="003C7CA3">
            <w:pPr>
              <w:keepNext/>
              <w:rPr>
                <w:sz w:val="18"/>
                <w:szCs w:val="18"/>
              </w:rPr>
            </w:pPr>
          </w:p>
        </w:tc>
        <w:tc>
          <w:tcPr>
            <w:tcW w:w="803" w:type="dxa"/>
          </w:tcPr>
          <w:p w14:paraId="2E86E7BB" w14:textId="77777777" w:rsidR="003C7CA3" w:rsidRPr="00EA7EA3" w:rsidRDefault="003454F7">
            <w:pPr>
              <w:keepNext/>
              <w:rPr>
                <w:sz w:val="18"/>
                <w:szCs w:val="18"/>
              </w:rPr>
            </w:pPr>
            <w:r w:rsidRPr="00EA7EA3">
              <w:rPr>
                <w:b/>
                <w:color w:val="0D5F78"/>
                <w:sz w:val="18"/>
                <w:szCs w:val="18"/>
              </w:rPr>
              <w:t>Et.</w:t>
            </w:r>
          </w:p>
          <w:p w14:paraId="0874CF46" w14:textId="77777777" w:rsidR="003C7CA3" w:rsidRPr="00EA7EA3" w:rsidRDefault="003C7CA3">
            <w:pPr>
              <w:keepNext/>
              <w:rPr>
                <w:sz w:val="18"/>
                <w:szCs w:val="18"/>
              </w:rPr>
            </w:pPr>
          </w:p>
        </w:tc>
        <w:tc>
          <w:tcPr>
            <w:tcW w:w="803" w:type="dxa"/>
          </w:tcPr>
          <w:p w14:paraId="044057D9" w14:textId="77777777" w:rsidR="003C7CA3" w:rsidRPr="00EA7EA3" w:rsidRDefault="003454F7">
            <w:pPr>
              <w:keepNext/>
              <w:rPr>
                <w:sz w:val="18"/>
                <w:szCs w:val="18"/>
              </w:rPr>
            </w:pPr>
            <w:r w:rsidRPr="00EA7EA3">
              <w:rPr>
                <w:b/>
                <w:color w:val="0D5F78"/>
                <w:sz w:val="18"/>
                <w:szCs w:val="18"/>
              </w:rPr>
              <w:t>Ap.</w:t>
            </w:r>
          </w:p>
          <w:p w14:paraId="3376C1C7" w14:textId="77777777" w:rsidR="003C7CA3" w:rsidRPr="00EA7EA3" w:rsidRDefault="003C7CA3">
            <w:pPr>
              <w:keepNext/>
              <w:rPr>
                <w:sz w:val="18"/>
                <w:szCs w:val="18"/>
              </w:rPr>
            </w:pPr>
          </w:p>
        </w:tc>
        <w:tc>
          <w:tcPr>
            <w:tcW w:w="1606" w:type="dxa"/>
          </w:tcPr>
          <w:p w14:paraId="6DF4ADA1" w14:textId="77777777" w:rsidR="003C7CA3" w:rsidRPr="00EA7EA3" w:rsidRDefault="003454F7">
            <w:pPr>
              <w:keepNext/>
              <w:rPr>
                <w:sz w:val="18"/>
                <w:szCs w:val="18"/>
              </w:rPr>
            </w:pPr>
            <w:r w:rsidRPr="00EA7EA3">
              <w:rPr>
                <w:b/>
                <w:color w:val="0D5F78"/>
                <w:sz w:val="18"/>
                <w:szCs w:val="18"/>
              </w:rPr>
              <w:t>Cod poștal</w:t>
            </w:r>
          </w:p>
          <w:p w14:paraId="5EB5FE7C" w14:textId="77777777" w:rsidR="003C7CA3" w:rsidRPr="00EA7EA3" w:rsidRDefault="003C7CA3">
            <w:pPr>
              <w:keepNext/>
              <w:rPr>
                <w:sz w:val="18"/>
                <w:szCs w:val="18"/>
              </w:rPr>
            </w:pPr>
          </w:p>
        </w:tc>
        <w:tc>
          <w:tcPr>
            <w:tcW w:w="1606" w:type="dxa"/>
          </w:tcPr>
          <w:p w14:paraId="06F0C4C6" w14:textId="77777777" w:rsidR="003C7CA3" w:rsidRPr="00EA7EA3" w:rsidRDefault="003454F7">
            <w:pPr>
              <w:keepNext/>
              <w:rPr>
                <w:sz w:val="18"/>
                <w:szCs w:val="18"/>
              </w:rPr>
            </w:pPr>
            <w:r w:rsidRPr="00EA7EA3">
              <w:rPr>
                <w:b/>
                <w:color w:val="0D5F78"/>
                <w:sz w:val="18"/>
                <w:szCs w:val="18"/>
              </w:rPr>
              <w:t>Țara</w:t>
            </w:r>
          </w:p>
          <w:p w14:paraId="5DB99EB8" w14:textId="77777777" w:rsidR="003C7CA3" w:rsidRPr="00EA7EA3" w:rsidRDefault="003C7CA3">
            <w:pPr>
              <w:keepNext/>
              <w:rPr>
                <w:sz w:val="18"/>
                <w:szCs w:val="18"/>
              </w:rPr>
            </w:pPr>
          </w:p>
        </w:tc>
      </w:tr>
    </w:tbl>
    <w:p w14:paraId="19038766" w14:textId="77777777" w:rsidR="003C7CA3" w:rsidRPr="00EA7EA3" w:rsidRDefault="003C7CA3">
      <w:pPr>
        <w:spacing w:line="168" w:lineRule="auto"/>
        <w:rPr>
          <w:sz w:val="18"/>
          <w:szCs w:val="18"/>
        </w:rPr>
      </w:pPr>
    </w:p>
    <w:p w14:paraId="376E231B" w14:textId="77777777" w:rsidR="003C7CA3" w:rsidRPr="00EA7EA3" w:rsidRDefault="003454F7">
      <w:pPr>
        <w:rPr>
          <w:sz w:val="18"/>
          <w:szCs w:val="18"/>
        </w:rPr>
      </w:pPr>
      <w:r w:rsidRPr="00EA7EA3">
        <w:rPr>
          <w:sz w:val="18"/>
          <w:szCs w:val="18"/>
        </w:rPr>
        <w:br w:type="page"/>
      </w:r>
    </w:p>
    <w:p w14:paraId="17458E7D" w14:textId="7666EFC2" w:rsidR="003C7CA3" w:rsidRPr="00EA7EA3" w:rsidRDefault="003454F7">
      <w:pPr>
        <w:spacing w:before="140" w:after="40"/>
        <w:jc w:val="center"/>
        <w:rPr>
          <w:sz w:val="18"/>
          <w:szCs w:val="18"/>
        </w:rPr>
      </w:pPr>
      <w:r w:rsidRPr="00EA7EA3">
        <w:rPr>
          <w:b/>
          <w:sz w:val="18"/>
          <w:szCs w:val="18"/>
        </w:rPr>
        <w:lastRenderedPageBreak/>
        <w:t xml:space="preserve">ANEXA TEHNICĂ </w:t>
      </w:r>
    </w:p>
    <w:p w14:paraId="6278166B" w14:textId="77777777" w:rsidR="003C7CA3" w:rsidRPr="00EA7EA3" w:rsidRDefault="003454F7">
      <w:pPr>
        <w:spacing w:after="120"/>
        <w:jc w:val="center"/>
        <w:rPr>
          <w:sz w:val="18"/>
          <w:szCs w:val="18"/>
          <w:lang w:val="fr-FR"/>
        </w:rPr>
      </w:pPr>
      <w:r w:rsidRPr="00EA7EA3">
        <w:rPr>
          <w:sz w:val="18"/>
          <w:szCs w:val="18"/>
          <w:lang w:val="fr-FR"/>
        </w:rPr>
        <w:t>la cererea pentru emiterea autorizației de construire / desființare</w:t>
      </w:r>
    </w:p>
    <w:p w14:paraId="2265C486" w14:textId="5A9420AA" w:rsidR="003C7CA3" w:rsidRPr="00EA7EA3" w:rsidRDefault="003454F7" w:rsidP="005375AB">
      <w:pPr>
        <w:spacing w:after="120"/>
        <w:jc w:val="center"/>
        <w:rPr>
          <w:sz w:val="18"/>
          <w:szCs w:val="18"/>
          <w:lang w:val="fr-FR"/>
        </w:rPr>
      </w:pPr>
      <w:r w:rsidRPr="00EA7EA3">
        <w:rPr>
          <w:sz w:val="18"/>
          <w:szCs w:val="18"/>
          <w:lang w:val="fr-FR"/>
        </w:rPr>
        <w:t>se întocmește de proiectantul documentației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EA7EA3" w14:paraId="332C7D5E" w14:textId="77777777">
        <w:trPr>
          <w:cantSplit/>
        </w:trPr>
        <w:tc>
          <w:tcPr>
            <w:tcW w:w="9636" w:type="dxa"/>
            <w:shd w:val="clear" w:color="auto" w:fill="F4F4F4"/>
          </w:tcPr>
          <w:p w14:paraId="4C23CF0D" w14:textId="14CB0DE0" w:rsidR="00F61A70" w:rsidRPr="00EA7EA3" w:rsidRDefault="003454F7" w:rsidP="00F61A70">
            <w:pPr>
              <w:pStyle w:val="Listparagraf"/>
              <w:keepNext/>
              <w:numPr>
                <w:ilvl w:val="0"/>
                <w:numId w:val="10"/>
              </w:numPr>
              <w:rPr>
                <w:b/>
                <w:color w:val="000000"/>
                <w:sz w:val="18"/>
                <w:szCs w:val="18"/>
                <w:lang w:val="fr-FR"/>
              </w:rPr>
            </w:pPr>
            <w:r w:rsidRPr="00EA7EA3">
              <w:rPr>
                <w:b/>
                <w:color w:val="000000"/>
                <w:sz w:val="18"/>
                <w:szCs w:val="18"/>
                <w:lang w:val="fr-FR"/>
              </w:rPr>
              <w:t>CATEGORIILE DE LUCRĂRI</w:t>
            </w:r>
            <w:r w:rsidR="00E9623F" w:rsidRPr="00EA7EA3">
              <w:rPr>
                <w:b/>
                <w:color w:val="000000"/>
                <w:sz w:val="18"/>
                <w:szCs w:val="18"/>
                <w:lang w:val="fr-FR"/>
              </w:rPr>
              <w:t xml:space="preserve"> APLICABILE OBIECTIVULUI/OBIECTULUI DE INVESTIȚII</w:t>
            </w:r>
            <w:r w:rsidR="00F61A70" w:rsidRPr="00EA7EA3">
              <w:rPr>
                <w:b/>
                <w:color w:val="000000"/>
                <w:sz w:val="18"/>
                <w:szCs w:val="18"/>
                <w:lang w:val="fr-FR"/>
              </w:rPr>
              <w:t xml:space="preserve"> </w:t>
            </w:r>
          </w:p>
          <w:p w14:paraId="3530FB7B" w14:textId="0844A2BD" w:rsidR="003C7CA3" w:rsidRPr="00EA7EA3" w:rsidRDefault="00F61A70" w:rsidP="00F61A70">
            <w:pPr>
              <w:keepNext/>
              <w:ind w:left="45"/>
              <w:rPr>
                <w:bCs/>
                <w:sz w:val="18"/>
                <w:szCs w:val="18"/>
                <w:lang w:val="fr-FR"/>
              </w:rPr>
            </w:pPr>
            <w:r w:rsidRPr="00EA7EA3">
              <w:rPr>
                <w:bCs/>
                <w:color w:val="000000"/>
                <w:sz w:val="18"/>
                <w:szCs w:val="18"/>
                <w:lang w:val="fr-FR"/>
              </w:rPr>
              <w:t>(se bifeaza toate cele aplicabile)</w:t>
            </w:r>
          </w:p>
        </w:tc>
      </w:tr>
      <w:tr w:rsidR="003C7CA3" w:rsidRPr="00EA7EA3" w14:paraId="3C6A968F" w14:textId="77777777">
        <w:trPr>
          <w:cantSplit/>
        </w:trPr>
        <w:tc>
          <w:tcPr>
            <w:tcW w:w="9636" w:type="dxa"/>
            <w:shd w:val="clear" w:color="auto" w:fill="F4F4F4"/>
          </w:tcPr>
          <w:p w14:paraId="4CD25743" w14:textId="02E01A63" w:rsidR="003C7CA3" w:rsidRPr="00EA7EA3" w:rsidRDefault="003454F7">
            <w:pPr>
              <w:keepNext/>
              <w:rPr>
                <w:b/>
                <w:bCs/>
                <w:sz w:val="18"/>
                <w:szCs w:val="18"/>
                <w:lang w:val="fr-FR"/>
              </w:rPr>
            </w:pPr>
            <w:r w:rsidRPr="00EA7EA3">
              <w:rPr>
                <w:sz w:val="18"/>
                <w:szCs w:val="18"/>
                <w:lang w:val="fr-FR"/>
              </w:rPr>
              <w:t xml:space="preserve"> </w:t>
            </w:r>
            <w:r w:rsidRPr="00EA7EA3">
              <w:rPr>
                <w:b/>
                <w:bCs/>
                <w:sz w:val="18"/>
                <w:szCs w:val="18"/>
                <w:lang w:val="fr-FR"/>
              </w:rPr>
              <w:t>A</w:t>
            </w:r>
            <w:r w:rsidR="00EE1FD2">
              <w:rPr>
                <w:b/>
                <w:bCs/>
                <w:sz w:val="18"/>
                <w:szCs w:val="18"/>
                <w:lang w:val="fr-FR"/>
              </w:rPr>
              <w:t xml:space="preserve">. </w:t>
            </w:r>
            <w:r w:rsidRPr="00EA7EA3">
              <w:rPr>
                <w:b/>
                <w:bCs/>
                <w:sz w:val="18"/>
                <w:szCs w:val="18"/>
                <w:lang w:val="fr-FR"/>
              </w:rPr>
              <w:t xml:space="preserve"> Lucrări de construcții noi, </w:t>
            </w:r>
            <w:r w:rsidR="00F61A70" w:rsidRPr="00EA7EA3">
              <w:rPr>
                <w:b/>
                <w:bCs/>
                <w:sz w:val="18"/>
                <w:szCs w:val="18"/>
                <w:lang w:val="fr-FR"/>
              </w:rPr>
              <w:t xml:space="preserve">inclusiv instalațiile aferente acestora, </w:t>
            </w:r>
            <w:r w:rsidRPr="00EA7EA3">
              <w:rPr>
                <w:b/>
                <w:bCs/>
                <w:sz w:val="18"/>
                <w:szCs w:val="18"/>
                <w:lang w:val="fr-FR"/>
              </w:rPr>
              <w:t>realizate</w:t>
            </w:r>
            <w:r w:rsidR="00F61A70" w:rsidRPr="00EA7EA3">
              <w:rPr>
                <w:b/>
                <w:bCs/>
                <w:sz w:val="18"/>
                <w:szCs w:val="18"/>
                <w:lang w:val="fr-FR"/>
              </w:rPr>
              <w:t> :</w:t>
            </w:r>
          </w:p>
        </w:tc>
      </w:tr>
      <w:tr w:rsidR="003C7CA3" w:rsidRPr="00EA7EA3" w14:paraId="147A6BE2" w14:textId="77777777">
        <w:trPr>
          <w:cantSplit/>
        </w:trPr>
        <w:tc>
          <w:tcPr>
            <w:tcW w:w="9636" w:type="dxa"/>
          </w:tcPr>
          <w:p w14:paraId="3031A8E2" w14:textId="77777777" w:rsidR="003C7CA3" w:rsidRDefault="003454F7">
            <w:pPr>
              <w:keepNext/>
              <w:rPr>
                <w:sz w:val="18"/>
                <w:szCs w:val="18"/>
                <w:lang w:val="fr-FR"/>
              </w:rPr>
            </w:pPr>
            <w:r w:rsidRPr="00EA7EA3">
              <w:rPr>
                <w:sz w:val="18"/>
                <w:szCs w:val="18"/>
                <w:lang w:val="fr-FR"/>
              </w:rPr>
              <w:t xml:space="preserve"> ☐ în afara zonelor de protecție a monumentelor istorice     ☐ în zona de protecție a monumentelor istorice     ☐ în afara zonelor construite protejate     ☐ în zone construite protejate</w:t>
            </w:r>
          </w:p>
          <w:p w14:paraId="601EB108" w14:textId="77777777" w:rsidR="00EE1FD2" w:rsidRPr="00EA7EA3" w:rsidRDefault="00EE1FD2">
            <w:pPr>
              <w:keepNext/>
              <w:rPr>
                <w:sz w:val="18"/>
                <w:szCs w:val="18"/>
                <w:lang w:val="fr-FR"/>
              </w:rPr>
            </w:pPr>
          </w:p>
        </w:tc>
      </w:tr>
      <w:tr w:rsidR="003C7CA3" w:rsidRPr="00EA7EA3" w14:paraId="2D382061" w14:textId="77777777">
        <w:trPr>
          <w:cantSplit/>
        </w:trPr>
        <w:tc>
          <w:tcPr>
            <w:tcW w:w="9636" w:type="dxa"/>
          </w:tcPr>
          <w:p w14:paraId="3F1F5757" w14:textId="22A6F1BD" w:rsidR="003C7CA3" w:rsidRDefault="003454F7">
            <w:pPr>
              <w:keepNext/>
              <w:rPr>
                <w:sz w:val="18"/>
                <w:szCs w:val="18"/>
                <w:lang w:val="fr-FR"/>
              </w:rPr>
            </w:pPr>
            <w:r w:rsidRPr="00EA7EA3">
              <w:rPr>
                <w:sz w:val="18"/>
                <w:szCs w:val="18"/>
                <w:lang w:val="fr-FR"/>
              </w:rPr>
              <w:t xml:space="preserve"> </w:t>
            </w:r>
            <w:r w:rsidRPr="00EA7EA3">
              <w:rPr>
                <w:b/>
                <w:bCs/>
                <w:sz w:val="18"/>
                <w:szCs w:val="18"/>
                <w:lang w:val="fr-FR"/>
              </w:rPr>
              <w:t>☐ A.1</w:t>
            </w:r>
            <w:r w:rsidR="00EE1FD2">
              <w:rPr>
                <w:b/>
                <w:bCs/>
                <w:sz w:val="18"/>
                <w:szCs w:val="18"/>
                <w:lang w:val="fr-FR"/>
              </w:rPr>
              <w:t>.</w:t>
            </w:r>
            <w:r w:rsidRPr="00EA7EA3">
              <w:rPr>
                <w:b/>
                <w:bCs/>
                <w:sz w:val="18"/>
                <w:szCs w:val="18"/>
                <w:lang w:val="fr-FR"/>
              </w:rPr>
              <w:t xml:space="preserve"> clădiri civile </w:t>
            </w:r>
            <w:r w:rsidRPr="00EA7EA3">
              <w:rPr>
                <w:sz w:val="18"/>
                <w:szCs w:val="18"/>
                <w:lang w:val="fr-FR"/>
              </w:rPr>
              <w:t>— construcții de locuințe:     ☐ individuale     ☐ semicolective     ☐ colective</w:t>
            </w:r>
          </w:p>
          <w:p w14:paraId="378966C3" w14:textId="77777777" w:rsidR="00EE1FD2" w:rsidRPr="00EA7EA3" w:rsidRDefault="00EE1FD2">
            <w:pPr>
              <w:keepNext/>
              <w:rPr>
                <w:sz w:val="18"/>
                <w:szCs w:val="18"/>
                <w:lang w:val="fr-FR"/>
              </w:rPr>
            </w:pPr>
          </w:p>
        </w:tc>
      </w:tr>
      <w:tr w:rsidR="003C7CA3" w:rsidRPr="00EA7EA3" w14:paraId="55BF03ED" w14:textId="77777777">
        <w:trPr>
          <w:cantSplit/>
        </w:trPr>
        <w:tc>
          <w:tcPr>
            <w:tcW w:w="9636" w:type="dxa"/>
          </w:tcPr>
          <w:p w14:paraId="660538FB" w14:textId="77777777" w:rsidR="003C7CA3" w:rsidRDefault="003454F7">
            <w:pPr>
              <w:keepNext/>
              <w:rPr>
                <w:sz w:val="18"/>
                <w:szCs w:val="18"/>
                <w:lang w:val="fr-FR"/>
              </w:rPr>
            </w:pPr>
            <w:r w:rsidRPr="00EA7EA3">
              <w:rPr>
                <w:sz w:val="18"/>
                <w:szCs w:val="18"/>
                <w:lang w:val="fr-FR"/>
              </w:rPr>
              <w:t xml:space="preserve"> ☐ construcții pentru instituții publice și servicii:     ☐ pentru sănătate     ☐ pentru asistență socială     ☐ pentru învățământ     ☐ pentru cultură     ☐ pentru turism     ☐ pentru culte     ☐ pentru administrație și finanțe     ☐ pentru comerț     ☐ pentru servicii     ☐ pentru sport     ☐ pentru recreere</w:t>
            </w:r>
          </w:p>
          <w:p w14:paraId="5D3F0566" w14:textId="77777777" w:rsidR="00EE1FD2" w:rsidRPr="00EA7EA3" w:rsidRDefault="00EE1FD2">
            <w:pPr>
              <w:keepNext/>
              <w:rPr>
                <w:sz w:val="18"/>
                <w:szCs w:val="18"/>
                <w:lang w:val="fr-FR"/>
              </w:rPr>
            </w:pPr>
          </w:p>
        </w:tc>
      </w:tr>
      <w:tr w:rsidR="003C7CA3" w:rsidRPr="00EA7EA3" w14:paraId="4289A147" w14:textId="77777777">
        <w:trPr>
          <w:cantSplit/>
        </w:trPr>
        <w:tc>
          <w:tcPr>
            <w:tcW w:w="9636" w:type="dxa"/>
          </w:tcPr>
          <w:p w14:paraId="3B7FF12C" w14:textId="58B17FC6" w:rsidR="003C7CA3" w:rsidRDefault="003454F7">
            <w:pPr>
              <w:keepNext/>
              <w:rPr>
                <w:sz w:val="18"/>
                <w:szCs w:val="18"/>
                <w:lang w:val="fr-FR"/>
              </w:rPr>
            </w:pPr>
            <w:r w:rsidRPr="00EA7EA3">
              <w:rPr>
                <w:sz w:val="18"/>
                <w:szCs w:val="18"/>
                <w:lang w:val="fr-FR"/>
              </w:rPr>
              <w:t xml:space="preserve"> </w:t>
            </w:r>
            <w:r w:rsidRPr="00EA7EA3">
              <w:rPr>
                <w:b/>
                <w:bCs/>
                <w:sz w:val="18"/>
                <w:szCs w:val="18"/>
                <w:lang w:val="fr-FR"/>
              </w:rPr>
              <w:t>☐ A.2</w:t>
            </w:r>
            <w:r w:rsidR="00EE1FD2">
              <w:rPr>
                <w:b/>
                <w:bCs/>
                <w:sz w:val="18"/>
                <w:szCs w:val="18"/>
                <w:lang w:val="fr-FR"/>
              </w:rPr>
              <w:t>.</w:t>
            </w:r>
            <w:r w:rsidRPr="00EA7EA3">
              <w:rPr>
                <w:b/>
                <w:bCs/>
                <w:sz w:val="18"/>
                <w:szCs w:val="18"/>
                <w:lang w:val="fr-FR"/>
              </w:rPr>
              <w:t xml:space="preserve"> clădiri industriale</w:t>
            </w:r>
            <w:r w:rsidRPr="00EA7EA3">
              <w:rPr>
                <w:sz w:val="18"/>
                <w:szCs w:val="18"/>
                <w:lang w:val="fr-FR"/>
              </w:rPr>
              <w:t>:     ☐ pentru producție     ☐ pentru depozitare</w:t>
            </w:r>
          </w:p>
          <w:p w14:paraId="1C068E31" w14:textId="77777777" w:rsidR="00EE1FD2" w:rsidRPr="00EA7EA3" w:rsidRDefault="00EE1FD2">
            <w:pPr>
              <w:keepNext/>
              <w:rPr>
                <w:sz w:val="18"/>
                <w:szCs w:val="18"/>
                <w:lang w:val="fr-FR"/>
              </w:rPr>
            </w:pPr>
          </w:p>
        </w:tc>
      </w:tr>
      <w:tr w:rsidR="003C7CA3" w:rsidRPr="00EA7EA3" w14:paraId="66EE989E" w14:textId="77777777">
        <w:trPr>
          <w:cantSplit/>
        </w:trPr>
        <w:tc>
          <w:tcPr>
            <w:tcW w:w="9636" w:type="dxa"/>
          </w:tcPr>
          <w:p w14:paraId="37CC924E" w14:textId="3D0F2A79" w:rsidR="00F61A70" w:rsidRDefault="003454F7">
            <w:pPr>
              <w:keepNext/>
              <w:rPr>
                <w:sz w:val="18"/>
                <w:szCs w:val="18"/>
                <w:lang w:val="fr-FR"/>
              </w:rPr>
            </w:pPr>
            <w:r w:rsidRPr="00EA7EA3">
              <w:rPr>
                <w:sz w:val="18"/>
                <w:szCs w:val="18"/>
                <w:lang w:val="fr-FR"/>
              </w:rPr>
              <w:t xml:space="preserve"> </w:t>
            </w:r>
            <w:r w:rsidRPr="00EA7EA3">
              <w:rPr>
                <w:b/>
                <w:bCs/>
                <w:sz w:val="18"/>
                <w:szCs w:val="18"/>
                <w:lang w:val="fr-FR"/>
              </w:rPr>
              <w:t>☐ A.3</w:t>
            </w:r>
            <w:r w:rsidR="00EE1FD2">
              <w:rPr>
                <w:b/>
                <w:bCs/>
                <w:sz w:val="18"/>
                <w:szCs w:val="18"/>
                <w:lang w:val="fr-FR"/>
              </w:rPr>
              <w:t>.</w:t>
            </w:r>
            <w:r w:rsidRPr="00EA7EA3">
              <w:rPr>
                <w:b/>
                <w:bCs/>
                <w:sz w:val="18"/>
                <w:szCs w:val="18"/>
                <w:lang w:val="fr-FR"/>
              </w:rPr>
              <w:t xml:space="preserve"> clădiri agricole</w:t>
            </w:r>
            <w:r w:rsidR="00F61A70" w:rsidRPr="00EA7EA3">
              <w:rPr>
                <w:b/>
                <w:bCs/>
                <w:sz w:val="18"/>
                <w:szCs w:val="18"/>
                <w:lang w:val="fr-FR"/>
              </w:rPr>
              <w:t> :</w:t>
            </w:r>
            <w:r w:rsidRPr="00EA7EA3">
              <w:rPr>
                <w:sz w:val="18"/>
                <w:szCs w:val="18"/>
                <w:lang w:val="fr-FR"/>
              </w:rPr>
              <w:t xml:space="preserve">     </w:t>
            </w:r>
            <w:r w:rsidR="00F61A70" w:rsidRPr="00EA7EA3">
              <w:rPr>
                <w:sz w:val="18"/>
                <w:szCs w:val="18"/>
                <w:lang w:val="fr-FR"/>
              </w:rPr>
              <w:t xml:space="preserve">   </w:t>
            </w:r>
            <w:r w:rsidR="00F61A70" w:rsidRPr="00EA7EA3">
              <w:rPr>
                <w:rFonts w:ascii="Segoe UI Symbol" w:hAnsi="Segoe UI Symbol" w:cs="Segoe UI Symbol"/>
                <w:sz w:val="18"/>
                <w:szCs w:val="18"/>
                <w:lang w:val="fr-FR"/>
              </w:rPr>
              <w:t>☐</w:t>
            </w:r>
            <w:r w:rsidR="00F61A70" w:rsidRPr="00EA7EA3">
              <w:rPr>
                <w:sz w:val="18"/>
                <w:szCs w:val="18"/>
                <w:lang w:val="fr-FR"/>
              </w:rPr>
              <w:t xml:space="preserve"> pentru producție     </w:t>
            </w:r>
            <w:r w:rsidR="00F61A70" w:rsidRPr="00EA7EA3">
              <w:rPr>
                <w:rFonts w:ascii="Segoe UI Symbol" w:hAnsi="Segoe UI Symbol" w:cs="Segoe UI Symbol"/>
                <w:sz w:val="18"/>
                <w:szCs w:val="18"/>
                <w:lang w:val="fr-FR"/>
              </w:rPr>
              <w:t>☐</w:t>
            </w:r>
            <w:r w:rsidR="00F61A70" w:rsidRPr="00EA7EA3">
              <w:rPr>
                <w:sz w:val="18"/>
                <w:szCs w:val="18"/>
                <w:lang w:val="fr-FR"/>
              </w:rPr>
              <w:t xml:space="preserve"> pentru depozitare</w:t>
            </w:r>
          </w:p>
          <w:p w14:paraId="4FD6B127" w14:textId="77777777" w:rsidR="00EE1FD2" w:rsidRPr="00EA7EA3" w:rsidRDefault="00EE1FD2">
            <w:pPr>
              <w:keepNext/>
              <w:rPr>
                <w:sz w:val="18"/>
                <w:szCs w:val="18"/>
                <w:lang w:val="fr-FR"/>
              </w:rPr>
            </w:pPr>
          </w:p>
          <w:p w14:paraId="34FCF277" w14:textId="0884422E" w:rsidR="003C7CA3" w:rsidRPr="00EA7EA3" w:rsidRDefault="00F61A70">
            <w:pPr>
              <w:keepNext/>
              <w:rPr>
                <w:b/>
                <w:bCs/>
                <w:sz w:val="18"/>
                <w:szCs w:val="18"/>
                <w:lang w:val="fr-FR"/>
              </w:rPr>
            </w:pPr>
            <w:r w:rsidRPr="00EA7EA3">
              <w:rPr>
                <w:b/>
                <w:bCs/>
                <w:sz w:val="18"/>
                <w:szCs w:val="18"/>
                <w:lang w:val="fr-FR"/>
              </w:rPr>
              <w:t xml:space="preserve"> ☐ A.4</w:t>
            </w:r>
            <w:r w:rsidR="00EE1FD2">
              <w:rPr>
                <w:b/>
                <w:bCs/>
                <w:sz w:val="18"/>
                <w:szCs w:val="18"/>
                <w:lang w:val="fr-FR"/>
              </w:rPr>
              <w:t>.</w:t>
            </w:r>
            <w:r w:rsidRPr="00EA7EA3">
              <w:rPr>
                <w:b/>
                <w:bCs/>
                <w:sz w:val="18"/>
                <w:szCs w:val="18"/>
                <w:lang w:val="fr-FR"/>
              </w:rPr>
              <w:t xml:space="preserve"> clădiri / construcții cu caracter special</w:t>
            </w:r>
          </w:p>
        </w:tc>
      </w:tr>
      <w:tr w:rsidR="003C7CA3" w:rsidRPr="00EA7EA3" w14:paraId="46F48AAA" w14:textId="77777777">
        <w:trPr>
          <w:cantSplit/>
        </w:trPr>
        <w:tc>
          <w:tcPr>
            <w:tcW w:w="9636" w:type="dxa"/>
            <w:shd w:val="clear" w:color="auto" w:fill="F4F4F4"/>
          </w:tcPr>
          <w:p w14:paraId="655B49BC" w14:textId="6D5C8135" w:rsidR="003C7CA3" w:rsidRPr="00EA7EA3" w:rsidRDefault="003454F7">
            <w:pPr>
              <w:keepNext/>
              <w:rPr>
                <w:b/>
                <w:bCs/>
                <w:sz w:val="18"/>
                <w:szCs w:val="18"/>
                <w:lang w:val="fr-FR"/>
              </w:rPr>
            </w:pPr>
            <w:r w:rsidRPr="00EA7EA3">
              <w:rPr>
                <w:b/>
                <w:bCs/>
                <w:sz w:val="18"/>
                <w:szCs w:val="18"/>
                <w:lang w:val="fr-FR"/>
              </w:rPr>
              <w:t xml:space="preserve"> B</w:t>
            </w:r>
            <w:r w:rsidR="00EE1FD2">
              <w:rPr>
                <w:b/>
                <w:bCs/>
                <w:sz w:val="18"/>
                <w:szCs w:val="18"/>
                <w:lang w:val="fr-FR"/>
              </w:rPr>
              <w:t>.</w:t>
            </w:r>
            <w:r w:rsidRPr="00EA7EA3">
              <w:rPr>
                <w:b/>
                <w:bCs/>
                <w:sz w:val="18"/>
                <w:szCs w:val="18"/>
                <w:lang w:val="fr-FR"/>
              </w:rPr>
              <w:t xml:space="preserve"> Lucrări de intervenții asupra construcțiilor existente</w:t>
            </w:r>
            <w:r w:rsidR="00F61A70" w:rsidRPr="00EA7EA3">
              <w:rPr>
                <w:b/>
                <w:bCs/>
                <w:sz w:val="18"/>
                <w:szCs w:val="18"/>
                <w:lang w:val="fr-FR"/>
              </w:rPr>
              <w:t> :</w:t>
            </w:r>
          </w:p>
          <w:p w14:paraId="5D7C2172" w14:textId="6F7BB4BB" w:rsidR="00F61A70" w:rsidRPr="00EA7EA3" w:rsidRDefault="00F61A70">
            <w:pPr>
              <w:keepNext/>
              <w:rPr>
                <w:sz w:val="18"/>
                <w:szCs w:val="18"/>
                <w:lang w:val="fr-FR"/>
              </w:rPr>
            </w:pPr>
            <w:r w:rsidRPr="00EA7EA3">
              <w:rPr>
                <w:rFonts w:ascii="Segoe UI Symbol" w:hAnsi="Segoe UI Symbol" w:cs="Segoe UI Symbol"/>
                <w:sz w:val="18"/>
                <w:szCs w:val="18"/>
                <w:lang w:val="fr-FR"/>
              </w:rPr>
              <w:t xml:space="preserve"> ☐</w:t>
            </w:r>
            <w:r w:rsidRPr="00EA7EA3">
              <w:rPr>
                <w:sz w:val="18"/>
                <w:szCs w:val="18"/>
                <w:lang w:val="fr-FR"/>
              </w:rPr>
              <w:t xml:space="preserve"> reparații capitale     </w:t>
            </w:r>
            <w:r w:rsidRPr="00EA7EA3">
              <w:rPr>
                <w:rFonts w:ascii="Segoe UI Symbol" w:hAnsi="Segoe UI Symbol" w:cs="Segoe UI Symbol"/>
                <w:sz w:val="18"/>
                <w:szCs w:val="18"/>
                <w:lang w:val="fr-FR"/>
              </w:rPr>
              <w:t>☐</w:t>
            </w:r>
            <w:r w:rsidRPr="00EA7EA3">
              <w:rPr>
                <w:sz w:val="18"/>
                <w:szCs w:val="18"/>
                <w:lang w:val="fr-FR"/>
              </w:rPr>
              <w:t xml:space="preserve"> interven</w:t>
            </w:r>
            <w:r w:rsidRPr="00EA7EA3">
              <w:rPr>
                <w:rFonts w:cs="Times New Roman"/>
                <w:sz w:val="18"/>
                <w:szCs w:val="18"/>
                <w:lang w:val="fr-FR"/>
              </w:rPr>
              <w:t>ț</w:t>
            </w:r>
            <w:r w:rsidRPr="00EA7EA3">
              <w:rPr>
                <w:sz w:val="18"/>
                <w:szCs w:val="18"/>
                <w:lang w:val="fr-FR"/>
              </w:rPr>
              <w:t xml:space="preserve">ie </w:t>
            </w:r>
            <w:r w:rsidRPr="00EA7EA3">
              <w:rPr>
                <w:rFonts w:cs="Times New Roman"/>
                <w:sz w:val="18"/>
                <w:szCs w:val="18"/>
                <w:lang w:val="fr-FR"/>
              </w:rPr>
              <w:t>î</w:t>
            </w:r>
            <w:r w:rsidRPr="00EA7EA3">
              <w:rPr>
                <w:sz w:val="18"/>
                <w:szCs w:val="18"/>
                <w:lang w:val="fr-FR"/>
              </w:rPr>
              <w:t>n prim</w:t>
            </w:r>
            <w:r w:rsidRPr="00EA7EA3">
              <w:rPr>
                <w:rFonts w:cs="Times New Roman"/>
                <w:sz w:val="18"/>
                <w:szCs w:val="18"/>
                <w:lang w:val="fr-FR"/>
              </w:rPr>
              <w:t>ă</w:t>
            </w:r>
            <w:r w:rsidRPr="00EA7EA3">
              <w:rPr>
                <w:sz w:val="18"/>
                <w:szCs w:val="18"/>
                <w:lang w:val="fr-FR"/>
              </w:rPr>
              <w:t xml:space="preserve"> urgen</w:t>
            </w:r>
            <w:r w:rsidRPr="00EA7EA3">
              <w:rPr>
                <w:rFonts w:cs="Times New Roman"/>
                <w:sz w:val="18"/>
                <w:szCs w:val="18"/>
                <w:lang w:val="fr-FR"/>
              </w:rPr>
              <w:t>ță</w:t>
            </w:r>
            <w:r w:rsidRPr="00EA7EA3">
              <w:rPr>
                <w:sz w:val="18"/>
                <w:szCs w:val="18"/>
                <w:lang w:val="fr-FR"/>
              </w:rPr>
              <w:t xml:space="preserve">     </w:t>
            </w:r>
            <w:r w:rsidRPr="00EA7EA3">
              <w:rPr>
                <w:rFonts w:ascii="Segoe UI Symbol" w:hAnsi="Segoe UI Symbol" w:cs="Segoe UI Symbol"/>
                <w:sz w:val="18"/>
                <w:szCs w:val="18"/>
                <w:lang w:val="fr-FR"/>
              </w:rPr>
              <w:t>☐</w:t>
            </w:r>
            <w:r w:rsidRPr="00EA7EA3">
              <w:rPr>
                <w:sz w:val="18"/>
                <w:szCs w:val="18"/>
                <w:lang w:val="fr-FR"/>
              </w:rPr>
              <w:t xml:space="preserve"> extindere a amprentei la sol </w:t>
            </w:r>
            <w:r w:rsidRPr="00EA7EA3">
              <w:rPr>
                <w:rFonts w:cs="Times New Roman"/>
                <w:sz w:val="18"/>
                <w:szCs w:val="18"/>
                <w:lang w:val="fr-FR"/>
              </w:rPr>
              <w:t>ș</w:t>
            </w:r>
            <w:r w:rsidRPr="00EA7EA3">
              <w:rPr>
                <w:sz w:val="18"/>
                <w:szCs w:val="18"/>
                <w:lang w:val="fr-FR"/>
              </w:rPr>
              <w:t xml:space="preserve">i a volumului     </w:t>
            </w:r>
            <w:r w:rsidRPr="00EA7EA3">
              <w:rPr>
                <w:rFonts w:ascii="Segoe UI Symbol" w:hAnsi="Segoe UI Symbol" w:cs="Segoe UI Symbol"/>
                <w:sz w:val="18"/>
                <w:szCs w:val="18"/>
                <w:lang w:val="fr-FR"/>
              </w:rPr>
              <w:t>☐</w:t>
            </w:r>
            <w:r w:rsidRPr="00EA7EA3">
              <w:rPr>
                <w:sz w:val="18"/>
                <w:szCs w:val="18"/>
                <w:lang w:val="fr-FR"/>
              </w:rPr>
              <w:t xml:space="preserve"> supraetajare     </w:t>
            </w:r>
          </w:p>
          <w:p w14:paraId="11B8FA7A" w14:textId="0F9F5B3C" w:rsidR="00F61A70" w:rsidRPr="00EA7EA3" w:rsidRDefault="00F61A70">
            <w:pPr>
              <w:keepNext/>
              <w:rPr>
                <w:sz w:val="18"/>
                <w:szCs w:val="18"/>
                <w:lang w:val="fr-FR"/>
              </w:rPr>
            </w:pPr>
            <w:r w:rsidRPr="00EA7EA3">
              <w:rPr>
                <w:rFonts w:ascii="Segoe UI Symbol" w:hAnsi="Segoe UI Symbol" w:cs="Segoe UI Symbol"/>
                <w:sz w:val="18"/>
                <w:szCs w:val="18"/>
                <w:lang w:val="fr-FR"/>
              </w:rPr>
              <w:t xml:space="preserve"> ☐</w:t>
            </w:r>
            <w:r w:rsidRPr="00EA7EA3">
              <w:rPr>
                <w:sz w:val="18"/>
                <w:szCs w:val="18"/>
                <w:lang w:val="fr-FR"/>
              </w:rPr>
              <w:t xml:space="preserve"> refunc</w:t>
            </w:r>
            <w:r w:rsidRPr="00EA7EA3">
              <w:rPr>
                <w:rFonts w:cs="Times New Roman"/>
                <w:sz w:val="18"/>
                <w:szCs w:val="18"/>
                <w:lang w:val="fr-FR"/>
              </w:rPr>
              <w:t>ț</w:t>
            </w:r>
            <w:r w:rsidRPr="00EA7EA3">
              <w:rPr>
                <w:sz w:val="18"/>
                <w:szCs w:val="18"/>
                <w:lang w:val="fr-FR"/>
              </w:rPr>
              <w:t>ionalizare / schimbare de destina</w:t>
            </w:r>
            <w:r w:rsidRPr="00EA7EA3">
              <w:rPr>
                <w:rFonts w:cs="Times New Roman"/>
                <w:sz w:val="18"/>
                <w:szCs w:val="18"/>
                <w:lang w:val="fr-FR"/>
              </w:rPr>
              <w:t>ț</w:t>
            </w:r>
            <w:r w:rsidRPr="00EA7EA3">
              <w:rPr>
                <w:sz w:val="18"/>
                <w:szCs w:val="18"/>
                <w:lang w:val="fr-FR"/>
              </w:rPr>
              <w:t xml:space="preserve">ie     </w:t>
            </w:r>
            <w:r w:rsidRPr="00EA7EA3">
              <w:rPr>
                <w:rFonts w:ascii="Segoe UI Symbol" w:hAnsi="Segoe UI Symbol" w:cs="Segoe UI Symbol"/>
                <w:sz w:val="18"/>
                <w:szCs w:val="18"/>
                <w:lang w:val="fr-FR"/>
              </w:rPr>
              <w:t>☐</w:t>
            </w:r>
            <w:r w:rsidRPr="00EA7EA3">
              <w:rPr>
                <w:sz w:val="18"/>
                <w:szCs w:val="18"/>
                <w:lang w:val="fr-FR"/>
              </w:rPr>
              <w:t xml:space="preserve"> consolidare     </w:t>
            </w:r>
            <w:r w:rsidRPr="00EA7EA3">
              <w:rPr>
                <w:rFonts w:ascii="Segoe UI Symbol" w:hAnsi="Segoe UI Symbol" w:cs="Segoe UI Symbol"/>
                <w:sz w:val="18"/>
                <w:szCs w:val="18"/>
                <w:lang w:val="fr-FR"/>
              </w:rPr>
              <w:t>☐</w:t>
            </w:r>
            <w:r w:rsidRPr="00EA7EA3">
              <w:rPr>
                <w:sz w:val="18"/>
                <w:szCs w:val="18"/>
                <w:lang w:val="fr-FR"/>
              </w:rPr>
              <w:t xml:space="preserve"> modernizare, reabilitare     </w:t>
            </w:r>
            <w:r w:rsidRPr="00EA7EA3">
              <w:rPr>
                <w:rFonts w:ascii="Segoe UI Symbol" w:hAnsi="Segoe UI Symbol" w:cs="Segoe UI Symbol"/>
                <w:sz w:val="18"/>
                <w:szCs w:val="18"/>
                <w:lang w:val="fr-FR"/>
              </w:rPr>
              <w:t>☐</w:t>
            </w:r>
            <w:r w:rsidRPr="00EA7EA3">
              <w:rPr>
                <w:sz w:val="18"/>
                <w:szCs w:val="18"/>
                <w:lang w:val="fr-FR"/>
              </w:rPr>
              <w:t xml:space="preserve"> str</w:t>
            </w:r>
            <w:r w:rsidRPr="00EA7EA3">
              <w:rPr>
                <w:rFonts w:cs="Times New Roman"/>
                <w:sz w:val="18"/>
                <w:szCs w:val="18"/>
                <w:lang w:val="fr-FR"/>
              </w:rPr>
              <w:t>ă</w:t>
            </w:r>
            <w:r w:rsidRPr="00EA7EA3">
              <w:rPr>
                <w:sz w:val="18"/>
                <w:szCs w:val="18"/>
                <w:lang w:val="fr-FR"/>
              </w:rPr>
              <w:t xml:space="preserve">mutare     </w:t>
            </w:r>
            <w:r w:rsidRPr="00EA7EA3">
              <w:rPr>
                <w:rFonts w:ascii="Segoe UI Symbol" w:hAnsi="Segoe UI Symbol" w:cs="Segoe UI Symbol"/>
                <w:sz w:val="18"/>
                <w:szCs w:val="18"/>
                <w:lang w:val="fr-FR"/>
              </w:rPr>
              <w:t>☐</w:t>
            </w:r>
            <w:r w:rsidRPr="00EA7EA3">
              <w:rPr>
                <w:sz w:val="18"/>
                <w:szCs w:val="18"/>
                <w:lang w:val="fr-FR"/>
              </w:rPr>
              <w:t xml:space="preserve"> reconstruire    </w:t>
            </w:r>
          </w:p>
          <w:p w14:paraId="3889BADC" w14:textId="77777777" w:rsidR="00F61A70" w:rsidRPr="00EA7EA3" w:rsidRDefault="00F61A70">
            <w:pPr>
              <w:keepNext/>
              <w:rPr>
                <w:sz w:val="18"/>
                <w:szCs w:val="18"/>
                <w:lang w:val="fr-FR"/>
              </w:rPr>
            </w:pPr>
            <w:r w:rsidRPr="00EA7EA3">
              <w:rPr>
                <w:sz w:val="18"/>
                <w:szCs w:val="18"/>
                <w:lang w:val="fr-FR"/>
              </w:rPr>
              <w:t xml:space="preserve"> </w:t>
            </w:r>
            <w:r w:rsidRPr="00EA7EA3">
              <w:rPr>
                <w:rFonts w:ascii="Segoe UI Symbol" w:hAnsi="Segoe UI Symbol" w:cs="Segoe UI Symbol"/>
                <w:sz w:val="18"/>
                <w:szCs w:val="18"/>
                <w:lang w:val="fr-FR"/>
              </w:rPr>
              <w:t>☐</w:t>
            </w:r>
            <w:r w:rsidRPr="00EA7EA3">
              <w:rPr>
                <w:sz w:val="18"/>
                <w:szCs w:val="18"/>
                <w:lang w:val="fr-FR"/>
              </w:rPr>
              <w:t xml:space="preserve"> conservare </w:t>
            </w:r>
            <w:r w:rsidRPr="00EA7EA3">
              <w:rPr>
                <w:rFonts w:cs="Times New Roman"/>
                <w:sz w:val="18"/>
                <w:szCs w:val="18"/>
                <w:lang w:val="fr-FR"/>
              </w:rPr>
              <w:t>ș</w:t>
            </w:r>
            <w:r w:rsidRPr="00EA7EA3">
              <w:rPr>
                <w:sz w:val="18"/>
                <w:szCs w:val="18"/>
                <w:lang w:val="fr-FR"/>
              </w:rPr>
              <w:t xml:space="preserve">i restaurare     </w:t>
            </w:r>
            <w:r w:rsidRPr="00EA7EA3">
              <w:rPr>
                <w:rFonts w:ascii="Segoe UI Symbol" w:hAnsi="Segoe UI Symbol" w:cs="Segoe UI Symbol"/>
                <w:sz w:val="18"/>
                <w:szCs w:val="18"/>
                <w:lang w:val="fr-FR"/>
              </w:rPr>
              <w:t>☐</w:t>
            </w:r>
            <w:r w:rsidRPr="00EA7EA3">
              <w:rPr>
                <w:sz w:val="18"/>
                <w:szCs w:val="18"/>
                <w:lang w:val="fr-FR"/>
              </w:rPr>
              <w:t xml:space="preserve"> remodelare exterioar</w:t>
            </w:r>
            <w:r w:rsidRPr="00EA7EA3">
              <w:rPr>
                <w:rFonts w:cs="Times New Roman"/>
                <w:sz w:val="18"/>
                <w:szCs w:val="18"/>
                <w:lang w:val="fr-FR"/>
              </w:rPr>
              <w:t>ă</w:t>
            </w:r>
            <w:r w:rsidRPr="00EA7EA3">
              <w:rPr>
                <w:sz w:val="18"/>
                <w:szCs w:val="18"/>
                <w:lang w:val="fr-FR"/>
              </w:rPr>
              <w:t xml:space="preserve">     </w:t>
            </w:r>
            <w:r w:rsidRPr="00EA7EA3">
              <w:rPr>
                <w:rFonts w:ascii="Segoe UI Symbol" w:hAnsi="Segoe UI Symbol" w:cs="Segoe UI Symbol"/>
                <w:sz w:val="18"/>
                <w:szCs w:val="18"/>
                <w:lang w:val="fr-FR"/>
              </w:rPr>
              <w:t>☐</w:t>
            </w:r>
            <w:r w:rsidRPr="00EA7EA3">
              <w:rPr>
                <w:sz w:val="18"/>
                <w:szCs w:val="18"/>
                <w:lang w:val="fr-FR"/>
              </w:rPr>
              <w:t xml:space="preserve"> mansardare     </w:t>
            </w:r>
            <w:r w:rsidRPr="00EA7EA3">
              <w:rPr>
                <w:rFonts w:ascii="Segoe UI Symbol" w:hAnsi="Segoe UI Symbol" w:cs="Segoe UI Symbol"/>
                <w:sz w:val="18"/>
                <w:szCs w:val="18"/>
                <w:lang w:val="fr-FR"/>
              </w:rPr>
              <w:t>☐</w:t>
            </w:r>
            <w:r w:rsidRPr="00EA7EA3">
              <w:rPr>
                <w:sz w:val="18"/>
                <w:szCs w:val="18"/>
                <w:lang w:val="fr-FR"/>
              </w:rPr>
              <w:t xml:space="preserve"> remodelare interioar</w:t>
            </w:r>
            <w:r w:rsidRPr="00EA7EA3">
              <w:rPr>
                <w:rFonts w:cs="Times New Roman"/>
                <w:sz w:val="18"/>
                <w:szCs w:val="18"/>
                <w:lang w:val="fr-FR"/>
              </w:rPr>
              <w:t>ă</w:t>
            </w:r>
            <w:r w:rsidRPr="00EA7EA3">
              <w:rPr>
                <w:sz w:val="18"/>
                <w:szCs w:val="18"/>
                <w:lang w:val="fr-FR"/>
              </w:rPr>
              <w:t xml:space="preserve">    </w:t>
            </w:r>
          </w:p>
          <w:p w14:paraId="74BB95D4" w14:textId="77777777" w:rsidR="00F61A70" w:rsidRDefault="00F61A70">
            <w:pPr>
              <w:keepNext/>
              <w:rPr>
                <w:sz w:val="18"/>
                <w:szCs w:val="18"/>
                <w:lang w:val="fr-FR"/>
              </w:rPr>
            </w:pPr>
            <w:r w:rsidRPr="00EA7EA3">
              <w:rPr>
                <w:sz w:val="18"/>
                <w:szCs w:val="18"/>
                <w:lang w:val="fr-FR"/>
              </w:rPr>
              <w:t xml:space="preserve"> </w:t>
            </w:r>
            <w:r w:rsidRPr="00EA7EA3">
              <w:rPr>
                <w:rFonts w:ascii="Segoe UI Symbol" w:hAnsi="Segoe UI Symbol" w:cs="Segoe UI Symbol"/>
                <w:sz w:val="18"/>
                <w:szCs w:val="18"/>
                <w:lang w:val="fr-FR"/>
              </w:rPr>
              <w:t>☐</w:t>
            </w:r>
            <w:r w:rsidRPr="00EA7EA3">
              <w:rPr>
                <w:sz w:val="18"/>
                <w:szCs w:val="18"/>
                <w:lang w:val="fr-FR"/>
              </w:rPr>
              <w:t xml:space="preserve"> desfiin</w:t>
            </w:r>
            <w:r w:rsidRPr="00EA7EA3">
              <w:rPr>
                <w:rFonts w:cs="Times New Roman"/>
                <w:sz w:val="18"/>
                <w:szCs w:val="18"/>
                <w:lang w:val="fr-FR"/>
              </w:rPr>
              <w:t>ț</w:t>
            </w:r>
            <w:r w:rsidRPr="00EA7EA3">
              <w:rPr>
                <w:sz w:val="18"/>
                <w:szCs w:val="18"/>
                <w:lang w:val="fr-FR"/>
              </w:rPr>
              <w:t>are sau demontare par</w:t>
            </w:r>
            <w:r w:rsidRPr="00EA7EA3">
              <w:rPr>
                <w:rFonts w:cs="Times New Roman"/>
                <w:sz w:val="18"/>
                <w:szCs w:val="18"/>
                <w:lang w:val="fr-FR"/>
              </w:rPr>
              <w:t>ț</w:t>
            </w:r>
            <w:r w:rsidRPr="00EA7EA3">
              <w:rPr>
                <w:sz w:val="18"/>
                <w:szCs w:val="18"/>
                <w:lang w:val="fr-FR"/>
              </w:rPr>
              <w:t>ial</w:t>
            </w:r>
            <w:r w:rsidRPr="00EA7EA3">
              <w:rPr>
                <w:rFonts w:cs="Times New Roman"/>
                <w:sz w:val="18"/>
                <w:szCs w:val="18"/>
                <w:lang w:val="fr-FR"/>
              </w:rPr>
              <w:t>ă</w:t>
            </w:r>
            <w:r w:rsidRPr="00EA7EA3">
              <w:rPr>
                <w:sz w:val="18"/>
                <w:szCs w:val="18"/>
                <w:lang w:val="fr-FR"/>
              </w:rPr>
              <w:t xml:space="preserve"> sau total</w:t>
            </w:r>
            <w:r w:rsidRPr="00EA7EA3">
              <w:rPr>
                <w:rFonts w:cs="Times New Roman"/>
                <w:sz w:val="18"/>
                <w:szCs w:val="18"/>
                <w:lang w:val="fr-FR"/>
              </w:rPr>
              <w:t>ă</w:t>
            </w:r>
            <w:r w:rsidRPr="00EA7EA3">
              <w:rPr>
                <w:sz w:val="18"/>
                <w:szCs w:val="18"/>
                <w:lang w:val="fr-FR"/>
              </w:rPr>
              <w:t xml:space="preserve">     </w:t>
            </w:r>
            <w:r w:rsidRPr="00EA7EA3">
              <w:rPr>
                <w:rFonts w:ascii="Segoe UI Symbol" w:hAnsi="Segoe UI Symbol" w:cs="Segoe UI Symbol"/>
                <w:sz w:val="18"/>
                <w:szCs w:val="18"/>
                <w:lang w:val="fr-FR"/>
              </w:rPr>
              <w:t>☐</w:t>
            </w:r>
            <w:r w:rsidRPr="00EA7EA3">
              <w:rPr>
                <w:sz w:val="18"/>
                <w:szCs w:val="18"/>
                <w:lang w:val="fr-FR"/>
              </w:rPr>
              <w:t xml:space="preserve"> desfiin</w:t>
            </w:r>
            <w:r w:rsidRPr="00EA7EA3">
              <w:rPr>
                <w:rFonts w:cs="Times New Roman"/>
                <w:sz w:val="18"/>
                <w:szCs w:val="18"/>
                <w:lang w:val="fr-FR"/>
              </w:rPr>
              <w:t>ț</w:t>
            </w:r>
            <w:r w:rsidRPr="00EA7EA3">
              <w:rPr>
                <w:sz w:val="18"/>
                <w:szCs w:val="18"/>
                <w:lang w:val="fr-FR"/>
              </w:rPr>
              <w:t>are sau demontare total</w:t>
            </w:r>
            <w:r w:rsidRPr="00EA7EA3">
              <w:rPr>
                <w:rFonts w:cs="Times New Roman"/>
                <w:sz w:val="18"/>
                <w:szCs w:val="18"/>
                <w:lang w:val="fr-FR"/>
              </w:rPr>
              <w:t>ă</w:t>
            </w:r>
            <w:r w:rsidRPr="00EA7EA3">
              <w:rPr>
                <w:sz w:val="18"/>
                <w:szCs w:val="18"/>
                <w:lang w:val="fr-FR"/>
              </w:rPr>
              <w:t xml:space="preserve">     </w:t>
            </w:r>
            <w:r w:rsidRPr="00EA7EA3">
              <w:rPr>
                <w:rFonts w:ascii="Segoe UI Symbol" w:hAnsi="Segoe UI Symbol" w:cs="Segoe UI Symbol"/>
                <w:sz w:val="18"/>
                <w:szCs w:val="18"/>
                <w:lang w:val="fr-FR"/>
              </w:rPr>
              <w:t>☐</w:t>
            </w:r>
            <w:r w:rsidRPr="00EA7EA3">
              <w:rPr>
                <w:sz w:val="18"/>
                <w:szCs w:val="18"/>
                <w:lang w:val="fr-FR"/>
              </w:rPr>
              <w:t xml:space="preserve"> conservare la </w:t>
            </w:r>
            <w:r w:rsidRPr="00EA7EA3">
              <w:rPr>
                <w:rFonts w:cs="Times New Roman"/>
                <w:sz w:val="18"/>
                <w:szCs w:val="18"/>
                <w:lang w:val="fr-FR"/>
              </w:rPr>
              <w:t>î</w:t>
            </w:r>
            <w:r w:rsidRPr="00EA7EA3">
              <w:rPr>
                <w:sz w:val="18"/>
                <w:szCs w:val="18"/>
                <w:lang w:val="fr-FR"/>
              </w:rPr>
              <w:t>ntreruperea temporar</w:t>
            </w:r>
            <w:r w:rsidRPr="00EA7EA3">
              <w:rPr>
                <w:rFonts w:cs="Times New Roman"/>
                <w:sz w:val="18"/>
                <w:szCs w:val="18"/>
                <w:lang w:val="fr-FR"/>
              </w:rPr>
              <w:t>ă</w:t>
            </w:r>
            <w:r w:rsidRPr="00EA7EA3">
              <w:rPr>
                <w:sz w:val="18"/>
                <w:szCs w:val="18"/>
                <w:lang w:val="fr-FR"/>
              </w:rPr>
              <w:t xml:space="preserve"> a execu</w:t>
            </w:r>
            <w:r w:rsidRPr="00EA7EA3">
              <w:rPr>
                <w:rFonts w:cs="Times New Roman"/>
                <w:sz w:val="18"/>
                <w:szCs w:val="18"/>
                <w:lang w:val="fr-FR"/>
              </w:rPr>
              <w:t>ț</w:t>
            </w:r>
            <w:r w:rsidRPr="00EA7EA3">
              <w:rPr>
                <w:sz w:val="18"/>
                <w:szCs w:val="18"/>
                <w:lang w:val="fr-FR"/>
              </w:rPr>
              <w:t>iei</w:t>
            </w:r>
          </w:p>
          <w:p w14:paraId="6A61D9FC" w14:textId="2CF1F153" w:rsidR="00EE1FD2" w:rsidRPr="00EA7EA3" w:rsidRDefault="00EE1FD2">
            <w:pPr>
              <w:keepNext/>
              <w:rPr>
                <w:sz w:val="18"/>
                <w:szCs w:val="18"/>
                <w:lang w:val="fr-FR"/>
              </w:rPr>
            </w:pPr>
          </w:p>
        </w:tc>
      </w:tr>
      <w:tr w:rsidR="003C7CA3" w:rsidRPr="00EA7EA3" w14:paraId="5C30782E" w14:textId="77777777">
        <w:trPr>
          <w:cantSplit/>
        </w:trPr>
        <w:tc>
          <w:tcPr>
            <w:tcW w:w="9636" w:type="dxa"/>
          </w:tcPr>
          <w:p w14:paraId="2E7867BD" w14:textId="6E11070E" w:rsidR="003C7CA3" w:rsidRPr="00EA7EA3" w:rsidRDefault="003454F7">
            <w:pPr>
              <w:keepNext/>
              <w:rPr>
                <w:b/>
                <w:bCs/>
                <w:sz w:val="18"/>
                <w:szCs w:val="18"/>
                <w:lang w:val="fr-FR"/>
              </w:rPr>
            </w:pPr>
            <w:r w:rsidRPr="00EA7EA3">
              <w:rPr>
                <w:b/>
                <w:bCs/>
                <w:sz w:val="18"/>
                <w:szCs w:val="18"/>
                <w:lang w:val="fr-FR"/>
              </w:rPr>
              <w:t>☐ B.1</w:t>
            </w:r>
            <w:r w:rsidR="00EE1FD2">
              <w:rPr>
                <w:b/>
                <w:bCs/>
                <w:sz w:val="18"/>
                <w:szCs w:val="18"/>
                <w:lang w:val="fr-FR"/>
              </w:rPr>
              <w:t xml:space="preserve">. </w:t>
            </w:r>
            <w:r w:rsidRPr="00EA7EA3">
              <w:rPr>
                <w:b/>
                <w:bCs/>
                <w:sz w:val="18"/>
                <w:szCs w:val="18"/>
                <w:lang w:val="fr-FR"/>
              </w:rPr>
              <w:t>realizate la alte construcții decât cele de la B.2 și B.3:</w:t>
            </w:r>
          </w:p>
        </w:tc>
      </w:tr>
      <w:tr w:rsidR="003C7CA3" w:rsidRPr="00EA7EA3" w14:paraId="4E54D5F5" w14:textId="77777777">
        <w:trPr>
          <w:cantSplit/>
        </w:trPr>
        <w:tc>
          <w:tcPr>
            <w:tcW w:w="9636" w:type="dxa"/>
          </w:tcPr>
          <w:p w14:paraId="15613C59" w14:textId="02E9B794" w:rsidR="003C7CA3" w:rsidRPr="00EA7EA3" w:rsidRDefault="003454F7">
            <w:pPr>
              <w:keepNext/>
              <w:rPr>
                <w:b/>
                <w:bCs/>
                <w:sz w:val="18"/>
                <w:szCs w:val="18"/>
              </w:rPr>
            </w:pPr>
            <w:r w:rsidRPr="00EA7EA3">
              <w:rPr>
                <w:b/>
                <w:bCs/>
                <w:sz w:val="18"/>
                <w:szCs w:val="18"/>
              </w:rPr>
              <w:t>☐ B.2</w:t>
            </w:r>
            <w:r w:rsidR="00EE1FD2">
              <w:rPr>
                <w:b/>
                <w:bCs/>
                <w:sz w:val="18"/>
                <w:szCs w:val="18"/>
              </w:rPr>
              <w:t>.</w:t>
            </w:r>
            <w:r w:rsidRPr="00EA7EA3">
              <w:rPr>
                <w:b/>
                <w:bCs/>
                <w:sz w:val="18"/>
                <w:szCs w:val="18"/>
              </w:rPr>
              <w:t xml:space="preserve"> realizate la:</w:t>
            </w:r>
          </w:p>
        </w:tc>
      </w:tr>
      <w:tr w:rsidR="003C7CA3" w:rsidRPr="00EA7EA3" w14:paraId="21686F75" w14:textId="77777777">
        <w:trPr>
          <w:cantSplit/>
        </w:trPr>
        <w:tc>
          <w:tcPr>
            <w:tcW w:w="9636" w:type="dxa"/>
          </w:tcPr>
          <w:p w14:paraId="27A0F79D" w14:textId="77777777" w:rsidR="003C7CA3" w:rsidRPr="00EA7EA3" w:rsidRDefault="003454F7">
            <w:pPr>
              <w:keepNext/>
              <w:rPr>
                <w:sz w:val="18"/>
                <w:szCs w:val="18"/>
              </w:rPr>
            </w:pPr>
            <w:r w:rsidRPr="00EA7EA3">
              <w:rPr>
                <w:sz w:val="18"/>
                <w:szCs w:val="18"/>
              </w:rPr>
              <w:t>☐ construcții monument istoric (Legea nr. 422/2001), inclusiv anexele din același imobil</w:t>
            </w:r>
          </w:p>
          <w:p w14:paraId="6548132E" w14:textId="77777777" w:rsidR="003C7CA3" w:rsidRPr="00EA7EA3" w:rsidRDefault="003454F7">
            <w:pPr>
              <w:keepNext/>
              <w:rPr>
                <w:sz w:val="18"/>
                <w:szCs w:val="18"/>
                <w:lang w:val="fr-FR"/>
              </w:rPr>
            </w:pPr>
            <w:r w:rsidRPr="00EA7EA3">
              <w:rPr>
                <w:sz w:val="18"/>
                <w:szCs w:val="18"/>
                <w:lang w:val="fr-FR"/>
              </w:rPr>
              <w:t>☐ construcții în zona de protecție a monumentelor istorice</w:t>
            </w:r>
          </w:p>
          <w:p w14:paraId="1914C10D" w14:textId="77777777" w:rsidR="003C7CA3" w:rsidRPr="00EA7EA3" w:rsidRDefault="003454F7">
            <w:pPr>
              <w:keepNext/>
              <w:rPr>
                <w:sz w:val="18"/>
                <w:szCs w:val="18"/>
                <w:lang w:val="fr-FR"/>
              </w:rPr>
            </w:pPr>
            <w:r w:rsidRPr="00EA7EA3">
              <w:rPr>
                <w:sz w:val="18"/>
                <w:szCs w:val="18"/>
                <w:lang w:val="fr-FR"/>
              </w:rPr>
              <w:t>☐ construcții în zone construite protejate</w:t>
            </w:r>
          </w:p>
          <w:p w14:paraId="75F96944" w14:textId="77777777" w:rsidR="003C7CA3" w:rsidRDefault="003454F7">
            <w:pPr>
              <w:keepNext/>
              <w:rPr>
                <w:sz w:val="18"/>
                <w:szCs w:val="18"/>
                <w:lang w:val="fr-FR"/>
              </w:rPr>
            </w:pPr>
            <w:r w:rsidRPr="00EA7EA3">
              <w:rPr>
                <w:sz w:val="18"/>
                <w:szCs w:val="18"/>
                <w:lang w:val="fr-FR"/>
              </w:rPr>
              <w:t>☐ construcții cu valoare arhitecturală sau istorică deosebită, stabilite prin documentații de urbanism aprobate</w:t>
            </w:r>
          </w:p>
          <w:p w14:paraId="4C3ED46E" w14:textId="77777777" w:rsidR="00EE1FD2" w:rsidRPr="00EA7EA3" w:rsidRDefault="00EE1FD2">
            <w:pPr>
              <w:keepNext/>
              <w:rPr>
                <w:sz w:val="18"/>
                <w:szCs w:val="18"/>
                <w:lang w:val="fr-FR"/>
              </w:rPr>
            </w:pPr>
          </w:p>
        </w:tc>
      </w:tr>
      <w:tr w:rsidR="003C7CA3" w:rsidRPr="00EA7EA3" w14:paraId="365A3BB4" w14:textId="77777777">
        <w:trPr>
          <w:cantSplit/>
        </w:trPr>
        <w:tc>
          <w:tcPr>
            <w:tcW w:w="9636" w:type="dxa"/>
          </w:tcPr>
          <w:p w14:paraId="3E8899C5" w14:textId="7A7400B9" w:rsidR="003C7CA3" w:rsidRPr="00EA7EA3" w:rsidRDefault="003454F7">
            <w:pPr>
              <w:keepNext/>
              <w:rPr>
                <w:b/>
                <w:bCs/>
                <w:sz w:val="18"/>
                <w:szCs w:val="18"/>
                <w:lang w:val="fr-FR"/>
              </w:rPr>
            </w:pPr>
            <w:r w:rsidRPr="00EA7EA3">
              <w:rPr>
                <w:b/>
                <w:bCs/>
                <w:sz w:val="18"/>
                <w:szCs w:val="18"/>
                <w:lang w:val="fr-FR"/>
              </w:rPr>
              <w:t>☐ B.3</w:t>
            </w:r>
            <w:r w:rsidR="00EE1FD2">
              <w:rPr>
                <w:b/>
                <w:bCs/>
                <w:sz w:val="18"/>
                <w:szCs w:val="18"/>
                <w:lang w:val="fr-FR"/>
              </w:rPr>
              <w:t>.</w:t>
            </w:r>
            <w:r w:rsidRPr="00EA7EA3">
              <w:rPr>
                <w:b/>
                <w:bCs/>
                <w:sz w:val="18"/>
                <w:szCs w:val="18"/>
                <w:lang w:val="fr-FR"/>
              </w:rPr>
              <w:t xml:space="preserve"> realizate la clădiri / construcții cu caracter special, care</w:t>
            </w:r>
            <w:r w:rsidR="00F61A70" w:rsidRPr="00EA7EA3">
              <w:rPr>
                <w:b/>
                <w:bCs/>
                <w:sz w:val="18"/>
                <w:szCs w:val="18"/>
                <w:lang w:val="fr-FR"/>
              </w:rPr>
              <w:t> :</w:t>
            </w:r>
          </w:p>
          <w:p w14:paraId="197FF23C" w14:textId="76775AA0" w:rsidR="003C7CA3" w:rsidRPr="00EA7EA3" w:rsidRDefault="003454F7">
            <w:pPr>
              <w:keepNext/>
              <w:rPr>
                <w:sz w:val="18"/>
                <w:szCs w:val="18"/>
                <w:lang w:val="fr-FR"/>
              </w:rPr>
            </w:pPr>
            <w:r w:rsidRPr="00EA7EA3">
              <w:rPr>
                <w:sz w:val="18"/>
                <w:szCs w:val="18"/>
                <w:lang w:val="fr-FR"/>
              </w:rPr>
              <w:t>☐ nu se încadrează</w:t>
            </w:r>
            <w:r w:rsidR="00F61A70" w:rsidRPr="00EA7EA3">
              <w:rPr>
                <w:sz w:val="18"/>
                <w:szCs w:val="18"/>
                <w:lang w:val="fr-FR"/>
              </w:rPr>
              <w:t xml:space="preserve"> în categoriile de la B.2</w:t>
            </w:r>
          </w:p>
          <w:p w14:paraId="5C7CAF34" w14:textId="77777777" w:rsidR="003C7CA3" w:rsidRPr="00EA7EA3" w:rsidRDefault="003454F7">
            <w:pPr>
              <w:keepNext/>
              <w:rPr>
                <w:sz w:val="18"/>
                <w:szCs w:val="18"/>
                <w:lang w:val="fr-FR"/>
              </w:rPr>
            </w:pPr>
            <w:r w:rsidRPr="00EA7EA3">
              <w:rPr>
                <w:sz w:val="18"/>
                <w:szCs w:val="18"/>
                <w:lang w:val="fr-FR"/>
              </w:rPr>
              <w:t>☐ se încadrează în categoriile de la B.2</w:t>
            </w:r>
          </w:p>
        </w:tc>
      </w:tr>
      <w:tr w:rsidR="003C7CA3" w:rsidRPr="00EA7EA3" w14:paraId="2DE849E8" w14:textId="77777777">
        <w:trPr>
          <w:cantSplit/>
        </w:trPr>
        <w:tc>
          <w:tcPr>
            <w:tcW w:w="9636" w:type="dxa"/>
            <w:shd w:val="clear" w:color="auto" w:fill="F4F4F4"/>
          </w:tcPr>
          <w:p w14:paraId="3EB12BC0" w14:textId="27586FCF" w:rsidR="003C7CA3" w:rsidRPr="00EA7EA3" w:rsidRDefault="003454F7">
            <w:pPr>
              <w:keepNext/>
              <w:rPr>
                <w:b/>
                <w:bCs/>
                <w:sz w:val="18"/>
                <w:szCs w:val="18"/>
              </w:rPr>
            </w:pPr>
            <w:r w:rsidRPr="00EA7EA3">
              <w:rPr>
                <w:b/>
                <w:bCs/>
                <w:sz w:val="18"/>
                <w:szCs w:val="18"/>
                <w:lang w:val="fr-FR"/>
              </w:rPr>
              <w:t xml:space="preserve"> </w:t>
            </w:r>
            <w:r w:rsidRPr="00EA7EA3">
              <w:rPr>
                <w:b/>
                <w:bCs/>
                <w:sz w:val="18"/>
                <w:szCs w:val="18"/>
              </w:rPr>
              <w:t>C</w:t>
            </w:r>
            <w:r w:rsidR="00EE1FD2">
              <w:rPr>
                <w:b/>
                <w:bCs/>
                <w:sz w:val="18"/>
                <w:szCs w:val="18"/>
              </w:rPr>
              <w:t xml:space="preserve">. </w:t>
            </w:r>
            <w:r w:rsidRPr="00EA7EA3">
              <w:rPr>
                <w:b/>
                <w:bCs/>
                <w:sz w:val="18"/>
                <w:szCs w:val="18"/>
              </w:rPr>
              <w:t>Amenajări</w:t>
            </w:r>
          </w:p>
        </w:tc>
      </w:tr>
      <w:tr w:rsidR="003C7CA3" w:rsidRPr="00EA7EA3" w14:paraId="66C8F468" w14:textId="77777777">
        <w:trPr>
          <w:cantSplit/>
        </w:trPr>
        <w:tc>
          <w:tcPr>
            <w:tcW w:w="9636" w:type="dxa"/>
          </w:tcPr>
          <w:p w14:paraId="43680500" w14:textId="7A5853E0" w:rsidR="003C7CA3" w:rsidRPr="00EA7EA3" w:rsidRDefault="003454F7">
            <w:pPr>
              <w:keepNext/>
              <w:rPr>
                <w:sz w:val="18"/>
                <w:szCs w:val="18"/>
              </w:rPr>
            </w:pPr>
            <w:r w:rsidRPr="00EA7EA3">
              <w:rPr>
                <w:sz w:val="18"/>
                <w:szCs w:val="18"/>
              </w:rPr>
              <w:t>☐ C.1</w:t>
            </w:r>
            <w:r w:rsidR="00EE1FD2">
              <w:rPr>
                <w:sz w:val="18"/>
                <w:szCs w:val="18"/>
              </w:rPr>
              <w:t>.</w:t>
            </w:r>
            <w:r w:rsidRPr="00EA7EA3">
              <w:rPr>
                <w:sz w:val="18"/>
                <w:szCs w:val="18"/>
              </w:rPr>
              <w:t>amenajări civile</w:t>
            </w:r>
          </w:p>
          <w:p w14:paraId="0894A1ED" w14:textId="12BE7F59" w:rsidR="003C7CA3" w:rsidRPr="00EA7EA3" w:rsidRDefault="003454F7">
            <w:pPr>
              <w:keepNext/>
              <w:rPr>
                <w:sz w:val="18"/>
                <w:szCs w:val="18"/>
              </w:rPr>
            </w:pPr>
            <w:r w:rsidRPr="00EA7EA3">
              <w:rPr>
                <w:sz w:val="18"/>
                <w:szCs w:val="18"/>
              </w:rPr>
              <w:t>☐ C.2</w:t>
            </w:r>
            <w:r w:rsidR="00EE1FD2">
              <w:rPr>
                <w:sz w:val="18"/>
                <w:szCs w:val="18"/>
              </w:rPr>
              <w:t>.</w:t>
            </w:r>
            <w:r w:rsidRPr="00EA7EA3">
              <w:rPr>
                <w:sz w:val="18"/>
                <w:szCs w:val="18"/>
              </w:rPr>
              <w:t xml:space="preserve"> amenajări și îmbunătățiri funciare</w:t>
            </w:r>
          </w:p>
          <w:p w14:paraId="4914BB2B" w14:textId="6EC461ED" w:rsidR="003C7CA3" w:rsidRPr="00EA7EA3" w:rsidRDefault="003454F7">
            <w:pPr>
              <w:keepNext/>
              <w:rPr>
                <w:sz w:val="18"/>
                <w:szCs w:val="18"/>
              </w:rPr>
            </w:pPr>
            <w:r w:rsidRPr="00EA7EA3">
              <w:rPr>
                <w:sz w:val="18"/>
                <w:szCs w:val="18"/>
              </w:rPr>
              <w:t>☐ C.3</w:t>
            </w:r>
            <w:r w:rsidR="00EE1FD2">
              <w:rPr>
                <w:sz w:val="18"/>
                <w:szCs w:val="18"/>
              </w:rPr>
              <w:t>.</w:t>
            </w:r>
            <w:r w:rsidRPr="00EA7EA3">
              <w:rPr>
                <w:sz w:val="18"/>
                <w:szCs w:val="18"/>
              </w:rPr>
              <w:t xml:space="preserve"> construcții provizorii / cu caracter temporar</w:t>
            </w:r>
          </w:p>
          <w:p w14:paraId="3B5D31B2" w14:textId="01A1DE36" w:rsidR="003C7CA3" w:rsidRPr="00EA7EA3" w:rsidRDefault="003454F7">
            <w:pPr>
              <w:keepNext/>
              <w:rPr>
                <w:sz w:val="18"/>
                <w:szCs w:val="18"/>
              </w:rPr>
            </w:pPr>
            <w:r w:rsidRPr="00EA7EA3">
              <w:rPr>
                <w:sz w:val="18"/>
                <w:szCs w:val="18"/>
              </w:rPr>
              <w:t>☐ C.4</w:t>
            </w:r>
            <w:r w:rsidR="00EE1FD2">
              <w:rPr>
                <w:sz w:val="18"/>
                <w:szCs w:val="18"/>
              </w:rPr>
              <w:t>.</w:t>
            </w:r>
            <w:r w:rsidRPr="00EA7EA3">
              <w:rPr>
                <w:sz w:val="18"/>
                <w:szCs w:val="18"/>
              </w:rPr>
              <w:t xml:space="preserve"> cercetarea / prospectarea terenurilor, foraje, excavări, studii topografice, geologice, geotehnice, geofizice, hidrologice</w:t>
            </w:r>
          </w:p>
          <w:p w14:paraId="014841AD" w14:textId="707E9141" w:rsidR="003C7CA3" w:rsidRPr="00EA7EA3" w:rsidRDefault="003454F7">
            <w:pPr>
              <w:keepNext/>
              <w:rPr>
                <w:sz w:val="18"/>
                <w:szCs w:val="18"/>
              </w:rPr>
            </w:pPr>
            <w:r w:rsidRPr="00EA7EA3">
              <w:rPr>
                <w:sz w:val="18"/>
                <w:szCs w:val="18"/>
              </w:rPr>
              <w:t>☐ C.5</w:t>
            </w:r>
            <w:r w:rsidR="00EE1FD2">
              <w:rPr>
                <w:sz w:val="18"/>
                <w:szCs w:val="18"/>
              </w:rPr>
              <w:t>.</w:t>
            </w:r>
            <w:r w:rsidRPr="00EA7EA3">
              <w:rPr>
                <w:sz w:val="18"/>
                <w:szCs w:val="18"/>
              </w:rPr>
              <w:t xml:space="preserve"> cercetări pentru zăcăminte naturale</w:t>
            </w:r>
          </w:p>
          <w:p w14:paraId="4C0C2C50" w14:textId="449954E1" w:rsidR="003C7CA3" w:rsidRPr="00EA7EA3" w:rsidRDefault="003454F7">
            <w:pPr>
              <w:keepNext/>
              <w:rPr>
                <w:sz w:val="18"/>
                <w:szCs w:val="18"/>
                <w:lang w:val="fr-FR"/>
              </w:rPr>
            </w:pPr>
            <w:r w:rsidRPr="00EA7EA3">
              <w:rPr>
                <w:sz w:val="18"/>
                <w:szCs w:val="18"/>
                <w:lang w:val="fr-FR"/>
              </w:rPr>
              <w:t>☐ C.6</w:t>
            </w:r>
            <w:r w:rsidR="00EE1FD2">
              <w:rPr>
                <w:sz w:val="18"/>
                <w:szCs w:val="18"/>
                <w:lang w:val="fr-FR"/>
              </w:rPr>
              <w:t>.</w:t>
            </w:r>
            <w:r w:rsidRPr="00EA7EA3">
              <w:rPr>
                <w:sz w:val="18"/>
                <w:szCs w:val="18"/>
                <w:lang w:val="fr-FR"/>
              </w:rPr>
              <w:t xml:space="preserve"> spații verzi, plantate</w:t>
            </w:r>
          </w:p>
          <w:p w14:paraId="0A0CE830" w14:textId="1F84C5BE" w:rsidR="003C7CA3" w:rsidRPr="00EA7EA3" w:rsidRDefault="003454F7">
            <w:pPr>
              <w:keepNext/>
              <w:rPr>
                <w:sz w:val="18"/>
                <w:szCs w:val="18"/>
                <w:lang w:val="fr-FR"/>
              </w:rPr>
            </w:pPr>
            <w:r w:rsidRPr="00EA7EA3">
              <w:rPr>
                <w:sz w:val="18"/>
                <w:szCs w:val="18"/>
                <w:lang w:val="fr-FR"/>
              </w:rPr>
              <w:t>☐ C.7</w:t>
            </w:r>
            <w:r w:rsidR="00EE1FD2">
              <w:rPr>
                <w:sz w:val="18"/>
                <w:szCs w:val="18"/>
                <w:lang w:val="fr-FR"/>
              </w:rPr>
              <w:t>.</w:t>
            </w:r>
            <w:r w:rsidRPr="00EA7EA3">
              <w:rPr>
                <w:sz w:val="18"/>
                <w:szCs w:val="18"/>
                <w:lang w:val="fr-FR"/>
              </w:rPr>
              <w:t xml:space="preserve"> spații publice</w:t>
            </w:r>
          </w:p>
          <w:p w14:paraId="3E6B72B8" w14:textId="77777777" w:rsidR="003C7CA3" w:rsidRDefault="003454F7">
            <w:pPr>
              <w:keepNext/>
              <w:rPr>
                <w:sz w:val="18"/>
                <w:szCs w:val="18"/>
                <w:lang w:val="fr-FR"/>
              </w:rPr>
            </w:pPr>
            <w:r w:rsidRPr="00EA7EA3">
              <w:rPr>
                <w:sz w:val="18"/>
                <w:szCs w:val="18"/>
                <w:lang w:val="fr-FR"/>
              </w:rPr>
              <w:t>☐ C.8</w:t>
            </w:r>
            <w:r w:rsidR="00EE1FD2">
              <w:rPr>
                <w:sz w:val="18"/>
                <w:szCs w:val="18"/>
                <w:lang w:val="fr-FR"/>
              </w:rPr>
              <w:t>.</w:t>
            </w:r>
            <w:r w:rsidRPr="00EA7EA3">
              <w:rPr>
                <w:sz w:val="18"/>
                <w:szCs w:val="18"/>
                <w:lang w:val="fr-FR"/>
              </w:rPr>
              <w:t xml:space="preserve"> organizare de șantier</w:t>
            </w:r>
          </w:p>
          <w:p w14:paraId="2C342054" w14:textId="578E6F2D" w:rsidR="00EE1FD2" w:rsidRPr="00EA7EA3" w:rsidRDefault="00EE1FD2">
            <w:pPr>
              <w:keepNext/>
              <w:rPr>
                <w:sz w:val="18"/>
                <w:szCs w:val="18"/>
                <w:lang w:val="fr-FR"/>
              </w:rPr>
            </w:pPr>
          </w:p>
        </w:tc>
      </w:tr>
      <w:tr w:rsidR="003C7CA3" w:rsidRPr="00EA7EA3" w14:paraId="49124A1B" w14:textId="77777777">
        <w:trPr>
          <w:cantSplit/>
        </w:trPr>
        <w:tc>
          <w:tcPr>
            <w:tcW w:w="9636" w:type="dxa"/>
            <w:shd w:val="clear" w:color="auto" w:fill="F4F4F4"/>
          </w:tcPr>
          <w:p w14:paraId="465514F8" w14:textId="77777777" w:rsidR="003C7CA3" w:rsidRPr="00EA7EA3" w:rsidRDefault="003454F7">
            <w:pPr>
              <w:keepNext/>
              <w:rPr>
                <w:b/>
                <w:bCs/>
                <w:sz w:val="18"/>
                <w:szCs w:val="18"/>
                <w:lang w:val="fr-FR"/>
              </w:rPr>
            </w:pPr>
            <w:r w:rsidRPr="00EA7EA3">
              <w:rPr>
                <w:b/>
                <w:bCs/>
                <w:sz w:val="18"/>
                <w:szCs w:val="18"/>
                <w:lang w:val="fr-FR"/>
              </w:rPr>
              <w:t xml:space="preserve"> D · Lucrări inginerești, inclusiv intervenții la astfel de construcții</w:t>
            </w:r>
          </w:p>
        </w:tc>
      </w:tr>
      <w:tr w:rsidR="003C7CA3" w:rsidRPr="00EA7EA3" w14:paraId="04D8B1F3" w14:textId="77777777">
        <w:trPr>
          <w:cantSplit/>
        </w:trPr>
        <w:tc>
          <w:tcPr>
            <w:tcW w:w="9636" w:type="dxa"/>
          </w:tcPr>
          <w:p w14:paraId="5DB1C9BE" w14:textId="76B89D5D" w:rsidR="003C7CA3" w:rsidRPr="00EA7EA3" w:rsidRDefault="003454F7">
            <w:pPr>
              <w:rPr>
                <w:sz w:val="18"/>
                <w:szCs w:val="18"/>
                <w:lang w:val="fr-FR"/>
              </w:rPr>
            </w:pPr>
            <w:r w:rsidRPr="00EA7EA3">
              <w:rPr>
                <w:sz w:val="18"/>
                <w:szCs w:val="18"/>
                <w:lang w:val="fr-FR"/>
              </w:rPr>
              <w:t>☐ D.1</w:t>
            </w:r>
            <w:r w:rsidR="00EE1FD2">
              <w:rPr>
                <w:sz w:val="18"/>
                <w:szCs w:val="18"/>
                <w:lang w:val="fr-FR"/>
              </w:rPr>
              <w:t xml:space="preserve">. </w:t>
            </w:r>
            <w:r w:rsidRPr="00EA7EA3">
              <w:rPr>
                <w:sz w:val="18"/>
                <w:szCs w:val="18"/>
                <w:lang w:val="fr-FR"/>
              </w:rPr>
              <w:t>infrastructura de transport, alta decât cea de interes național</w:t>
            </w:r>
          </w:p>
          <w:p w14:paraId="0895795C" w14:textId="4E15DE52" w:rsidR="003C7CA3" w:rsidRPr="00EA7EA3" w:rsidRDefault="003454F7">
            <w:pPr>
              <w:rPr>
                <w:sz w:val="18"/>
                <w:szCs w:val="18"/>
                <w:lang w:val="fr-FR"/>
              </w:rPr>
            </w:pPr>
            <w:r w:rsidRPr="00EA7EA3">
              <w:rPr>
                <w:sz w:val="18"/>
                <w:szCs w:val="18"/>
                <w:lang w:val="fr-FR"/>
              </w:rPr>
              <w:t>☐ D.2</w:t>
            </w:r>
            <w:r w:rsidR="00EE1FD2">
              <w:rPr>
                <w:sz w:val="18"/>
                <w:szCs w:val="18"/>
                <w:lang w:val="fr-FR"/>
              </w:rPr>
              <w:t xml:space="preserve">. </w:t>
            </w:r>
            <w:r w:rsidRPr="00EA7EA3">
              <w:rPr>
                <w:sz w:val="18"/>
                <w:szCs w:val="18"/>
                <w:lang w:val="fr-FR"/>
              </w:rPr>
              <w:t>infrastructură în domeniul energiei</w:t>
            </w:r>
          </w:p>
          <w:p w14:paraId="695D7125" w14:textId="4478B7F0" w:rsidR="003C7CA3" w:rsidRPr="00EA7EA3" w:rsidRDefault="003454F7">
            <w:pPr>
              <w:rPr>
                <w:sz w:val="18"/>
                <w:szCs w:val="18"/>
                <w:lang w:val="fr-FR"/>
              </w:rPr>
            </w:pPr>
            <w:r w:rsidRPr="00EA7EA3">
              <w:rPr>
                <w:sz w:val="18"/>
                <w:szCs w:val="18"/>
                <w:lang w:val="fr-FR"/>
              </w:rPr>
              <w:t>☐ D.3</w:t>
            </w:r>
            <w:r w:rsidR="00EE1FD2">
              <w:rPr>
                <w:sz w:val="18"/>
                <w:szCs w:val="18"/>
                <w:lang w:val="fr-FR"/>
              </w:rPr>
              <w:t>.</w:t>
            </w:r>
            <w:r w:rsidRPr="00EA7EA3">
              <w:rPr>
                <w:sz w:val="18"/>
                <w:szCs w:val="18"/>
                <w:lang w:val="fr-FR"/>
              </w:rPr>
              <w:t xml:space="preserve"> rețele de comunicații electronice și infrastructurile fizice aferente</w:t>
            </w:r>
          </w:p>
          <w:p w14:paraId="40CA9785" w14:textId="23961288" w:rsidR="003C7CA3" w:rsidRPr="00EA7EA3" w:rsidRDefault="003454F7">
            <w:pPr>
              <w:rPr>
                <w:sz w:val="18"/>
                <w:szCs w:val="18"/>
                <w:lang w:val="fr-FR"/>
              </w:rPr>
            </w:pPr>
            <w:r w:rsidRPr="00EA7EA3">
              <w:rPr>
                <w:sz w:val="18"/>
                <w:szCs w:val="18"/>
                <w:lang w:val="fr-FR"/>
              </w:rPr>
              <w:t>☐ D.4</w:t>
            </w:r>
            <w:r w:rsidR="00EE1FD2">
              <w:rPr>
                <w:sz w:val="18"/>
                <w:szCs w:val="18"/>
                <w:lang w:val="fr-FR"/>
              </w:rPr>
              <w:t>.</w:t>
            </w:r>
            <w:r w:rsidRPr="00EA7EA3">
              <w:rPr>
                <w:sz w:val="18"/>
                <w:szCs w:val="18"/>
                <w:lang w:val="fr-FR"/>
              </w:rPr>
              <w:t xml:space="preserve"> gospodărirea apelor</w:t>
            </w:r>
          </w:p>
          <w:p w14:paraId="3723A58E" w14:textId="0A57499F" w:rsidR="003C7CA3" w:rsidRPr="00EA7EA3" w:rsidRDefault="003454F7">
            <w:pPr>
              <w:rPr>
                <w:sz w:val="18"/>
                <w:szCs w:val="18"/>
                <w:lang w:val="fr-FR"/>
              </w:rPr>
            </w:pPr>
            <w:r w:rsidRPr="00EA7EA3">
              <w:rPr>
                <w:sz w:val="18"/>
                <w:szCs w:val="18"/>
                <w:lang w:val="fr-FR"/>
              </w:rPr>
              <w:t>☐ D.5</w:t>
            </w:r>
            <w:r w:rsidR="00EE1FD2">
              <w:rPr>
                <w:sz w:val="18"/>
                <w:szCs w:val="18"/>
                <w:lang w:val="fr-FR"/>
              </w:rPr>
              <w:t>.</w:t>
            </w:r>
            <w:r w:rsidRPr="00EA7EA3">
              <w:rPr>
                <w:sz w:val="18"/>
                <w:szCs w:val="18"/>
                <w:lang w:val="fr-FR"/>
              </w:rPr>
              <w:t xml:space="preserve"> hidrotehnice</w:t>
            </w:r>
          </w:p>
          <w:p w14:paraId="6D930310" w14:textId="69315912" w:rsidR="003C7CA3" w:rsidRPr="00EA7EA3" w:rsidRDefault="003454F7">
            <w:pPr>
              <w:rPr>
                <w:sz w:val="18"/>
                <w:szCs w:val="18"/>
                <w:lang w:val="fr-FR"/>
              </w:rPr>
            </w:pPr>
            <w:r w:rsidRPr="00EA7EA3">
              <w:rPr>
                <w:sz w:val="18"/>
                <w:szCs w:val="18"/>
                <w:lang w:val="fr-FR"/>
              </w:rPr>
              <w:t>☐ D.6</w:t>
            </w:r>
            <w:r w:rsidR="00EE1FD2">
              <w:rPr>
                <w:sz w:val="18"/>
                <w:szCs w:val="18"/>
                <w:lang w:val="fr-FR"/>
              </w:rPr>
              <w:t>.</w:t>
            </w:r>
            <w:r w:rsidRPr="00EA7EA3">
              <w:rPr>
                <w:sz w:val="18"/>
                <w:szCs w:val="18"/>
                <w:lang w:val="fr-FR"/>
              </w:rPr>
              <w:t xml:space="preserve"> miniere</w:t>
            </w:r>
          </w:p>
          <w:p w14:paraId="3BE96BC8" w14:textId="27F8AA1C" w:rsidR="00EE1FD2" w:rsidRPr="00EA7EA3" w:rsidRDefault="003454F7">
            <w:pPr>
              <w:rPr>
                <w:sz w:val="18"/>
                <w:szCs w:val="18"/>
              </w:rPr>
            </w:pPr>
            <w:r w:rsidRPr="00EA7EA3">
              <w:rPr>
                <w:sz w:val="18"/>
                <w:szCs w:val="18"/>
              </w:rPr>
              <w:t>☐ D.7</w:t>
            </w:r>
            <w:r w:rsidR="00EE1FD2">
              <w:rPr>
                <w:sz w:val="18"/>
                <w:szCs w:val="18"/>
              </w:rPr>
              <w:t>.</w:t>
            </w:r>
            <w:r w:rsidRPr="00EA7EA3">
              <w:rPr>
                <w:sz w:val="18"/>
                <w:szCs w:val="18"/>
              </w:rPr>
              <w:t xml:space="preserve"> alte lucrări inginerești necesare unor obiective de interes public</w:t>
            </w:r>
          </w:p>
        </w:tc>
      </w:tr>
    </w:tbl>
    <w:p w14:paraId="082F6609" w14:textId="77777777" w:rsidR="003C7CA3" w:rsidRPr="00EA7EA3" w:rsidRDefault="003C7CA3">
      <w:pPr>
        <w:spacing w:line="168" w:lineRule="auto"/>
        <w:rPr>
          <w:sz w:val="18"/>
          <w:szCs w:val="18"/>
          <w:u w:val="single"/>
        </w:rPr>
      </w:pPr>
    </w:p>
    <w:p w14:paraId="7B0C7BA1" w14:textId="77777777" w:rsidR="00913191" w:rsidRPr="00EA7EA3" w:rsidRDefault="00913191">
      <w:pPr>
        <w:spacing w:line="168" w:lineRule="auto"/>
        <w:rPr>
          <w:sz w:val="18"/>
          <w:szCs w:val="18"/>
          <w:u w:val="single"/>
          <w:lang w:val="fr-FR"/>
        </w:rPr>
      </w:pPr>
    </w:p>
    <w:p w14:paraId="4AA9E511" w14:textId="2D0DDB8C" w:rsidR="00913191" w:rsidRPr="00EA7EA3" w:rsidRDefault="00913191" w:rsidP="00913191">
      <w:pPr>
        <w:rPr>
          <w:sz w:val="18"/>
          <w:szCs w:val="18"/>
          <w:u w:val="single"/>
          <w:lang w:val="fr-FR"/>
        </w:rPr>
      </w:pPr>
      <w:r w:rsidRPr="00EA7EA3">
        <w:rPr>
          <w:sz w:val="18"/>
          <w:szCs w:val="18"/>
          <w:u w:val="single"/>
          <w:lang w:val="fr-FR"/>
        </w:rPr>
        <w:t xml:space="preserve">Punctele 2-9 se completeaza în cazul cladirilor și al intervențiilor asupra clădirilor existente, iar </w:t>
      </w:r>
      <w:r w:rsidR="00F61A70" w:rsidRPr="00EA7EA3">
        <w:rPr>
          <w:sz w:val="18"/>
          <w:szCs w:val="18"/>
          <w:u w:val="single"/>
          <w:lang w:val="fr-FR"/>
        </w:rPr>
        <w:t xml:space="preserve"> </w:t>
      </w:r>
      <w:r w:rsidRPr="00EA7EA3">
        <w:rPr>
          <w:sz w:val="18"/>
          <w:szCs w:val="18"/>
          <w:u w:val="single"/>
          <w:lang w:val="fr-FR"/>
        </w:rPr>
        <w:t>în cazul amenjărilor /lucrărilor inginerești, doar dacă acestea cuprind și clădiri</w:t>
      </w:r>
    </w:p>
    <w:p w14:paraId="4D0FD730" w14:textId="77777777" w:rsidR="00913191" w:rsidRPr="00EA7EA3" w:rsidRDefault="00913191">
      <w:pPr>
        <w:spacing w:line="168" w:lineRule="auto"/>
        <w:rPr>
          <w:b/>
          <w:bCs/>
          <w:sz w:val="18"/>
          <w:szCs w:val="18"/>
          <w:u w:val="single"/>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1606"/>
        <w:gridCol w:w="2409"/>
        <w:gridCol w:w="2409"/>
      </w:tblGrid>
      <w:tr w:rsidR="003C7CA3" w:rsidRPr="00EA7EA3" w14:paraId="0C8ACC4D" w14:textId="77777777">
        <w:trPr>
          <w:cantSplit/>
        </w:trPr>
        <w:tc>
          <w:tcPr>
            <w:tcW w:w="9636" w:type="dxa"/>
            <w:gridSpan w:val="5"/>
            <w:shd w:val="clear" w:color="auto" w:fill="F4F4F4"/>
          </w:tcPr>
          <w:p w14:paraId="1D6A27EF" w14:textId="19CFC06A" w:rsidR="003C7CA3" w:rsidRPr="00EA7EA3" w:rsidRDefault="003454F7">
            <w:pPr>
              <w:keepNext/>
              <w:rPr>
                <w:sz w:val="18"/>
                <w:szCs w:val="18"/>
                <w:lang w:val="fr-FR"/>
              </w:rPr>
            </w:pPr>
            <w:r w:rsidRPr="00EA7EA3">
              <w:rPr>
                <w:b/>
                <w:sz w:val="18"/>
                <w:szCs w:val="18"/>
                <w:lang w:val="fr-FR"/>
              </w:rPr>
              <w:lastRenderedPageBreak/>
              <w:t xml:space="preserve"> 2. </w:t>
            </w:r>
            <w:r w:rsidRPr="00EA7EA3">
              <w:rPr>
                <w:b/>
                <w:color w:val="000000"/>
                <w:sz w:val="18"/>
                <w:szCs w:val="18"/>
                <w:lang w:val="fr-FR"/>
              </w:rPr>
              <w:t>DATELE CARACTERISTICE ALE AMPLASAMENTULUI</w:t>
            </w:r>
          </w:p>
        </w:tc>
      </w:tr>
      <w:tr w:rsidR="003C7CA3" w:rsidRPr="00EA7EA3" w14:paraId="7869F015" w14:textId="77777777">
        <w:trPr>
          <w:cantSplit/>
          <w:trHeight w:val="510"/>
        </w:trPr>
        <w:tc>
          <w:tcPr>
            <w:tcW w:w="3212" w:type="dxa"/>
            <w:gridSpan w:val="2"/>
          </w:tcPr>
          <w:p w14:paraId="43CC5C98" w14:textId="77777777" w:rsidR="003C7CA3" w:rsidRPr="00EA7EA3" w:rsidRDefault="003454F7">
            <w:pPr>
              <w:keepNext/>
              <w:rPr>
                <w:sz w:val="18"/>
                <w:szCs w:val="18"/>
              </w:rPr>
            </w:pPr>
            <w:r w:rsidRPr="00EA7EA3">
              <w:rPr>
                <w:b/>
                <w:color w:val="0D5F78"/>
                <w:sz w:val="18"/>
                <w:szCs w:val="18"/>
              </w:rPr>
              <w:t>Suprafața terenului (m²)</w:t>
            </w:r>
          </w:p>
          <w:p w14:paraId="12091D05" w14:textId="77777777" w:rsidR="003C7CA3" w:rsidRPr="00EA7EA3" w:rsidRDefault="003C7CA3">
            <w:pPr>
              <w:keepNext/>
              <w:rPr>
                <w:sz w:val="18"/>
                <w:szCs w:val="18"/>
              </w:rPr>
            </w:pPr>
          </w:p>
        </w:tc>
        <w:tc>
          <w:tcPr>
            <w:tcW w:w="6424" w:type="dxa"/>
            <w:gridSpan w:val="3"/>
          </w:tcPr>
          <w:p w14:paraId="02AB0E94" w14:textId="77777777" w:rsidR="003C7CA3" w:rsidRPr="00EA7EA3" w:rsidRDefault="003454F7">
            <w:pPr>
              <w:keepNext/>
              <w:rPr>
                <w:sz w:val="18"/>
                <w:szCs w:val="18"/>
                <w:lang w:val="fr-FR"/>
              </w:rPr>
            </w:pPr>
            <w:r w:rsidRPr="00EA7EA3">
              <w:rPr>
                <w:b/>
                <w:color w:val="0D5F78"/>
                <w:sz w:val="18"/>
                <w:szCs w:val="18"/>
                <w:lang w:val="fr-FR"/>
              </w:rPr>
              <w:t>Terenul este</w:t>
            </w:r>
          </w:p>
          <w:p w14:paraId="775AFB5C" w14:textId="77777777" w:rsidR="003C7CA3" w:rsidRPr="00EA7EA3" w:rsidRDefault="003454F7">
            <w:pPr>
              <w:keepNext/>
              <w:rPr>
                <w:sz w:val="18"/>
                <w:szCs w:val="18"/>
                <w:lang w:val="fr-FR"/>
              </w:rPr>
            </w:pPr>
            <w:r w:rsidRPr="00EA7EA3">
              <w:rPr>
                <w:sz w:val="18"/>
                <w:szCs w:val="18"/>
                <w:lang w:val="fr-FR"/>
              </w:rPr>
              <w:t>☐ liber de construcții     ☐ nu este liber de construcții</w:t>
            </w:r>
          </w:p>
        </w:tc>
      </w:tr>
      <w:tr w:rsidR="003C7CA3" w:rsidRPr="00EA7EA3" w14:paraId="7F716C47" w14:textId="77777777" w:rsidTr="0007047E">
        <w:trPr>
          <w:cantSplit/>
          <w:trHeight w:val="369"/>
        </w:trPr>
        <w:tc>
          <w:tcPr>
            <w:tcW w:w="4818" w:type="dxa"/>
            <w:gridSpan w:val="3"/>
          </w:tcPr>
          <w:p w14:paraId="132C498C" w14:textId="77777777" w:rsidR="003C7CA3" w:rsidRPr="00EA7EA3" w:rsidRDefault="003454F7">
            <w:pPr>
              <w:keepNext/>
              <w:rPr>
                <w:sz w:val="18"/>
                <w:szCs w:val="18"/>
              </w:rPr>
            </w:pPr>
            <w:r w:rsidRPr="00EA7EA3">
              <w:rPr>
                <w:b/>
                <w:color w:val="0D5F78"/>
                <w:sz w:val="18"/>
                <w:szCs w:val="18"/>
              </w:rPr>
              <w:t>Acces carosabil din strada</w:t>
            </w:r>
          </w:p>
          <w:p w14:paraId="250E3356" w14:textId="77777777" w:rsidR="003C7CA3" w:rsidRPr="00EA7EA3" w:rsidRDefault="003C7CA3">
            <w:pPr>
              <w:keepNext/>
              <w:rPr>
                <w:sz w:val="18"/>
                <w:szCs w:val="18"/>
              </w:rPr>
            </w:pPr>
          </w:p>
        </w:tc>
        <w:tc>
          <w:tcPr>
            <w:tcW w:w="4818" w:type="dxa"/>
            <w:gridSpan w:val="2"/>
          </w:tcPr>
          <w:p w14:paraId="650B5965" w14:textId="3B87D292" w:rsidR="003C7CA3" w:rsidRPr="00EA7EA3" w:rsidRDefault="003454F7">
            <w:pPr>
              <w:keepNext/>
              <w:rPr>
                <w:sz w:val="18"/>
                <w:szCs w:val="18"/>
                <w:lang w:val="fr-FR"/>
              </w:rPr>
            </w:pPr>
            <w:r w:rsidRPr="00EA7EA3">
              <w:rPr>
                <w:sz w:val="18"/>
                <w:szCs w:val="18"/>
                <w:lang w:val="fr-FR"/>
              </w:rPr>
              <w:t>☐ direct     ☐ prin drum p</w:t>
            </w:r>
            <w:r w:rsidR="0007047E" w:rsidRPr="00EA7EA3">
              <w:rPr>
                <w:sz w:val="18"/>
                <w:szCs w:val="18"/>
                <w:lang w:val="fr-FR"/>
              </w:rPr>
              <w:t>rivat</w:t>
            </w:r>
          </w:p>
        </w:tc>
      </w:tr>
      <w:tr w:rsidR="003C7CA3" w:rsidRPr="00EA7EA3" w14:paraId="53A8A3B2" w14:textId="77777777">
        <w:trPr>
          <w:cantSplit/>
        </w:trPr>
        <w:tc>
          <w:tcPr>
            <w:tcW w:w="9636" w:type="dxa"/>
            <w:gridSpan w:val="5"/>
          </w:tcPr>
          <w:p w14:paraId="606E8547" w14:textId="77777777" w:rsidR="003C7CA3" w:rsidRPr="00EA7EA3" w:rsidRDefault="003454F7">
            <w:pPr>
              <w:keepNext/>
              <w:rPr>
                <w:sz w:val="18"/>
                <w:szCs w:val="18"/>
                <w:lang w:val="fr-FR"/>
              </w:rPr>
            </w:pPr>
            <w:r w:rsidRPr="00EA7EA3">
              <w:rPr>
                <w:sz w:val="18"/>
                <w:szCs w:val="18"/>
                <w:lang w:val="fr-FR"/>
              </w:rPr>
              <w:t xml:space="preserve"> ☐ terenul se află în zona de protecție a monumentelor istorice     ☐ terenul se află în zone construite protejate</w:t>
            </w:r>
          </w:p>
          <w:p w14:paraId="3D53D1E9" w14:textId="77777777" w:rsidR="00C46767" w:rsidRPr="00EA7EA3" w:rsidRDefault="00C46767" w:rsidP="00C46767">
            <w:pPr>
              <w:rPr>
                <w:sz w:val="18"/>
                <w:szCs w:val="18"/>
                <w:lang w:val="fr-FR"/>
              </w:rPr>
            </w:pPr>
          </w:p>
        </w:tc>
      </w:tr>
      <w:tr w:rsidR="003C7CA3" w:rsidRPr="00EA7EA3" w14:paraId="165B4D0A" w14:textId="77777777">
        <w:trPr>
          <w:cantSplit/>
        </w:trPr>
        <w:tc>
          <w:tcPr>
            <w:tcW w:w="9636" w:type="dxa"/>
            <w:gridSpan w:val="5"/>
          </w:tcPr>
          <w:p w14:paraId="079CCB85" w14:textId="77777777" w:rsidR="003C7CA3" w:rsidRPr="00EA7EA3" w:rsidRDefault="003454F7">
            <w:pPr>
              <w:keepNext/>
              <w:pBdr>
                <w:bottom w:val="dotted" w:sz="6" w:space="0" w:color="999999"/>
              </w:pBdr>
              <w:spacing w:after="80"/>
              <w:rPr>
                <w:sz w:val="18"/>
                <w:szCs w:val="18"/>
              </w:rPr>
            </w:pPr>
            <w:r w:rsidRPr="00EA7EA3">
              <w:rPr>
                <w:color w:val="0D5F78"/>
                <w:sz w:val="18"/>
                <w:szCs w:val="18"/>
              </w:rPr>
              <w:t xml:space="preserve">Servituți  </w:t>
            </w:r>
          </w:p>
          <w:p w14:paraId="7D7BEDB6" w14:textId="77777777" w:rsidR="003C7CA3" w:rsidRPr="00EA7EA3" w:rsidRDefault="003C7CA3">
            <w:pPr>
              <w:keepNext/>
              <w:pBdr>
                <w:bottom w:val="dotted" w:sz="6" w:space="0" w:color="999999"/>
              </w:pBdr>
              <w:spacing w:after="80"/>
              <w:rPr>
                <w:sz w:val="18"/>
                <w:szCs w:val="18"/>
              </w:rPr>
            </w:pPr>
          </w:p>
        </w:tc>
      </w:tr>
      <w:tr w:rsidR="00C46767" w:rsidRPr="00EA7EA3" w14:paraId="483B4B50" w14:textId="77777777">
        <w:trPr>
          <w:cantSplit/>
        </w:trPr>
        <w:tc>
          <w:tcPr>
            <w:tcW w:w="9636" w:type="dxa"/>
            <w:gridSpan w:val="5"/>
            <w:shd w:val="clear" w:color="auto" w:fill="F4F4F4"/>
          </w:tcPr>
          <w:p w14:paraId="4E8E6812" w14:textId="500AFB81" w:rsidR="00C46767" w:rsidRPr="00EA7EA3" w:rsidRDefault="00C46767">
            <w:pPr>
              <w:keepNext/>
              <w:rPr>
                <w:sz w:val="18"/>
                <w:szCs w:val="18"/>
              </w:rPr>
            </w:pPr>
            <w:r w:rsidRPr="00EA7EA3">
              <w:rPr>
                <w:sz w:val="18"/>
                <w:szCs w:val="18"/>
              </w:rPr>
              <w:t>Amplasare</w:t>
            </w:r>
          </w:p>
        </w:tc>
      </w:tr>
      <w:tr w:rsidR="00C46767" w:rsidRPr="00EA7EA3" w14:paraId="44377C56" w14:textId="77777777" w:rsidTr="00C46767">
        <w:trPr>
          <w:cantSplit/>
        </w:trPr>
        <w:tc>
          <w:tcPr>
            <w:tcW w:w="2409" w:type="dxa"/>
            <w:shd w:val="clear" w:color="auto" w:fill="FFFFFF" w:themeFill="background1"/>
          </w:tcPr>
          <w:p w14:paraId="7A9EEBA3" w14:textId="77777777" w:rsidR="00C46767" w:rsidRPr="00EA7EA3" w:rsidRDefault="00C46767" w:rsidP="00C46767">
            <w:pPr>
              <w:keepNext/>
              <w:rPr>
                <w:sz w:val="18"/>
                <w:szCs w:val="18"/>
              </w:rPr>
            </w:pPr>
            <w:r w:rsidRPr="00EA7EA3">
              <w:rPr>
                <w:b/>
                <w:color w:val="0D5F78"/>
                <w:sz w:val="18"/>
                <w:szCs w:val="18"/>
              </w:rPr>
              <w:t>Tip amplasare</w:t>
            </w:r>
          </w:p>
          <w:p w14:paraId="3DC2BE2E" w14:textId="77777777" w:rsidR="00C46767" w:rsidRPr="00EA7EA3" w:rsidRDefault="00C46767" w:rsidP="00C46767">
            <w:pPr>
              <w:keepNext/>
              <w:rPr>
                <w:sz w:val="18"/>
                <w:szCs w:val="18"/>
              </w:rPr>
            </w:pPr>
            <w:r w:rsidRPr="00EA7EA3">
              <w:rPr>
                <w:i/>
                <w:color w:val="7A7A7A"/>
                <w:sz w:val="18"/>
                <w:szCs w:val="18"/>
              </w:rPr>
              <w:t>izolat · cuplat · înșiruit</w:t>
            </w:r>
          </w:p>
          <w:p w14:paraId="13BE7951" w14:textId="77777777" w:rsidR="00C46767" w:rsidRPr="00EA7EA3" w:rsidRDefault="00C46767" w:rsidP="00C46767">
            <w:pPr>
              <w:keepNext/>
              <w:rPr>
                <w:sz w:val="18"/>
                <w:szCs w:val="18"/>
              </w:rPr>
            </w:pPr>
          </w:p>
        </w:tc>
        <w:tc>
          <w:tcPr>
            <w:tcW w:w="2409" w:type="dxa"/>
            <w:gridSpan w:val="2"/>
            <w:shd w:val="clear" w:color="auto" w:fill="FFFFFF" w:themeFill="background1"/>
          </w:tcPr>
          <w:p w14:paraId="55A50C10" w14:textId="77777777" w:rsidR="00C46767" w:rsidRPr="00EA7EA3" w:rsidRDefault="00C46767" w:rsidP="00C46767">
            <w:pPr>
              <w:keepNext/>
              <w:rPr>
                <w:sz w:val="18"/>
                <w:szCs w:val="18"/>
              </w:rPr>
            </w:pPr>
            <w:r w:rsidRPr="00EA7EA3">
              <w:rPr>
                <w:b/>
                <w:color w:val="0D5F78"/>
                <w:sz w:val="18"/>
                <w:szCs w:val="18"/>
              </w:rPr>
              <w:t>Tipologie / morfologie urbană</w:t>
            </w:r>
          </w:p>
          <w:p w14:paraId="0D40C2D7" w14:textId="77777777" w:rsidR="00C46767" w:rsidRPr="00EA7EA3" w:rsidRDefault="00C46767" w:rsidP="00C46767">
            <w:pPr>
              <w:keepNext/>
              <w:rPr>
                <w:sz w:val="18"/>
                <w:szCs w:val="18"/>
              </w:rPr>
            </w:pPr>
          </w:p>
        </w:tc>
        <w:tc>
          <w:tcPr>
            <w:tcW w:w="2409" w:type="dxa"/>
            <w:shd w:val="clear" w:color="auto" w:fill="FFFFFF" w:themeFill="background1"/>
          </w:tcPr>
          <w:p w14:paraId="37CCB26E" w14:textId="77777777" w:rsidR="00C46767" w:rsidRPr="00EA7EA3" w:rsidRDefault="00C46767" w:rsidP="00C46767">
            <w:pPr>
              <w:keepNext/>
              <w:rPr>
                <w:sz w:val="18"/>
                <w:szCs w:val="18"/>
              </w:rPr>
            </w:pPr>
            <w:r w:rsidRPr="00EA7EA3">
              <w:rPr>
                <w:b/>
                <w:color w:val="0D5F78"/>
                <w:sz w:val="18"/>
                <w:szCs w:val="18"/>
              </w:rPr>
              <w:t xml:space="preserve">Front construit </w:t>
            </w:r>
          </w:p>
          <w:p w14:paraId="087F5E3E" w14:textId="77777777" w:rsidR="00C46767" w:rsidRPr="00EA7EA3" w:rsidRDefault="00C46767" w:rsidP="00C46767">
            <w:pPr>
              <w:keepNext/>
              <w:rPr>
                <w:sz w:val="18"/>
                <w:szCs w:val="18"/>
              </w:rPr>
            </w:pPr>
          </w:p>
        </w:tc>
        <w:tc>
          <w:tcPr>
            <w:tcW w:w="2409" w:type="dxa"/>
            <w:shd w:val="clear" w:color="auto" w:fill="FFFFFF" w:themeFill="background1"/>
          </w:tcPr>
          <w:p w14:paraId="42E60006" w14:textId="77777777" w:rsidR="00C46767" w:rsidRPr="00EA7EA3" w:rsidRDefault="00C46767" w:rsidP="00C46767">
            <w:pPr>
              <w:keepNext/>
              <w:rPr>
                <w:sz w:val="18"/>
                <w:szCs w:val="18"/>
              </w:rPr>
            </w:pPr>
            <w:r w:rsidRPr="00EA7EA3">
              <w:rPr>
                <w:b/>
                <w:color w:val="0D5F78"/>
                <w:sz w:val="18"/>
                <w:szCs w:val="18"/>
              </w:rPr>
              <w:t>Curte interioară</w:t>
            </w:r>
          </w:p>
          <w:p w14:paraId="2BA71759" w14:textId="170AC89A" w:rsidR="00C46767" w:rsidRPr="00EA7EA3" w:rsidRDefault="00C46767" w:rsidP="00C46767">
            <w:pPr>
              <w:keepNext/>
              <w:rPr>
                <w:sz w:val="18"/>
                <w:szCs w:val="18"/>
              </w:rPr>
            </w:pPr>
          </w:p>
        </w:tc>
      </w:tr>
      <w:tr w:rsidR="00C46767" w:rsidRPr="00EA7EA3" w14:paraId="7605E0CD" w14:textId="77777777">
        <w:trPr>
          <w:cantSplit/>
        </w:trPr>
        <w:tc>
          <w:tcPr>
            <w:tcW w:w="9636" w:type="dxa"/>
            <w:gridSpan w:val="5"/>
            <w:shd w:val="clear" w:color="auto" w:fill="F4F4F4"/>
          </w:tcPr>
          <w:p w14:paraId="47A73E17" w14:textId="77777777" w:rsidR="00C46767" w:rsidRPr="00EA7EA3" w:rsidRDefault="00C46767" w:rsidP="00C46767">
            <w:pPr>
              <w:keepNext/>
              <w:rPr>
                <w:sz w:val="18"/>
                <w:szCs w:val="18"/>
              </w:rPr>
            </w:pPr>
            <w:r w:rsidRPr="00EA7EA3">
              <w:rPr>
                <w:sz w:val="18"/>
                <w:szCs w:val="18"/>
              </w:rPr>
              <w:t xml:space="preserve"> Amplasarea clădirilor pe teren, după realizarea lucrărilor — retragerile minime</w:t>
            </w:r>
          </w:p>
        </w:tc>
      </w:tr>
      <w:tr w:rsidR="00C46767" w:rsidRPr="00EA7EA3" w14:paraId="2EE614B8" w14:textId="77777777">
        <w:trPr>
          <w:cantSplit/>
          <w:trHeight w:val="510"/>
        </w:trPr>
        <w:tc>
          <w:tcPr>
            <w:tcW w:w="2409" w:type="dxa"/>
          </w:tcPr>
          <w:p w14:paraId="5A8E209E" w14:textId="77777777" w:rsidR="00C46767" w:rsidRPr="00EA7EA3" w:rsidRDefault="00C46767" w:rsidP="00C46767">
            <w:pPr>
              <w:rPr>
                <w:sz w:val="18"/>
                <w:szCs w:val="18"/>
              </w:rPr>
            </w:pPr>
            <w:r w:rsidRPr="00EA7EA3">
              <w:rPr>
                <w:b/>
                <w:color w:val="0D5F78"/>
                <w:sz w:val="18"/>
                <w:szCs w:val="18"/>
              </w:rPr>
              <w:t>față de aliniament (m)</w:t>
            </w:r>
          </w:p>
          <w:p w14:paraId="198628E3" w14:textId="77777777" w:rsidR="00C46767" w:rsidRPr="00EA7EA3" w:rsidRDefault="00C46767" w:rsidP="00C46767">
            <w:pPr>
              <w:rPr>
                <w:sz w:val="18"/>
                <w:szCs w:val="18"/>
              </w:rPr>
            </w:pPr>
          </w:p>
        </w:tc>
        <w:tc>
          <w:tcPr>
            <w:tcW w:w="2409" w:type="dxa"/>
            <w:gridSpan w:val="2"/>
          </w:tcPr>
          <w:p w14:paraId="4ADB5DFD" w14:textId="77777777" w:rsidR="00C46767" w:rsidRPr="00EA7EA3" w:rsidRDefault="00C46767" w:rsidP="00C46767">
            <w:pPr>
              <w:rPr>
                <w:sz w:val="18"/>
                <w:szCs w:val="18"/>
              </w:rPr>
            </w:pPr>
            <w:r w:rsidRPr="00EA7EA3">
              <w:rPr>
                <w:b/>
                <w:color w:val="0D5F78"/>
                <w:sz w:val="18"/>
                <w:szCs w:val="18"/>
              </w:rPr>
              <w:t>față de limita lateral-dreapta (m)</w:t>
            </w:r>
          </w:p>
          <w:p w14:paraId="5CB17E5D" w14:textId="77777777" w:rsidR="00C46767" w:rsidRPr="00EA7EA3" w:rsidRDefault="00C46767" w:rsidP="00C46767">
            <w:pPr>
              <w:rPr>
                <w:sz w:val="18"/>
                <w:szCs w:val="18"/>
              </w:rPr>
            </w:pPr>
          </w:p>
        </w:tc>
        <w:tc>
          <w:tcPr>
            <w:tcW w:w="2409" w:type="dxa"/>
          </w:tcPr>
          <w:p w14:paraId="20498C41" w14:textId="77777777" w:rsidR="00C46767" w:rsidRPr="00EA7EA3" w:rsidRDefault="00C46767" w:rsidP="00C46767">
            <w:pPr>
              <w:rPr>
                <w:sz w:val="18"/>
                <w:szCs w:val="18"/>
                <w:lang w:val="fr-FR"/>
              </w:rPr>
            </w:pPr>
            <w:r w:rsidRPr="00EA7EA3">
              <w:rPr>
                <w:b/>
                <w:color w:val="0D5F78"/>
                <w:sz w:val="18"/>
                <w:szCs w:val="18"/>
                <w:lang w:val="fr-FR"/>
              </w:rPr>
              <w:t>față de limita lateral-stânga (m)</w:t>
            </w:r>
          </w:p>
          <w:p w14:paraId="4096649E" w14:textId="77777777" w:rsidR="00C46767" w:rsidRPr="00EA7EA3" w:rsidRDefault="00C46767" w:rsidP="00C46767">
            <w:pPr>
              <w:rPr>
                <w:sz w:val="18"/>
                <w:szCs w:val="18"/>
                <w:lang w:val="fr-FR"/>
              </w:rPr>
            </w:pPr>
          </w:p>
        </w:tc>
        <w:tc>
          <w:tcPr>
            <w:tcW w:w="2409" w:type="dxa"/>
          </w:tcPr>
          <w:p w14:paraId="649ED46B" w14:textId="77777777" w:rsidR="00C46767" w:rsidRPr="00EA7EA3" w:rsidRDefault="00C46767" w:rsidP="00C46767">
            <w:pPr>
              <w:rPr>
                <w:sz w:val="18"/>
                <w:szCs w:val="18"/>
                <w:lang w:val="fr-FR"/>
              </w:rPr>
            </w:pPr>
            <w:r w:rsidRPr="00EA7EA3">
              <w:rPr>
                <w:b/>
                <w:color w:val="0D5F78"/>
                <w:sz w:val="18"/>
                <w:szCs w:val="18"/>
                <w:lang w:val="fr-FR"/>
              </w:rPr>
              <w:t>față de limita posterioară (m)</w:t>
            </w:r>
          </w:p>
          <w:p w14:paraId="3C47F09A" w14:textId="77777777" w:rsidR="00C46767" w:rsidRPr="00EA7EA3" w:rsidRDefault="00C46767" w:rsidP="00C46767">
            <w:pPr>
              <w:rPr>
                <w:sz w:val="18"/>
                <w:szCs w:val="18"/>
                <w:lang w:val="fr-FR"/>
              </w:rPr>
            </w:pPr>
          </w:p>
        </w:tc>
      </w:tr>
      <w:tr w:rsidR="00C46767" w:rsidRPr="00EA7EA3" w14:paraId="41C06C37" w14:textId="77777777" w:rsidTr="0007047E">
        <w:trPr>
          <w:cantSplit/>
          <w:trHeight w:val="226"/>
        </w:trPr>
        <w:tc>
          <w:tcPr>
            <w:tcW w:w="4818" w:type="dxa"/>
            <w:gridSpan w:val="3"/>
            <w:shd w:val="clear" w:color="auto" w:fill="F2F2F2" w:themeFill="background1" w:themeFillShade="F2"/>
          </w:tcPr>
          <w:p w14:paraId="6B7999BC" w14:textId="33FF7E93" w:rsidR="00C46767" w:rsidRPr="00EA7EA3" w:rsidRDefault="00C46767" w:rsidP="00C46767">
            <w:pPr>
              <w:rPr>
                <w:bCs/>
                <w:color w:val="000000" w:themeColor="text1"/>
                <w:sz w:val="18"/>
                <w:szCs w:val="18"/>
                <w:lang w:val="fr-FR"/>
              </w:rPr>
            </w:pPr>
            <w:r w:rsidRPr="00EA7EA3">
              <w:rPr>
                <w:bCs/>
                <w:color w:val="000000" w:themeColor="text1"/>
                <w:sz w:val="18"/>
                <w:szCs w:val="18"/>
                <w:lang w:val="fr-FR"/>
              </w:rPr>
              <w:t>Procent de ocupare a terenului (%)</w:t>
            </w:r>
          </w:p>
        </w:tc>
        <w:tc>
          <w:tcPr>
            <w:tcW w:w="4818" w:type="dxa"/>
            <w:gridSpan w:val="2"/>
            <w:shd w:val="clear" w:color="auto" w:fill="F2F2F2" w:themeFill="background1" w:themeFillShade="F2"/>
          </w:tcPr>
          <w:p w14:paraId="62285E8F" w14:textId="2DCC1C68" w:rsidR="00C46767" w:rsidRPr="00EA7EA3" w:rsidRDefault="00C46767" w:rsidP="00C46767">
            <w:pPr>
              <w:rPr>
                <w:bCs/>
                <w:color w:val="000000" w:themeColor="text1"/>
                <w:sz w:val="18"/>
                <w:szCs w:val="18"/>
                <w:lang w:val="fr-FR"/>
              </w:rPr>
            </w:pPr>
            <w:r w:rsidRPr="00EA7EA3">
              <w:rPr>
                <w:bCs/>
                <w:color w:val="000000" w:themeColor="text1"/>
                <w:sz w:val="18"/>
                <w:szCs w:val="18"/>
                <w:lang w:val="fr-FR"/>
              </w:rPr>
              <w:t xml:space="preserve">Coeficient de utilizare a terenului </w:t>
            </w:r>
          </w:p>
        </w:tc>
      </w:tr>
      <w:tr w:rsidR="00C46767" w:rsidRPr="00EA7EA3" w14:paraId="060A73FB" w14:textId="77777777" w:rsidTr="0007047E">
        <w:trPr>
          <w:cantSplit/>
          <w:trHeight w:val="272"/>
        </w:trPr>
        <w:tc>
          <w:tcPr>
            <w:tcW w:w="2409" w:type="dxa"/>
          </w:tcPr>
          <w:p w14:paraId="0E0452C6" w14:textId="6F162BE0" w:rsidR="00C46767" w:rsidRPr="00EA7EA3" w:rsidRDefault="00C46767" w:rsidP="00C46767">
            <w:pPr>
              <w:rPr>
                <w:b/>
                <w:color w:val="0D5F78"/>
                <w:sz w:val="18"/>
                <w:szCs w:val="18"/>
                <w:lang w:val="fr-FR"/>
              </w:rPr>
            </w:pPr>
            <w:r w:rsidRPr="00EA7EA3">
              <w:rPr>
                <w:b/>
                <w:color w:val="0D5F78"/>
                <w:sz w:val="18"/>
                <w:szCs w:val="18"/>
                <w:lang w:val="fr-FR"/>
              </w:rPr>
              <w:t>Existent</w:t>
            </w:r>
          </w:p>
        </w:tc>
        <w:tc>
          <w:tcPr>
            <w:tcW w:w="2409" w:type="dxa"/>
            <w:gridSpan w:val="2"/>
          </w:tcPr>
          <w:p w14:paraId="56E832C5" w14:textId="77777777" w:rsidR="00C46767" w:rsidRPr="00EA7EA3" w:rsidRDefault="00C46767" w:rsidP="00C46767">
            <w:pPr>
              <w:rPr>
                <w:b/>
                <w:color w:val="0D5F78"/>
                <w:sz w:val="18"/>
                <w:szCs w:val="18"/>
                <w:lang w:val="fr-FR"/>
              </w:rPr>
            </w:pPr>
          </w:p>
        </w:tc>
        <w:tc>
          <w:tcPr>
            <w:tcW w:w="2409" w:type="dxa"/>
          </w:tcPr>
          <w:p w14:paraId="24F09C4A" w14:textId="4BD79D03" w:rsidR="00C46767" w:rsidRPr="00EA7EA3" w:rsidRDefault="00C46767" w:rsidP="00C46767">
            <w:pPr>
              <w:rPr>
                <w:b/>
                <w:color w:val="0D5F78"/>
                <w:sz w:val="18"/>
                <w:szCs w:val="18"/>
                <w:lang w:val="fr-FR"/>
              </w:rPr>
            </w:pPr>
            <w:r w:rsidRPr="00EA7EA3">
              <w:rPr>
                <w:b/>
                <w:color w:val="0D5F78"/>
                <w:sz w:val="18"/>
                <w:szCs w:val="18"/>
                <w:lang w:val="fr-FR"/>
              </w:rPr>
              <w:t>Existent</w:t>
            </w:r>
          </w:p>
        </w:tc>
        <w:tc>
          <w:tcPr>
            <w:tcW w:w="2409" w:type="dxa"/>
          </w:tcPr>
          <w:p w14:paraId="3DA88BDD" w14:textId="77777777" w:rsidR="00C46767" w:rsidRPr="00EA7EA3" w:rsidRDefault="00C46767" w:rsidP="00C46767">
            <w:pPr>
              <w:rPr>
                <w:b/>
                <w:color w:val="0D5F78"/>
                <w:sz w:val="18"/>
                <w:szCs w:val="18"/>
                <w:lang w:val="fr-FR"/>
              </w:rPr>
            </w:pPr>
          </w:p>
        </w:tc>
      </w:tr>
      <w:tr w:rsidR="00C46767" w:rsidRPr="00EA7EA3" w14:paraId="008E2BA0" w14:textId="77777777" w:rsidTr="0007047E">
        <w:trPr>
          <w:cantSplit/>
          <w:trHeight w:val="272"/>
        </w:trPr>
        <w:tc>
          <w:tcPr>
            <w:tcW w:w="2409" w:type="dxa"/>
          </w:tcPr>
          <w:p w14:paraId="7D7FB8E0" w14:textId="22FA1577" w:rsidR="00C46767" w:rsidRPr="00EA7EA3" w:rsidRDefault="00C46767" w:rsidP="00C46767">
            <w:pPr>
              <w:rPr>
                <w:b/>
                <w:color w:val="0D5F78"/>
                <w:sz w:val="18"/>
                <w:szCs w:val="18"/>
                <w:lang w:val="fr-FR"/>
              </w:rPr>
            </w:pPr>
            <w:r w:rsidRPr="00EA7EA3">
              <w:rPr>
                <w:b/>
                <w:color w:val="0D5F78"/>
                <w:sz w:val="18"/>
                <w:szCs w:val="18"/>
                <w:lang w:val="fr-FR"/>
              </w:rPr>
              <w:t>Propus</w:t>
            </w:r>
          </w:p>
        </w:tc>
        <w:tc>
          <w:tcPr>
            <w:tcW w:w="2409" w:type="dxa"/>
            <w:gridSpan w:val="2"/>
          </w:tcPr>
          <w:p w14:paraId="27E463A9" w14:textId="77777777" w:rsidR="00C46767" w:rsidRPr="00EA7EA3" w:rsidRDefault="00C46767" w:rsidP="00C46767">
            <w:pPr>
              <w:rPr>
                <w:b/>
                <w:color w:val="0D5F78"/>
                <w:sz w:val="18"/>
                <w:szCs w:val="18"/>
                <w:lang w:val="fr-FR"/>
              </w:rPr>
            </w:pPr>
          </w:p>
        </w:tc>
        <w:tc>
          <w:tcPr>
            <w:tcW w:w="2409" w:type="dxa"/>
          </w:tcPr>
          <w:p w14:paraId="7FD00EA7" w14:textId="29AF4CF0" w:rsidR="00C46767" w:rsidRPr="00EA7EA3" w:rsidRDefault="00C46767" w:rsidP="00C46767">
            <w:pPr>
              <w:rPr>
                <w:b/>
                <w:color w:val="0D5F78"/>
                <w:sz w:val="18"/>
                <w:szCs w:val="18"/>
                <w:lang w:val="fr-FR"/>
              </w:rPr>
            </w:pPr>
            <w:r w:rsidRPr="00EA7EA3">
              <w:rPr>
                <w:b/>
                <w:color w:val="0D5F78"/>
                <w:sz w:val="18"/>
                <w:szCs w:val="18"/>
                <w:lang w:val="fr-FR"/>
              </w:rPr>
              <w:t>Propus</w:t>
            </w:r>
          </w:p>
        </w:tc>
        <w:tc>
          <w:tcPr>
            <w:tcW w:w="2409" w:type="dxa"/>
          </w:tcPr>
          <w:p w14:paraId="6BCF08B6" w14:textId="77777777" w:rsidR="00C46767" w:rsidRPr="00EA7EA3" w:rsidRDefault="00C46767" w:rsidP="00C46767">
            <w:pPr>
              <w:rPr>
                <w:b/>
                <w:color w:val="0D5F78"/>
                <w:sz w:val="18"/>
                <w:szCs w:val="18"/>
                <w:lang w:val="fr-FR"/>
              </w:rPr>
            </w:pPr>
          </w:p>
        </w:tc>
      </w:tr>
    </w:tbl>
    <w:p w14:paraId="132E47EC" w14:textId="07AC5DB5" w:rsidR="003C7CA3" w:rsidRPr="00EA7EA3" w:rsidRDefault="003C7CA3">
      <w:pPr>
        <w:rPr>
          <w:sz w:val="18"/>
          <w:szCs w:val="18"/>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2409"/>
        <w:gridCol w:w="2409"/>
        <w:gridCol w:w="2409"/>
      </w:tblGrid>
      <w:tr w:rsidR="0007047E" w:rsidRPr="00EA7EA3" w14:paraId="03C946DF" w14:textId="77777777" w:rsidTr="00303E64">
        <w:trPr>
          <w:cantSplit/>
        </w:trPr>
        <w:tc>
          <w:tcPr>
            <w:tcW w:w="9636" w:type="dxa"/>
            <w:gridSpan w:val="4"/>
            <w:shd w:val="clear" w:color="auto" w:fill="F4F4F4"/>
          </w:tcPr>
          <w:p w14:paraId="5F98CBA4" w14:textId="2EDCA382" w:rsidR="0007047E" w:rsidRPr="00EA7EA3" w:rsidRDefault="0007047E" w:rsidP="00303E64">
            <w:pPr>
              <w:keepNext/>
              <w:rPr>
                <w:sz w:val="18"/>
                <w:szCs w:val="18"/>
                <w:lang w:val="fr-FR"/>
              </w:rPr>
            </w:pPr>
            <w:r w:rsidRPr="00EA7EA3">
              <w:rPr>
                <w:b/>
                <w:sz w:val="18"/>
                <w:szCs w:val="18"/>
                <w:lang w:val="fr-FR"/>
              </w:rPr>
              <w:t xml:space="preserve">3. </w:t>
            </w:r>
            <w:r w:rsidRPr="00EA7EA3">
              <w:rPr>
                <w:b/>
                <w:color w:val="000000"/>
                <w:sz w:val="18"/>
                <w:szCs w:val="18"/>
                <w:lang w:val="fr-FR"/>
              </w:rPr>
              <w:t xml:space="preserve">SUPRAFEȚE </w:t>
            </w:r>
          </w:p>
        </w:tc>
      </w:tr>
      <w:tr w:rsidR="0007047E" w:rsidRPr="00EA7EA3" w14:paraId="0B55DA5B" w14:textId="77777777" w:rsidTr="00303E64">
        <w:trPr>
          <w:cantSplit/>
          <w:trHeight w:val="297"/>
        </w:trPr>
        <w:tc>
          <w:tcPr>
            <w:tcW w:w="2409" w:type="dxa"/>
          </w:tcPr>
          <w:p w14:paraId="5BB088E4" w14:textId="77777777" w:rsidR="0007047E" w:rsidRPr="00EA7EA3" w:rsidRDefault="0007047E" w:rsidP="00303E64">
            <w:pPr>
              <w:keepNext/>
              <w:rPr>
                <w:sz w:val="18"/>
                <w:szCs w:val="18"/>
              </w:rPr>
            </w:pPr>
            <w:r w:rsidRPr="00EA7EA3">
              <w:rPr>
                <w:sz w:val="18"/>
                <w:szCs w:val="18"/>
              </w:rPr>
              <w:t>clădiri existente, din care:</w:t>
            </w:r>
          </w:p>
        </w:tc>
        <w:tc>
          <w:tcPr>
            <w:tcW w:w="2409" w:type="dxa"/>
          </w:tcPr>
          <w:p w14:paraId="1E806F4B" w14:textId="77777777" w:rsidR="0007047E" w:rsidRPr="00EA7EA3" w:rsidRDefault="0007047E" w:rsidP="00303E64">
            <w:pPr>
              <w:keepNext/>
              <w:rPr>
                <w:sz w:val="18"/>
                <w:szCs w:val="18"/>
              </w:rPr>
            </w:pPr>
            <w:r w:rsidRPr="00EA7EA3">
              <w:rPr>
                <w:b/>
                <w:color w:val="0D5F78"/>
                <w:sz w:val="18"/>
                <w:szCs w:val="18"/>
              </w:rPr>
              <w:t>Suprafață construită (m²)</w:t>
            </w:r>
          </w:p>
          <w:p w14:paraId="403A4944" w14:textId="77777777" w:rsidR="0007047E" w:rsidRPr="00EA7EA3" w:rsidRDefault="0007047E" w:rsidP="00303E64">
            <w:pPr>
              <w:keepNext/>
              <w:rPr>
                <w:sz w:val="18"/>
                <w:szCs w:val="18"/>
              </w:rPr>
            </w:pPr>
          </w:p>
        </w:tc>
        <w:tc>
          <w:tcPr>
            <w:tcW w:w="2409" w:type="dxa"/>
          </w:tcPr>
          <w:p w14:paraId="17199850" w14:textId="77777777" w:rsidR="0007047E" w:rsidRPr="00EA7EA3" w:rsidRDefault="0007047E" w:rsidP="00303E64">
            <w:pPr>
              <w:keepNext/>
              <w:rPr>
                <w:sz w:val="18"/>
                <w:szCs w:val="18"/>
              </w:rPr>
            </w:pPr>
            <w:r w:rsidRPr="00EA7EA3">
              <w:rPr>
                <w:b/>
                <w:color w:val="0D5F78"/>
                <w:sz w:val="18"/>
                <w:szCs w:val="18"/>
              </w:rPr>
              <w:t>Suprafață desfășurată (m²)</w:t>
            </w:r>
          </w:p>
          <w:p w14:paraId="4BF4EA09" w14:textId="77777777" w:rsidR="0007047E" w:rsidRPr="00EA7EA3" w:rsidRDefault="0007047E" w:rsidP="00303E64">
            <w:pPr>
              <w:keepNext/>
              <w:rPr>
                <w:sz w:val="18"/>
                <w:szCs w:val="18"/>
              </w:rPr>
            </w:pPr>
          </w:p>
        </w:tc>
        <w:tc>
          <w:tcPr>
            <w:tcW w:w="2409" w:type="dxa"/>
          </w:tcPr>
          <w:p w14:paraId="0DC34539" w14:textId="77777777" w:rsidR="0007047E" w:rsidRPr="00EA7EA3" w:rsidRDefault="0007047E" w:rsidP="00303E64">
            <w:pPr>
              <w:keepNext/>
              <w:rPr>
                <w:sz w:val="18"/>
                <w:szCs w:val="18"/>
              </w:rPr>
            </w:pPr>
            <w:r w:rsidRPr="00EA7EA3">
              <w:rPr>
                <w:b/>
                <w:color w:val="0D5F78"/>
                <w:sz w:val="18"/>
                <w:szCs w:val="18"/>
              </w:rPr>
              <w:t>Suprafață utilă (m²)</w:t>
            </w:r>
          </w:p>
          <w:p w14:paraId="1743490B" w14:textId="77777777" w:rsidR="0007047E" w:rsidRPr="00EA7EA3" w:rsidRDefault="0007047E" w:rsidP="00303E64">
            <w:pPr>
              <w:keepNext/>
              <w:rPr>
                <w:sz w:val="18"/>
                <w:szCs w:val="18"/>
              </w:rPr>
            </w:pPr>
          </w:p>
        </w:tc>
      </w:tr>
      <w:tr w:rsidR="0007047E" w:rsidRPr="00EA7EA3" w14:paraId="290E3B1A" w14:textId="77777777" w:rsidTr="00303E64">
        <w:trPr>
          <w:cantSplit/>
          <w:trHeight w:val="192"/>
        </w:trPr>
        <w:tc>
          <w:tcPr>
            <w:tcW w:w="2409" w:type="dxa"/>
          </w:tcPr>
          <w:p w14:paraId="77A680BD" w14:textId="77777777" w:rsidR="0007047E" w:rsidRPr="00EA7EA3" w:rsidRDefault="0007047E" w:rsidP="00303E64">
            <w:pPr>
              <w:keepNext/>
              <w:rPr>
                <w:sz w:val="18"/>
                <w:szCs w:val="18"/>
              </w:rPr>
            </w:pPr>
            <w:r w:rsidRPr="00EA7EA3">
              <w:rPr>
                <w:sz w:val="18"/>
                <w:szCs w:val="18"/>
              </w:rPr>
              <w:t>— desființate</w:t>
            </w:r>
          </w:p>
        </w:tc>
        <w:tc>
          <w:tcPr>
            <w:tcW w:w="2409" w:type="dxa"/>
          </w:tcPr>
          <w:p w14:paraId="49A5CEE4" w14:textId="77777777" w:rsidR="0007047E" w:rsidRPr="00EA7EA3" w:rsidRDefault="0007047E" w:rsidP="00303E64">
            <w:pPr>
              <w:keepNext/>
              <w:rPr>
                <w:sz w:val="18"/>
                <w:szCs w:val="18"/>
              </w:rPr>
            </w:pPr>
          </w:p>
        </w:tc>
        <w:tc>
          <w:tcPr>
            <w:tcW w:w="2409" w:type="dxa"/>
          </w:tcPr>
          <w:p w14:paraId="78FEE0F5" w14:textId="77777777" w:rsidR="0007047E" w:rsidRPr="00EA7EA3" w:rsidRDefault="0007047E" w:rsidP="00303E64">
            <w:pPr>
              <w:keepNext/>
              <w:rPr>
                <w:sz w:val="18"/>
                <w:szCs w:val="18"/>
              </w:rPr>
            </w:pPr>
          </w:p>
        </w:tc>
        <w:tc>
          <w:tcPr>
            <w:tcW w:w="2409" w:type="dxa"/>
          </w:tcPr>
          <w:p w14:paraId="650918ED" w14:textId="77777777" w:rsidR="0007047E" w:rsidRPr="00EA7EA3" w:rsidRDefault="0007047E" w:rsidP="00303E64">
            <w:pPr>
              <w:keepNext/>
              <w:rPr>
                <w:sz w:val="18"/>
                <w:szCs w:val="18"/>
              </w:rPr>
            </w:pPr>
          </w:p>
        </w:tc>
      </w:tr>
      <w:tr w:rsidR="0007047E" w:rsidRPr="00EA7EA3" w14:paraId="56C425C9" w14:textId="77777777" w:rsidTr="00303E64">
        <w:trPr>
          <w:cantSplit/>
          <w:trHeight w:val="137"/>
        </w:trPr>
        <w:tc>
          <w:tcPr>
            <w:tcW w:w="2409" w:type="dxa"/>
          </w:tcPr>
          <w:p w14:paraId="21FE29B7" w14:textId="77777777" w:rsidR="0007047E" w:rsidRPr="00EA7EA3" w:rsidRDefault="0007047E" w:rsidP="00303E64">
            <w:pPr>
              <w:keepNext/>
              <w:rPr>
                <w:sz w:val="18"/>
                <w:szCs w:val="18"/>
              </w:rPr>
            </w:pPr>
            <w:r w:rsidRPr="00EA7EA3">
              <w:rPr>
                <w:sz w:val="18"/>
                <w:szCs w:val="18"/>
              </w:rPr>
              <w:t>— menținute</w:t>
            </w:r>
          </w:p>
        </w:tc>
        <w:tc>
          <w:tcPr>
            <w:tcW w:w="2409" w:type="dxa"/>
          </w:tcPr>
          <w:p w14:paraId="2E932015" w14:textId="77777777" w:rsidR="0007047E" w:rsidRPr="00EA7EA3" w:rsidRDefault="0007047E" w:rsidP="00303E64">
            <w:pPr>
              <w:keepNext/>
              <w:rPr>
                <w:sz w:val="18"/>
                <w:szCs w:val="18"/>
              </w:rPr>
            </w:pPr>
          </w:p>
        </w:tc>
        <w:tc>
          <w:tcPr>
            <w:tcW w:w="2409" w:type="dxa"/>
          </w:tcPr>
          <w:p w14:paraId="5D428DDC" w14:textId="77777777" w:rsidR="0007047E" w:rsidRPr="00EA7EA3" w:rsidRDefault="0007047E" w:rsidP="00303E64">
            <w:pPr>
              <w:keepNext/>
              <w:rPr>
                <w:sz w:val="18"/>
                <w:szCs w:val="18"/>
              </w:rPr>
            </w:pPr>
          </w:p>
        </w:tc>
        <w:tc>
          <w:tcPr>
            <w:tcW w:w="2409" w:type="dxa"/>
          </w:tcPr>
          <w:p w14:paraId="5D490EA8" w14:textId="77777777" w:rsidR="0007047E" w:rsidRPr="00EA7EA3" w:rsidRDefault="0007047E" w:rsidP="00303E64">
            <w:pPr>
              <w:keepNext/>
              <w:rPr>
                <w:sz w:val="18"/>
                <w:szCs w:val="18"/>
              </w:rPr>
            </w:pPr>
          </w:p>
        </w:tc>
      </w:tr>
      <w:tr w:rsidR="0007047E" w:rsidRPr="00EA7EA3" w14:paraId="1C398D53" w14:textId="77777777" w:rsidTr="00303E64">
        <w:trPr>
          <w:cantSplit/>
          <w:trHeight w:val="226"/>
        </w:trPr>
        <w:tc>
          <w:tcPr>
            <w:tcW w:w="2409" w:type="dxa"/>
          </w:tcPr>
          <w:p w14:paraId="3DEA794B" w14:textId="77777777" w:rsidR="0007047E" w:rsidRPr="00EA7EA3" w:rsidRDefault="0007047E" w:rsidP="00303E64">
            <w:pPr>
              <w:keepNext/>
              <w:rPr>
                <w:sz w:val="18"/>
                <w:szCs w:val="18"/>
              </w:rPr>
            </w:pPr>
            <w:r w:rsidRPr="00EA7EA3">
              <w:rPr>
                <w:sz w:val="18"/>
                <w:szCs w:val="18"/>
              </w:rPr>
              <w:t>clădiri propuse</w:t>
            </w:r>
          </w:p>
        </w:tc>
        <w:tc>
          <w:tcPr>
            <w:tcW w:w="2409" w:type="dxa"/>
          </w:tcPr>
          <w:p w14:paraId="673C13F3" w14:textId="77777777" w:rsidR="0007047E" w:rsidRPr="00EA7EA3" w:rsidRDefault="0007047E" w:rsidP="00303E64">
            <w:pPr>
              <w:keepNext/>
              <w:rPr>
                <w:sz w:val="18"/>
                <w:szCs w:val="18"/>
              </w:rPr>
            </w:pPr>
          </w:p>
        </w:tc>
        <w:tc>
          <w:tcPr>
            <w:tcW w:w="2409" w:type="dxa"/>
          </w:tcPr>
          <w:p w14:paraId="06D64C17" w14:textId="77777777" w:rsidR="0007047E" w:rsidRPr="00EA7EA3" w:rsidRDefault="0007047E" w:rsidP="00303E64">
            <w:pPr>
              <w:keepNext/>
              <w:rPr>
                <w:sz w:val="18"/>
                <w:szCs w:val="18"/>
              </w:rPr>
            </w:pPr>
          </w:p>
        </w:tc>
        <w:tc>
          <w:tcPr>
            <w:tcW w:w="2409" w:type="dxa"/>
          </w:tcPr>
          <w:p w14:paraId="6631B6AA" w14:textId="77777777" w:rsidR="0007047E" w:rsidRPr="00EA7EA3" w:rsidRDefault="0007047E" w:rsidP="00303E64">
            <w:pPr>
              <w:keepNext/>
              <w:rPr>
                <w:sz w:val="18"/>
                <w:szCs w:val="18"/>
              </w:rPr>
            </w:pPr>
          </w:p>
        </w:tc>
      </w:tr>
      <w:tr w:rsidR="0007047E" w:rsidRPr="00EA7EA3" w14:paraId="60C12F08" w14:textId="77777777" w:rsidTr="00303E64">
        <w:trPr>
          <w:cantSplit/>
          <w:trHeight w:val="130"/>
        </w:trPr>
        <w:tc>
          <w:tcPr>
            <w:tcW w:w="2409" w:type="dxa"/>
          </w:tcPr>
          <w:p w14:paraId="66EF5C67" w14:textId="77777777" w:rsidR="0007047E" w:rsidRPr="00EA7EA3" w:rsidRDefault="0007047E" w:rsidP="00303E64">
            <w:pPr>
              <w:keepNext/>
              <w:rPr>
                <w:sz w:val="18"/>
                <w:szCs w:val="18"/>
              </w:rPr>
            </w:pPr>
            <w:r w:rsidRPr="00EA7EA3">
              <w:rPr>
                <w:sz w:val="18"/>
                <w:szCs w:val="18"/>
              </w:rPr>
              <w:t>TOTAL (menținute + propuse)</w:t>
            </w:r>
          </w:p>
        </w:tc>
        <w:tc>
          <w:tcPr>
            <w:tcW w:w="2409" w:type="dxa"/>
          </w:tcPr>
          <w:p w14:paraId="07B8BE8D" w14:textId="77777777" w:rsidR="0007047E" w:rsidRPr="00EA7EA3" w:rsidRDefault="0007047E" w:rsidP="00303E64">
            <w:pPr>
              <w:keepNext/>
              <w:rPr>
                <w:sz w:val="18"/>
                <w:szCs w:val="18"/>
              </w:rPr>
            </w:pPr>
          </w:p>
        </w:tc>
        <w:tc>
          <w:tcPr>
            <w:tcW w:w="2409" w:type="dxa"/>
          </w:tcPr>
          <w:p w14:paraId="5572E69C" w14:textId="77777777" w:rsidR="0007047E" w:rsidRPr="00EA7EA3" w:rsidRDefault="0007047E" w:rsidP="00303E64">
            <w:pPr>
              <w:keepNext/>
              <w:rPr>
                <w:sz w:val="18"/>
                <w:szCs w:val="18"/>
              </w:rPr>
            </w:pPr>
          </w:p>
        </w:tc>
        <w:tc>
          <w:tcPr>
            <w:tcW w:w="2409" w:type="dxa"/>
          </w:tcPr>
          <w:p w14:paraId="3405E223" w14:textId="77777777" w:rsidR="0007047E" w:rsidRPr="00EA7EA3" w:rsidRDefault="0007047E" w:rsidP="00303E64">
            <w:pPr>
              <w:keepNext/>
              <w:rPr>
                <w:sz w:val="18"/>
                <w:szCs w:val="18"/>
              </w:rPr>
            </w:pPr>
          </w:p>
        </w:tc>
      </w:tr>
    </w:tbl>
    <w:p w14:paraId="5B8A3179" w14:textId="77777777" w:rsidR="0007047E" w:rsidRPr="00EA7EA3" w:rsidRDefault="0007047E">
      <w:pPr>
        <w:rPr>
          <w:sz w:val="18"/>
          <w:szCs w:val="18"/>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803"/>
        <w:gridCol w:w="803"/>
        <w:gridCol w:w="803"/>
        <w:gridCol w:w="803"/>
        <w:gridCol w:w="1606"/>
      </w:tblGrid>
      <w:tr w:rsidR="003C7CA3" w:rsidRPr="00EA7EA3" w14:paraId="53C8B325" w14:textId="77777777">
        <w:trPr>
          <w:cantSplit/>
        </w:trPr>
        <w:tc>
          <w:tcPr>
            <w:tcW w:w="9636" w:type="dxa"/>
            <w:gridSpan w:val="9"/>
            <w:shd w:val="clear" w:color="auto" w:fill="F4F4F4"/>
          </w:tcPr>
          <w:p w14:paraId="7189EFFD" w14:textId="0AA3EC08" w:rsidR="007E5D45" w:rsidRPr="00EA7EA3" w:rsidRDefault="003454F7">
            <w:pPr>
              <w:keepNext/>
              <w:rPr>
                <w:sz w:val="18"/>
                <w:szCs w:val="18"/>
                <w:lang w:val="fr-FR"/>
              </w:rPr>
            </w:pPr>
            <w:r w:rsidRPr="00EA7EA3">
              <w:rPr>
                <w:b/>
                <w:sz w:val="18"/>
                <w:szCs w:val="18"/>
                <w:lang w:val="fr-FR"/>
              </w:rPr>
              <w:lastRenderedPageBreak/>
              <w:t xml:space="preserve"> </w:t>
            </w:r>
            <w:r w:rsidR="0007047E" w:rsidRPr="00EA7EA3">
              <w:rPr>
                <w:b/>
                <w:sz w:val="18"/>
                <w:szCs w:val="18"/>
                <w:lang w:val="fr-FR"/>
              </w:rPr>
              <w:t>4</w:t>
            </w:r>
            <w:r w:rsidRPr="00EA7EA3">
              <w:rPr>
                <w:b/>
                <w:sz w:val="18"/>
                <w:szCs w:val="18"/>
                <w:lang w:val="fr-FR"/>
              </w:rPr>
              <w:t xml:space="preserve">. </w:t>
            </w:r>
            <w:r w:rsidRPr="00EA7EA3">
              <w:rPr>
                <w:b/>
                <w:color w:val="000000"/>
                <w:sz w:val="18"/>
                <w:szCs w:val="18"/>
                <w:lang w:val="fr-FR"/>
              </w:rPr>
              <w:t>FIȘA CLĂDIRII</w:t>
            </w:r>
            <w:r w:rsidR="007E5D45" w:rsidRPr="00EA7EA3">
              <w:rPr>
                <w:sz w:val="18"/>
                <w:szCs w:val="18"/>
                <w:lang w:val="fr-FR"/>
              </w:rPr>
              <w:t xml:space="preserve"> (se completeaza câte una pentru fiecare imobil)</w:t>
            </w:r>
          </w:p>
        </w:tc>
      </w:tr>
      <w:tr w:rsidR="003C7CA3" w:rsidRPr="00EA7EA3" w14:paraId="31232DEE" w14:textId="77777777">
        <w:trPr>
          <w:cantSplit/>
        </w:trPr>
        <w:tc>
          <w:tcPr>
            <w:tcW w:w="9636" w:type="dxa"/>
            <w:gridSpan w:val="9"/>
            <w:shd w:val="clear" w:color="auto" w:fill="F4F4F4"/>
          </w:tcPr>
          <w:p w14:paraId="558D848E" w14:textId="77777777" w:rsidR="003C7CA3" w:rsidRPr="00EA7EA3" w:rsidRDefault="003454F7">
            <w:pPr>
              <w:keepNext/>
              <w:rPr>
                <w:sz w:val="18"/>
                <w:szCs w:val="18"/>
              </w:rPr>
            </w:pPr>
            <w:r w:rsidRPr="00EA7EA3">
              <w:rPr>
                <w:sz w:val="18"/>
                <w:szCs w:val="18"/>
                <w:lang w:val="fr-FR"/>
              </w:rPr>
              <w:t xml:space="preserve"> </w:t>
            </w:r>
            <w:r w:rsidRPr="00EA7EA3">
              <w:rPr>
                <w:sz w:val="18"/>
                <w:szCs w:val="18"/>
              </w:rPr>
              <w:t>Identificarea clădirii în registru</w:t>
            </w:r>
          </w:p>
        </w:tc>
      </w:tr>
      <w:tr w:rsidR="003C7CA3" w:rsidRPr="00EA7EA3" w14:paraId="3E0214C2" w14:textId="77777777">
        <w:trPr>
          <w:cantSplit/>
          <w:trHeight w:val="510"/>
        </w:trPr>
        <w:tc>
          <w:tcPr>
            <w:tcW w:w="2409" w:type="dxa"/>
          </w:tcPr>
          <w:p w14:paraId="2DA5BDFB" w14:textId="77777777" w:rsidR="003C7CA3" w:rsidRPr="00EA7EA3" w:rsidRDefault="003454F7">
            <w:pPr>
              <w:keepNext/>
              <w:rPr>
                <w:sz w:val="18"/>
                <w:szCs w:val="18"/>
              </w:rPr>
            </w:pPr>
            <w:r w:rsidRPr="00EA7EA3">
              <w:rPr>
                <w:b/>
                <w:color w:val="0D5F78"/>
                <w:sz w:val="18"/>
                <w:szCs w:val="18"/>
              </w:rPr>
              <w:t>NIS</w:t>
            </w:r>
          </w:p>
          <w:p w14:paraId="4A761AB4" w14:textId="77777777" w:rsidR="003C7CA3" w:rsidRPr="00EA7EA3" w:rsidRDefault="003454F7">
            <w:pPr>
              <w:keepNext/>
              <w:rPr>
                <w:sz w:val="18"/>
                <w:szCs w:val="18"/>
              </w:rPr>
            </w:pPr>
            <w:r w:rsidRPr="00EA7EA3">
              <w:rPr>
                <w:i/>
                <w:color w:val="7A7A7A"/>
                <w:sz w:val="18"/>
                <w:szCs w:val="18"/>
              </w:rPr>
              <w:t>numărul din Registrul Național al Clădirilor, dacă e deja înregistrată</w:t>
            </w:r>
          </w:p>
          <w:p w14:paraId="2FEB4109" w14:textId="77777777" w:rsidR="003C7CA3" w:rsidRPr="00EA7EA3" w:rsidRDefault="003C7CA3">
            <w:pPr>
              <w:keepNext/>
              <w:rPr>
                <w:sz w:val="18"/>
                <w:szCs w:val="18"/>
              </w:rPr>
            </w:pPr>
          </w:p>
        </w:tc>
        <w:tc>
          <w:tcPr>
            <w:tcW w:w="2409" w:type="dxa"/>
            <w:gridSpan w:val="3"/>
          </w:tcPr>
          <w:p w14:paraId="6F2AC158" w14:textId="77777777" w:rsidR="003C7CA3" w:rsidRPr="00EA7EA3" w:rsidRDefault="003454F7">
            <w:pPr>
              <w:keepNext/>
              <w:rPr>
                <w:sz w:val="18"/>
                <w:szCs w:val="18"/>
                <w:lang w:val="fr-FR"/>
              </w:rPr>
            </w:pPr>
            <w:r w:rsidRPr="00EA7EA3">
              <w:rPr>
                <w:b/>
                <w:color w:val="0D5F78"/>
                <w:sz w:val="18"/>
                <w:szCs w:val="18"/>
                <w:lang w:val="fr-FR"/>
              </w:rPr>
              <w:t>Nr. cadastral al clădirii</w:t>
            </w:r>
          </w:p>
          <w:p w14:paraId="56484D52" w14:textId="77777777" w:rsidR="003C7CA3" w:rsidRPr="00EA7EA3" w:rsidRDefault="003454F7">
            <w:pPr>
              <w:keepNext/>
              <w:rPr>
                <w:sz w:val="18"/>
                <w:szCs w:val="18"/>
                <w:lang w:val="fr-FR"/>
              </w:rPr>
            </w:pPr>
            <w:r w:rsidRPr="00EA7EA3">
              <w:rPr>
                <w:i/>
                <w:color w:val="7A7A7A"/>
                <w:sz w:val="18"/>
                <w:szCs w:val="18"/>
                <w:lang w:val="fr-FR"/>
              </w:rPr>
              <w:t>forma 123456-C1</w:t>
            </w:r>
          </w:p>
          <w:p w14:paraId="2ECB2279" w14:textId="77777777" w:rsidR="003C7CA3" w:rsidRPr="00EA7EA3" w:rsidRDefault="003C7CA3">
            <w:pPr>
              <w:keepNext/>
              <w:rPr>
                <w:sz w:val="18"/>
                <w:szCs w:val="18"/>
                <w:lang w:val="fr-FR"/>
              </w:rPr>
            </w:pPr>
          </w:p>
        </w:tc>
        <w:tc>
          <w:tcPr>
            <w:tcW w:w="2409" w:type="dxa"/>
            <w:gridSpan w:val="3"/>
          </w:tcPr>
          <w:p w14:paraId="41F65413" w14:textId="77777777" w:rsidR="003C7CA3" w:rsidRPr="00EA7EA3" w:rsidRDefault="003454F7">
            <w:pPr>
              <w:keepNext/>
              <w:rPr>
                <w:sz w:val="18"/>
                <w:szCs w:val="18"/>
              </w:rPr>
            </w:pPr>
            <w:r w:rsidRPr="00EA7EA3">
              <w:rPr>
                <w:b/>
                <w:color w:val="0D5F78"/>
                <w:sz w:val="18"/>
                <w:szCs w:val="18"/>
              </w:rPr>
              <w:t>Identificator e-Terra (IE)</w:t>
            </w:r>
          </w:p>
          <w:p w14:paraId="220427C2" w14:textId="77777777" w:rsidR="003C7CA3" w:rsidRPr="00EA7EA3" w:rsidRDefault="003C7CA3">
            <w:pPr>
              <w:keepNext/>
              <w:rPr>
                <w:sz w:val="18"/>
                <w:szCs w:val="18"/>
              </w:rPr>
            </w:pPr>
          </w:p>
        </w:tc>
        <w:tc>
          <w:tcPr>
            <w:tcW w:w="2409" w:type="dxa"/>
            <w:gridSpan w:val="2"/>
          </w:tcPr>
          <w:p w14:paraId="14760290" w14:textId="77777777" w:rsidR="003C7CA3" w:rsidRPr="00EA7EA3" w:rsidRDefault="003454F7">
            <w:pPr>
              <w:keepNext/>
              <w:rPr>
                <w:sz w:val="18"/>
                <w:szCs w:val="18"/>
              </w:rPr>
            </w:pPr>
            <w:r w:rsidRPr="00EA7EA3">
              <w:rPr>
                <w:b/>
                <w:color w:val="0D5F78"/>
                <w:sz w:val="18"/>
                <w:szCs w:val="18"/>
              </w:rPr>
              <w:t>Nr. carte funciară</w:t>
            </w:r>
          </w:p>
          <w:p w14:paraId="0E4D13ED" w14:textId="77777777" w:rsidR="003C7CA3" w:rsidRPr="00EA7EA3" w:rsidRDefault="003C7CA3">
            <w:pPr>
              <w:keepNext/>
              <w:rPr>
                <w:sz w:val="18"/>
                <w:szCs w:val="18"/>
              </w:rPr>
            </w:pPr>
          </w:p>
        </w:tc>
      </w:tr>
      <w:tr w:rsidR="003C7CA3" w:rsidRPr="00EA7EA3" w14:paraId="3EE8CE22" w14:textId="77777777">
        <w:trPr>
          <w:cantSplit/>
          <w:trHeight w:val="510"/>
        </w:trPr>
        <w:tc>
          <w:tcPr>
            <w:tcW w:w="5621" w:type="dxa"/>
            <w:gridSpan w:val="5"/>
          </w:tcPr>
          <w:p w14:paraId="70E33003" w14:textId="77777777" w:rsidR="003C7CA3" w:rsidRPr="00EA7EA3" w:rsidRDefault="003454F7">
            <w:pPr>
              <w:keepNext/>
              <w:rPr>
                <w:sz w:val="18"/>
                <w:szCs w:val="18"/>
                <w:lang w:val="fr-FR"/>
              </w:rPr>
            </w:pPr>
            <w:r w:rsidRPr="00EA7EA3">
              <w:rPr>
                <w:b/>
                <w:color w:val="0D5F78"/>
                <w:sz w:val="18"/>
                <w:szCs w:val="18"/>
                <w:lang w:val="fr-FR"/>
              </w:rPr>
              <w:t>Tipul obiectului</w:t>
            </w:r>
          </w:p>
          <w:p w14:paraId="56B5E59D" w14:textId="77777777" w:rsidR="003C7CA3" w:rsidRPr="00EA7EA3" w:rsidRDefault="003454F7">
            <w:pPr>
              <w:keepNext/>
              <w:rPr>
                <w:sz w:val="18"/>
                <w:szCs w:val="18"/>
                <w:lang w:val="fr-FR"/>
              </w:rPr>
            </w:pPr>
            <w:r w:rsidRPr="00EA7EA3">
              <w:rPr>
                <w:sz w:val="18"/>
                <w:szCs w:val="18"/>
                <w:lang w:val="fr-FR"/>
              </w:rPr>
              <w:t>☐ clădire     ☐ corp de clădire     ☐ unități locative</w:t>
            </w:r>
          </w:p>
        </w:tc>
        <w:tc>
          <w:tcPr>
            <w:tcW w:w="4015" w:type="dxa"/>
            <w:gridSpan w:val="4"/>
          </w:tcPr>
          <w:p w14:paraId="1B36A210" w14:textId="77777777" w:rsidR="003C7CA3" w:rsidRPr="00EA7EA3" w:rsidRDefault="003454F7">
            <w:pPr>
              <w:keepNext/>
              <w:rPr>
                <w:sz w:val="18"/>
                <w:szCs w:val="18"/>
                <w:lang w:val="fr-FR"/>
              </w:rPr>
            </w:pPr>
            <w:r w:rsidRPr="00EA7EA3">
              <w:rPr>
                <w:b/>
                <w:color w:val="0D5F78"/>
                <w:sz w:val="18"/>
                <w:szCs w:val="18"/>
                <w:lang w:val="fr-FR"/>
              </w:rPr>
              <w:t>Clădirea este</w:t>
            </w:r>
          </w:p>
          <w:p w14:paraId="19F3F41D" w14:textId="77777777" w:rsidR="003C7CA3" w:rsidRPr="00EA7EA3" w:rsidRDefault="003454F7">
            <w:pPr>
              <w:keepNext/>
              <w:rPr>
                <w:sz w:val="18"/>
                <w:szCs w:val="18"/>
                <w:lang w:val="fr-FR"/>
              </w:rPr>
            </w:pPr>
            <w:r w:rsidRPr="00EA7EA3">
              <w:rPr>
                <w:sz w:val="18"/>
                <w:szCs w:val="18"/>
                <w:lang w:val="fr-FR"/>
              </w:rPr>
              <w:t>☐ existentă     ☐ propusă prin proiect</w:t>
            </w:r>
          </w:p>
        </w:tc>
      </w:tr>
      <w:tr w:rsidR="003C7CA3" w:rsidRPr="00EA7EA3" w14:paraId="11A82C2D" w14:textId="77777777">
        <w:trPr>
          <w:cantSplit/>
          <w:trHeight w:val="510"/>
        </w:trPr>
        <w:tc>
          <w:tcPr>
            <w:tcW w:w="3212" w:type="dxa"/>
            <w:gridSpan w:val="2"/>
          </w:tcPr>
          <w:p w14:paraId="0438C0C7" w14:textId="77777777" w:rsidR="003C7CA3" w:rsidRPr="00EA7EA3" w:rsidRDefault="003454F7">
            <w:pPr>
              <w:keepNext/>
              <w:rPr>
                <w:sz w:val="18"/>
                <w:szCs w:val="18"/>
              </w:rPr>
            </w:pPr>
            <w:r w:rsidRPr="00EA7EA3">
              <w:rPr>
                <w:b/>
                <w:color w:val="0D5F78"/>
                <w:sz w:val="18"/>
                <w:szCs w:val="18"/>
              </w:rPr>
              <w:t>Denumirea clădirii</w:t>
            </w:r>
          </w:p>
          <w:p w14:paraId="10483E47" w14:textId="77777777" w:rsidR="003C7CA3" w:rsidRPr="00EA7EA3" w:rsidRDefault="003C7CA3">
            <w:pPr>
              <w:keepNext/>
              <w:rPr>
                <w:sz w:val="18"/>
                <w:szCs w:val="18"/>
              </w:rPr>
            </w:pPr>
          </w:p>
        </w:tc>
        <w:tc>
          <w:tcPr>
            <w:tcW w:w="6424" w:type="dxa"/>
            <w:gridSpan w:val="7"/>
          </w:tcPr>
          <w:p w14:paraId="3E89F52C" w14:textId="77777777" w:rsidR="003C7CA3" w:rsidRPr="00EA7EA3" w:rsidRDefault="003454F7">
            <w:pPr>
              <w:keepNext/>
              <w:rPr>
                <w:sz w:val="18"/>
                <w:szCs w:val="18"/>
              </w:rPr>
            </w:pPr>
            <w:r w:rsidRPr="00EA7EA3">
              <w:rPr>
                <w:b/>
                <w:color w:val="0D5F78"/>
                <w:sz w:val="18"/>
                <w:szCs w:val="18"/>
              </w:rPr>
              <w:t>Descriere</w:t>
            </w:r>
          </w:p>
          <w:p w14:paraId="4D8F687C" w14:textId="77777777" w:rsidR="003C7CA3" w:rsidRPr="00EA7EA3" w:rsidRDefault="003C7CA3">
            <w:pPr>
              <w:keepNext/>
              <w:rPr>
                <w:sz w:val="18"/>
                <w:szCs w:val="18"/>
              </w:rPr>
            </w:pPr>
          </w:p>
        </w:tc>
      </w:tr>
      <w:tr w:rsidR="003C7CA3" w:rsidRPr="00EA7EA3" w14:paraId="2C7515BE" w14:textId="77777777">
        <w:trPr>
          <w:cantSplit/>
        </w:trPr>
        <w:tc>
          <w:tcPr>
            <w:tcW w:w="9636" w:type="dxa"/>
            <w:gridSpan w:val="9"/>
            <w:shd w:val="clear" w:color="auto" w:fill="F4F4F4"/>
          </w:tcPr>
          <w:p w14:paraId="7953601D" w14:textId="24E379E4" w:rsidR="00F61A70" w:rsidRPr="00EA7EA3" w:rsidRDefault="00F61A70">
            <w:pPr>
              <w:keepNext/>
              <w:rPr>
                <w:sz w:val="18"/>
                <w:szCs w:val="18"/>
                <w:lang w:val="fr-FR"/>
              </w:rPr>
            </w:pPr>
            <w:r w:rsidRPr="00EA7EA3">
              <w:rPr>
                <w:sz w:val="18"/>
                <w:szCs w:val="18"/>
                <w:lang w:val="fr-FR"/>
              </w:rPr>
              <w:t>CARACTERISTICI ALE CLĂDIRII</w:t>
            </w:r>
          </w:p>
          <w:p w14:paraId="7BB366A1" w14:textId="13E9544A" w:rsidR="0007047E" w:rsidRPr="00EA7EA3" w:rsidRDefault="0007047E">
            <w:pPr>
              <w:keepNext/>
              <w:rPr>
                <w:sz w:val="18"/>
                <w:szCs w:val="18"/>
                <w:lang w:val="fr-FR"/>
              </w:rPr>
            </w:pPr>
            <w:r w:rsidRPr="00EA7EA3">
              <w:rPr>
                <w:sz w:val="18"/>
                <w:szCs w:val="18"/>
                <w:lang w:val="fr-FR"/>
              </w:rPr>
              <w:t>(În cazul intervențiilor asupra clădirilor existente, pentru fiecare câmp, se vor preciza caracteristicile clădirii existente/respectiv</w:t>
            </w:r>
            <w:r w:rsidR="00F61A70" w:rsidRPr="00EA7EA3">
              <w:rPr>
                <w:sz w:val="18"/>
                <w:szCs w:val="18"/>
                <w:lang w:val="fr-FR"/>
              </w:rPr>
              <w:t xml:space="preserve"> ale celei</w:t>
            </w:r>
            <w:r w:rsidRPr="00EA7EA3">
              <w:rPr>
                <w:sz w:val="18"/>
                <w:szCs w:val="18"/>
                <w:lang w:val="fr-FR"/>
              </w:rPr>
              <w:t xml:space="preserve"> propuse)</w:t>
            </w:r>
          </w:p>
        </w:tc>
      </w:tr>
      <w:tr w:rsidR="003C7CA3" w:rsidRPr="00EA7EA3" w14:paraId="723DEA41" w14:textId="77777777">
        <w:trPr>
          <w:cantSplit/>
          <w:trHeight w:val="510"/>
        </w:trPr>
        <w:tc>
          <w:tcPr>
            <w:tcW w:w="4015" w:type="dxa"/>
            <w:gridSpan w:val="3"/>
          </w:tcPr>
          <w:p w14:paraId="299BCBAA" w14:textId="72AC694E" w:rsidR="00F61A70" w:rsidRPr="00EA7EA3" w:rsidRDefault="003454F7" w:rsidP="00F61A70">
            <w:pPr>
              <w:keepNext/>
              <w:rPr>
                <w:sz w:val="18"/>
                <w:szCs w:val="18"/>
                <w:lang w:val="fr-FR"/>
              </w:rPr>
            </w:pPr>
            <w:r w:rsidRPr="00EA7EA3">
              <w:rPr>
                <w:b/>
                <w:color w:val="0D5F78"/>
                <w:sz w:val="18"/>
                <w:szCs w:val="18"/>
                <w:lang w:val="fr-FR"/>
              </w:rPr>
              <w:t>Destinația / funcțiunea principală</w:t>
            </w:r>
            <w:r w:rsidR="007E5D45" w:rsidRPr="00EA7EA3">
              <w:rPr>
                <w:b/>
                <w:color w:val="0D5F78"/>
                <w:sz w:val="18"/>
                <w:szCs w:val="18"/>
                <w:lang w:val="fr-FR"/>
              </w:rPr>
              <w:t xml:space="preserve"> </w:t>
            </w:r>
            <w:r w:rsidR="00F61A70" w:rsidRPr="00EA7EA3">
              <w:rPr>
                <w:bCs/>
                <w:i/>
                <w:iCs/>
                <w:color w:val="808080" w:themeColor="background1" w:themeShade="80"/>
                <w:sz w:val="18"/>
                <w:szCs w:val="18"/>
                <w:lang w:val="fr-FR"/>
              </w:rPr>
              <w:t>(existent/propus)</w:t>
            </w:r>
          </w:p>
          <w:p w14:paraId="22CFD931" w14:textId="58E0F812" w:rsidR="003C7CA3" w:rsidRPr="00EA7EA3" w:rsidRDefault="003C7CA3">
            <w:pPr>
              <w:keepNext/>
              <w:rPr>
                <w:sz w:val="18"/>
                <w:szCs w:val="18"/>
                <w:lang w:val="fr-FR"/>
              </w:rPr>
            </w:pPr>
          </w:p>
          <w:p w14:paraId="1ACBE500" w14:textId="77777777" w:rsidR="003C7CA3" w:rsidRPr="00EA7EA3" w:rsidRDefault="003C7CA3">
            <w:pPr>
              <w:keepNext/>
              <w:rPr>
                <w:sz w:val="18"/>
                <w:szCs w:val="18"/>
                <w:lang w:val="fr-FR"/>
              </w:rPr>
            </w:pPr>
          </w:p>
        </w:tc>
        <w:tc>
          <w:tcPr>
            <w:tcW w:w="2409" w:type="dxa"/>
            <w:gridSpan w:val="3"/>
          </w:tcPr>
          <w:p w14:paraId="1B1CED52" w14:textId="5CFC24C7" w:rsidR="003C7CA3" w:rsidRPr="00EA7EA3" w:rsidRDefault="003454F7">
            <w:pPr>
              <w:keepNext/>
              <w:rPr>
                <w:sz w:val="18"/>
                <w:szCs w:val="18"/>
              </w:rPr>
            </w:pPr>
            <w:r w:rsidRPr="00EA7EA3">
              <w:rPr>
                <w:b/>
                <w:color w:val="0D5F78"/>
                <w:sz w:val="18"/>
                <w:szCs w:val="18"/>
              </w:rPr>
              <w:t>Funcțiuni secundare</w:t>
            </w:r>
            <w:r w:rsidR="007E5D45" w:rsidRPr="00EA7EA3">
              <w:rPr>
                <w:b/>
                <w:color w:val="0D5F78"/>
                <w:sz w:val="18"/>
                <w:szCs w:val="18"/>
              </w:rPr>
              <w:t xml:space="preserve"> </w:t>
            </w:r>
            <w:r w:rsidR="007E5D45" w:rsidRPr="00EA7EA3">
              <w:rPr>
                <w:bCs/>
                <w:i/>
                <w:iCs/>
                <w:color w:val="808080" w:themeColor="background1" w:themeShade="80"/>
                <w:sz w:val="18"/>
                <w:szCs w:val="18"/>
                <w:lang w:val="fr-FR"/>
              </w:rPr>
              <w:t>(exist</w:t>
            </w:r>
            <w:r w:rsidR="00F61A70" w:rsidRPr="00EA7EA3">
              <w:rPr>
                <w:bCs/>
                <w:i/>
                <w:iCs/>
                <w:color w:val="808080" w:themeColor="background1" w:themeShade="80"/>
                <w:sz w:val="18"/>
                <w:szCs w:val="18"/>
                <w:lang w:val="fr-FR"/>
              </w:rPr>
              <w:t>e</w:t>
            </w:r>
            <w:r w:rsidR="007E5D45" w:rsidRPr="00EA7EA3">
              <w:rPr>
                <w:bCs/>
                <w:i/>
                <w:iCs/>
                <w:color w:val="808080" w:themeColor="background1" w:themeShade="80"/>
                <w:sz w:val="18"/>
                <w:szCs w:val="18"/>
                <w:lang w:val="fr-FR"/>
              </w:rPr>
              <w:t>nt/propus)</w:t>
            </w:r>
          </w:p>
          <w:p w14:paraId="3FC91EBB" w14:textId="77777777" w:rsidR="003C7CA3" w:rsidRPr="00EA7EA3" w:rsidRDefault="003C7CA3">
            <w:pPr>
              <w:keepNext/>
              <w:rPr>
                <w:sz w:val="18"/>
                <w:szCs w:val="18"/>
              </w:rPr>
            </w:pPr>
          </w:p>
        </w:tc>
        <w:tc>
          <w:tcPr>
            <w:tcW w:w="1606" w:type="dxa"/>
            <w:gridSpan w:val="2"/>
          </w:tcPr>
          <w:p w14:paraId="21ACD1C3" w14:textId="77777777" w:rsidR="003C7CA3" w:rsidRPr="00EA7EA3" w:rsidRDefault="003454F7">
            <w:pPr>
              <w:keepNext/>
              <w:rPr>
                <w:sz w:val="18"/>
                <w:szCs w:val="18"/>
              </w:rPr>
            </w:pPr>
            <w:r w:rsidRPr="00EA7EA3">
              <w:rPr>
                <w:b/>
                <w:color w:val="0D5F78"/>
                <w:sz w:val="18"/>
                <w:szCs w:val="18"/>
              </w:rPr>
              <w:t>Regim juridic</w:t>
            </w:r>
          </w:p>
          <w:p w14:paraId="7DF7F9E8" w14:textId="77777777" w:rsidR="003C7CA3" w:rsidRPr="00EA7EA3" w:rsidRDefault="003C7CA3">
            <w:pPr>
              <w:keepNext/>
              <w:rPr>
                <w:sz w:val="18"/>
                <w:szCs w:val="18"/>
              </w:rPr>
            </w:pPr>
          </w:p>
        </w:tc>
        <w:tc>
          <w:tcPr>
            <w:tcW w:w="1606" w:type="dxa"/>
          </w:tcPr>
          <w:p w14:paraId="2D3B31D8" w14:textId="77777777" w:rsidR="003C7CA3" w:rsidRPr="00EA7EA3" w:rsidRDefault="003454F7">
            <w:pPr>
              <w:keepNext/>
              <w:rPr>
                <w:sz w:val="18"/>
                <w:szCs w:val="18"/>
              </w:rPr>
            </w:pPr>
            <w:r w:rsidRPr="00EA7EA3">
              <w:rPr>
                <w:b/>
                <w:color w:val="0D5F78"/>
                <w:sz w:val="18"/>
                <w:szCs w:val="18"/>
              </w:rPr>
              <w:t>Zonă fiscală</w:t>
            </w:r>
          </w:p>
          <w:p w14:paraId="52F3E8FC" w14:textId="77777777" w:rsidR="003C7CA3" w:rsidRPr="00EA7EA3" w:rsidRDefault="003C7CA3">
            <w:pPr>
              <w:keepNext/>
              <w:rPr>
                <w:sz w:val="18"/>
                <w:szCs w:val="18"/>
              </w:rPr>
            </w:pPr>
          </w:p>
        </w:tc>
      </w:tr>
      <w:tr w:rsidR="003C7CA3" w:rsidRPr="00EA7EA3" w14:paraId="6377A5DB" w14:textId="77777777">
        <w:trPr>
          <w:cantSplit/>
          <w:trHeight w:val="510"/>
        </w:trPr>
        <w:tc>
          <w:tcPr>
            <w:tcW w:w="3212" w:type="dxa"/>
            <w:gridSpan w:val="2"/>
          </w:tcPr>
          <w:p w14:paraId="77944B95" w14:textId="77777777" w:rsidR="003C7CA3" w:rsidRPr="00EA7EA3" w:rsidRDefault="003454F7">
            <w:pPr>
              <w:keepNext/>
              <w:rPr>
                <w:sz w:val="18"/>
                <w:szCs w:val="18"/>
                <w:lang w:val="fr-FR"/>
              </w:rPr>
            </w:pPr>
            <w:r w:rsidRPr="00EA7EA3">
              <w:rPr>
                <w:b/>
                <w:color w:val="0D5F78"/>
                <w:sz w:val="18"/>
                <w:szCs w:val="18"/>
                <w:lang w:val="fr-FR"/>
              </w:rPr>
              <w:t>Anul construirii</w:t>
            </w:r>
          </w:p>
          <w:p w14:paraId="0F248267" w14:textId="77777777" w:rsidR="003C7CA3" w:rsidRPr="00EA7EA3" w:rsidRDefault="003454F7">
            <w:pPr>
              <w:keepNext/>
              <w:rPr>
                <w:sz w:val="18"/>
                <w:szCs w:val="18"/>
                <w:lang w:val="fr-FR"/>
              </w:rPr>
            </w:pPr>
            <w:r w:rsidRPr="00EA7EA3">
              <w:rPr>
                <w:i/>
                <w:color w:val="7A7A7A"/>
                <w:sz w:val="18"/>
                <w:szCs w:val="18"/>
                <w:lang w:val="fr-FR"/>
              </w:rPr>
              <w:t>la clădirile existente</w:t>
            </w:r>
          </w:p>
          <w:p w14:paraId="06AB52DB" w14:textId="77777777" w:rsidR="003C7CA3" w:rsidRPr="00EA7EA3" w:rsidRDefault="003C7CA3">
            <w:pPr>
              <w:keepNext/>
              <w:rPr>
                <w:sz w:val="18"/>
                <w:szCs w:val="18"/>
                <w:lang w:val="fr-FR"/>
              </w:rPr>
            </w:pPr>
          </w:p>
        </w:tc>
        <w:tc>
          <w:tcPr>
            <w:tcW w:w="3212" w:type="dxa"/>
            <w:gridSpan w:val="4"/>
          </w:tcPr>
          <w:p w14:paraId="75966031" w14:textId="77777777" w:rsidR="003C7CA3" w:rsidRPr="00EA7EA3" w:rsidRDefault="003454F7">
            <w:pPr>
              <w:keepNext/>
              <w:rPr>
                <w:sz w:val="18"/>
                <w:szCs w:val="18"/>
                <w:lang w:val="fr-FR"/>
              </w:rPr>
            </w:pPr>
            <w:r w:rsidRPr="00EA7EA3">
              <w:rPr>
                <w:b/>
                <w:color w:val="0D5F78"/>
                <w:sz w:val="18"/>
                <w:szCs w:val="18"/>
                <w:lang w:val="fr-FR"/>
              </w:rPr>
              <w:t>Anul ultimei renovări</w:t>
            </w:r>
          </w:p>
          <w:p w14:paraId="24F52054" w14:textId="77777777" w:rsidR="003C7CA3" w:rsidRPr="00EA7EA3" w:rsidRDefault="003454F7">
            <w:pPr>
              <w:keepNext/>
              <w:rPr>
                <w:sz w:val="18"/>
                <w:szCs w:val="18"/>
                <w:lang w:val="fr-FR"/>
              </w:rPr>
            </w:pPr>
            <w:r w:rsidRPr="00EA7EA3">
              <w:rPr>
                <w:i/>
                <w:color w:val="7A7A7A"/>
                <w:sz w:val="18"/>
                <w:szCs w:val="18"/>
                <w:lang w:val="fr-FR"/>
              </w:rPr>
              <w:t>dacă e cazul</w:t>
            </w:r>
          </w:p>
          <w:p w14:paraId="6AE5F8FA" w14:textId="77777777" w:rsidR="003C7CA3" w:rsidRPr="00EA7EA3" w:rsidRDefault="003C7CA3">
            <w:pPr>
              <w:keepNext/>
              <w:rPr>
                <w:sz w:val="18"/>
                <w:szCs w:val="18"/>
                <w:lang w:val="fr-FR"/>
              </w:rPr>
            </w:pPr>
          </w:p>
        </w:tc>
        <w:tc>
          <w:tcPr>
            <w:tcW w:w="3212" w:type="dxa"/>
            <w:gridSpan w:val="3"/>
          </w:tcPr>
          <w:p w14:paraId="138D6D15" w14:textId="77777777" w:rsidR="003C7CA3" w:rsidRPr="00EA7EA3" w:rsidRDefault="003454F7">
            <w:pPr>
              <w:keepNext/>
              <w:rPr>
                <w:sz w:val="18"/>
                <w:szCs w:val="18"/>
                <w:lang w:val="fr-FR"/>
              </w:rPr>
            </w:pPr>
            <w:r w:rsidRPr="00EA7EA3">
              <w:rPr>
                <w:b/>
                <w:color w:val="0D5F78"/>
                <w:sz w:val="18"/>
                <w:szCs w:val="18"/>
                <w:lang w:val="fr-FR"/>
              </w:rPr>
              <w:t>Durata de viață estimată (ani)</w:t>
            </w:r>
          </w:p>
          <w:p w14:paraId="339E8596" w14:textId="77777777" w:rsidR="003C7CA3" w:rsidRPr="00EA7EA3" w:rsidRDefault="003C7CA3">
            <w:pPr>
              <w:keepNext/>
              <w:rPr>
                <w:sz w:val="18"/>
                <w:szCs w:val="18"/>
                <w:lang w:val="fr-FR"/>
              </w:rPr>
            </w:pPr>
          </w:p>
        </w:tc>
      </w:tr>
      <w:tr w:rsidR="003C7CA3" w:rsidRPr="00EA7EA3" w14:paraId="559AFCD9" w14:textId="77777777">
        <w:trPr>
          <w:cantSplit/>
          <w:trHeight w:val="510"/>
        </w:trPr>
        <w:tc>
          <w:tcPr>
            <w:tcW w:w="2409" w:type="dxa"/>
          </w:tcPr>
          <w:p w14:paraId="18D30FAF" w14:textId="78F88610" w:rsidR="003C7CA3" w:rsidRPr="00EA7EA3" w:rsidRDefault="003454F7">
            <w:pPr>
              <w:keepNext/>
              <w:rPr>
                <w:sz w:val="18"/>
                <w:szCs w:val="18"/>
                <w:lang w:val="fr-FR"/>
              </w:rPr>
            </w:pPr>
            <w:r w:rsidRPr="00EA7EA3">
              <w:rPr>
                <w:b/>
                <w:color w:val="0D5F78"/>
                <w:sz w:val="18"/>
                <w:szCs w:val="18"/>
                <w:lang w:val="fr-FR"/>
              </w:rPr>
              <w:t>Regim de înălțime</w:t>
            </w:r>
            <w:r w:rsidR="00F61A70" w:rsidRPr="00EA7EA3">
              <w:rPr>
                <w:bCs/>
                <w:i/>
                <w:iCs/>
                <w:color w:val="808080" w:themeColor="background1" w:themeShade="80"/>
                <w:sz w:val="18"/>
                <w:szCs w:val="18"/>
                <w:lang w:val="fr-FR"/>
              </w:rPr>
              <w:t>(existent/propus)</w:t>
            </w:r>
          </w:p>
          <w:p w14:paraId="740D6E0F" w14:textId="77777777" w:rsidR="003C7CA3" w:rsidRPr="00EA7EA3" w:rsidRDefault="003454F7">
            <w:pPr>
              <w:keepNext/>
              <w:rPr>
                <w:sz w:val="18"/>
                <w:szCs w:val="18"/>
                <w:lang w:val="fr-FR"/>
              </w:rPr>
            </w:pPr>
            <w:r w:rsidRPr="00EA7EA3">
              <w:rPr>
                <w:i/>
                <w:color w:val="7A7A7A"/>
                <w:sz w:val="18"/>
                <w:szCs w:val="18"/>
                <w:lang w:val="fr-FR"/>
              </w:rPr>
              <w:t>ex. S+P+2E+M</w:t>
            </w:r>
          </w:p>
          <w:p w14:paraId="42442C36" w14:textId="77777777" w:rsidR="003C7CA3" w:rsidRPr="00EA7EA3" w:rsidRDefault="003C7CA3">
            <w:pPr>
              <w:keepNext/>
              <w:rPr>
                <w:sz w:val="18"/>
                <w:szCs w:val="18"/>
                <w:lang w:val="fr-FR"/>
              </w:rPr>
            </w:pPr>
          </w:p>
        </w:tc>
        <w:tc>
          <w:tcPr>
            <w:tcW w:w="2409" w:type="dxa"/>
            <w:gridSpan w:val="3"/>
          </w:tcPr>
          <w:p w14:paraId="4C60E9B6" w14:textId="257A5600" w:rsidR="003C7CA3" w:rsidRPr="00EA7EA3" w:rsidRDefault="003454F7">
            <w:pPr>
              <w:keepNext/>
              <w:rPr>
                <w:sz w:val="18"/>
                <w:szCs w:val="18"/>
                <w:lang w:val="fr-FR"/>
              </w:rPr>
            </w:pPr>
            <w:r w:rsidRPr="00EA7EA3">
              <w:rPr>
                <w:b/>
                <w:color w:val="0D5F78"/>
                <w:sz w:val="18"/>
                <w:szCs w:val="18"/>
                <w:lang w:val="fr-FR"/>
              </w:rPr>
              <w:t>Înălțimea la cornișă (m)</w:t>
            </w:r>
            <w:r w:rsidR="00F61A70" w:rsidRPr="00EA7EA3">
              <w:rPr>
                <w:bCs/>
                <w:i/>
                <w:iCs/>
                <w:color w:val="808080" w:themeColor="background1" w:themeShade="80"/>
                <w:sz w:val="18"/>
                <w:szCs w:val="18"/>
                <w:lang w:val="fr-FR"/>
              </w:rPr>
              <w:t xml:space="preserve"> (existent/propus)</w:t>
            </w:r>
          </w:p>
          <w:p w14:paraId="3CF2B9A4" w14:textId="77777777" w:rsidR="003C7CA3" w:rsidRPr="00EA7EA3" w:rsidRDefault="003C7CA3">
            <w:pPr>
              <w:keepNext/>
              <w:rPr>
                <w:sz w:val="18"/>
                <w:szCs w:val="18"/>
                <w:lang w:val="fr-FR"/>
              </w:rPr>
            </w:pPr>
          </w:p>
        </w:tc>
        <w:tc>
          <w:tcPr>
            <w:tcW w:w="2409" w:type="dxa"/>
            <w:gridSpan w:val="3"/>
          </w:tcPr>
          <w:p w14:paraId="46C8B034" w14:textId="3C240C9C" w:rsidR="003C7CA3" w:rsidRPr="00EA7EA3" w:rsidRDefault="003454F7">
            <w:pPr>
              <w:keepNext/>
              <w:rPr>
                <w:sz w:val="18"/>
                <w:szCs w:val="18"/>
                <w:lang w:val="fr-FR"/>
              </w:rPr>
            </w:pPr>
            <w:r w:rsidRPr="00EA7EA3">
              <w:rPr>
                <w:b/>
                <w:color w:val="0D5F78"/>
                <w:sz w:val="18"/>
                <w:szCs w:val="18"/>
                <w:lang w:val="fr-FR"/>
              </w:rPr>
              <w:t>Înălțimea maximă (m)</w:t>
            </w:r>
            <w:r w:rsidR="00F61A70" w:rsidRPr="00EA7EA3">
              <w:rPr>
                <w:bCs/>
                <w:i/>
                <w:iCs/>
                <w:color w:val="808080" w:themeColor="background1" w:themeShade="80"/>
                <w:sz w:val="18"/>
                <w:szCs w:val="18"/>
                <w:lang w:val="fr-FR"/>
              </w:rPr>
              <w:t xml:space="preserve"> (existent/propus)</w:t>
            </w:r>
          </w:p>
          <w:p w14:paraId="1C1C9CC0" w14:textId="77777777" w:rsidR="003C7CA3" w:rsidRPr="00EA7EA3" w:rsidRDefault="003C7CA3">
            <w:pPr>
              <w:keepNext/>
              <w:rPr>
                <w:sz w:val="18"/>
                <w:szCs w:val="18"/>
                <w:lang w:val="fr-FR"/>
              </w:rPr>
            </w:pPr>
          </w:p>
        </w:tc>
        <w:tc>
          <w:tcPr>
            <w:tcW w:w="2409" w:type="dxa"/>
            <w:gridSpan w:val="2"/>
          </w:tcPr>
          <w:p w14:paraId="10B62DC5" w14:textId="081E05DF" w:rsidR="003C7CA3" w:rsidRPr="00EA7EA3" w:rsidRDefault="0007047E">
            <w:pPr>
              <w:keepNext/>
              <w:rPr>
                <w:sz w:val="18"/>
                <w:szCs w:val="18"/>
                <w:lang w:val="fr-FR"/>
              </w:rPr>
            </w:pPr>
            <w:r w:rsidRPr="00EA7EA3">
              <w:rPr>
                <w:b/>
                <w:color w:val="0D5F78"/>
                <w:sz w:val="18"/>
                <w:szCs w:val="18"/>
                <w:lang w:val="fr-FR"/>
              </w:rPr>
              <w:t>Cota terenului amenajat (m)</w:t>
            </w:r>
            <w:r w:rsidR="00F61A70" w:rsidRPr="00EA7EA3">
              <w:rPr>
                <w:bCs/>
                <w:i/>
                <w:iCs/>
                <w:color w:val="808080" w:themeColor="background1" w:themeShade="80"/>
                <w:sz w:val="18"/>
                <w:szCs w:val="18"/>
                <w:lang w:val="fr-FR"/>
              </w:rPr>
              <w:t xml:space="preserve"> (inițialăt/propus)</w:t>
            </w:r>
          </w:p>
          <w:p w14:paraId="7E8DBEBB" w14:textId="77777777" w:rsidR="003C7CA3" w:rsidRPr="00EA7EA3" w:rsidRDefault="003C7CA3" w:rsidP="0007047E">
            <w:pPr>
              <w:keepNext/>
              <w:rPr>
                <w:sz w:val="18"/>
                <w:szCs w:val="18"/>
                <w:lang w:val="fr-FR"/>
              </w:rPr>
            </w:pPr>
          </w:p>
          <w:p w14:paraId="6A190CD2" w14:textId="717968AA" w:rsidR="0007047E" w:rsidRPr="00EA7EA3" w:rsidRDefault="0007047E" w:rsidP="0007047E">
            <w:pPr>
              <w:keepNext/>
              <w:rPr>
                <w:b/>
                <w:color w:val="0D5F78"/>
                <w:sz w:val="18"/>
                <w:szCs w:val="18"/>
                <w:lang w:val="fr-FR"/>
              </w:rPr>
            </w:pPr>
            <w:r w:rsidRPr="00EA7EA3">
              <w:rPr>
                <w:b/>
                <w:color w:val="0D5F78"/>
                <w:sz w:val="18"/>
                <w:szCs w:val="18"/>
                <w:lang w:val="fr-FR"/>
              </w:rPr>
              <w:t>Cota terenului natural (m)</w:t>
            </w:r>
            <w:r w:rsidR="00F61A70" w:rsidRPr="00EA7EA3">
              <w:rPr>
                <w:bCs/>
                <w:i/>
                <w:iCs/>
                <w:color w:val="808080" w:themeColor="background1" w:themeShade="80"/>
                <w:sz w:val="18"/>
                <w:szCs w:val="18"/>
                <w:lang w:val="fr-FR"/>
              </w:rPr>
              <w:t xml:space="preserve"> </w:t>
            </w:r>
          </w:p>
          <w:p w14:paraId="71F4C0F2" w14:textId="3DC91D9A" w:rsidR="0007047E" w:rsidRPr="00EA7EA3" w:rsidRDefault="0007047E" w:rsidP="0007047E">
            <w:pPr>
              <w:keepNext/>
              <w:rPr>
                <w:sz w:val="18"/>
                <w:szCs w:val="18"/>
                <w:lang w:val="fr-FR"/>
              </w:rPr>
            </w:pPr>
          </w:p>
        </w:tc>
      </w:tr>
      <w:tr w:rsidR="003C7CA3" w:rsidRPr="00EA7EA3" w14:paraId="5E4E8EC6" w14:textId="77777777">
        <w:trPr>
          <w:cantSplit/>
        </w:trPr>
        <w:tc>
          <w:tcPr>
            <w:tcW w:w="9636" w:type="dxa"/>
            <w:gridSpan w:val="9"/>
            <w:shd w:val="clear" w:color="auto" w:fill="F4F4F4"/>
          </w:tcPr>
          <w:p w14:paraId="35E2F144" w14:textId="2A34E000" w:rsidR="003C7CA3" w:rsidRPr="00EA7EA3" w:rsidRDefault="003454F7">
            <w:pPr>
              <w:keepNext/>
              <w:rPr>
                <w:sz w:val="18"/>
                <w:szCs w:val="18"/>
              </w:rPr>
            </w:pPr>
            <w:r w:rsidRPr="00EA7EA3">
              <w:rPr>
                <w:sz w:val="18"/>
                <w:szCs w:val="18"/>
                <w:lang w:val="fr-FR"/>
              </w:rPr>
              <w:t xml:space="preserve"> </w:t>
            </w:r>
            <w:r w:rsidRPr="00EA7EA3">
              <w:rPr>
                <w:sz w:val="18"/>
                <w:szCs w:val="18"/>
              </w:rPr>
              <w:t>Suprafețe și volum</w:t>
            </w:r>
            <w:r w:rsidR="007E5D45" w:rsidRPr="00EA7EA3">
              <w:rPr>
                <w:sz w:val="18"/>
                <w:szCs w:val="18"/>
              </w:rPr>
              <w:t xml:space="preserve"> </w:t>
            </w:r>
          </w:p>
        </w:tc>
      </w:tr>
      <w:tr w:rsidR="003C7CA3" w:rsidRPr="00EA7EA3" w14:paraId="2FD126AF" w14:textId="77777777">
        <w:trPr>
          <w:cantSplit/>
          <w:trHeight w:val="510"/>
        </w:trPr>
        <w:tc>
          <w:tcPr>
            <w:tcW w:w="2409" w:type="dxa"/>
          </w:tcPr>
          <w:p w14:paraId="06C8304E" w14:textId="7F817497" w:rsidR="003C7CA3" w:rsidRPr="00EA7EA3" w:rsidRDefault="003454F7">
            <w:pPr>
              <w:keepNext/>
              <w:rPr>
                <w:sz w:val="18"/>
                <w:szCs w:val="18"/>
                <w:lang w:val="fr-FR"/>
              </w:rPr>
            </w:pPr>
            <w:r w:rsidRPr="00EA7EA3">
              <w:rPr>
                <w:b/>
                <w:color w:val="0D5F78"/>
                <w:sz w:val="18"/>
                <w:szCs w:val="18"/>
                <w:lang w:val="fr-FR"/>
              </w:rPr>
              <w:t>Suprafața construită (m²)</w:t>
            </w:r>
            <w:r w:rsidR="00F61A70" w:rsidRPr="00EA7EA3">
              <w:rPr>
                <w:b/>
                <w:color w:val="0D5F78"/>
                <w:sz w:val="18"/>
                <w:szCs w:val="18"/>
                <w:lang w:val="fr-FR"/>
              </w:rPr>
              <w:t xml:space="preserve"> </w:t>
            </w:r>
            <w:r w:rsidR="00F61A70" w:rsidRPr="00EA7EA3">
              <w:rPr>
                <w:bCs/>
                <w:i/>
                <w:iCs/>
                <w:color w:val="808080" w:themeColor="background1" w:themeShade="80"/>
                <w:sz w:val="18"/>
                <w:szCs w:val="18"/>
                <w:lang w:val="fr-FR"/>
              </w:rPr>
              <w:t>(existent/propus)</w:t>
            </w:r>
          </w:p>
          <w:p w14:paraId="48F1C2CE" w14:textId="77777777" w:rsidR="003C7CA3" w:rsidRPr="00EA7EA3" w:rsidRDefault="003C7CA3">
            <w:pPr>
              <w:keepNext/>
              <w:rPr>
                <w:sz w:val="18"/>
                <w:szCs w:val="18"/>
                <w:lang w:val="fr-FR"/>
              </w:rPr>
            </w:pPr>
          </w:p>
        </w:tc>
        <w:tc>
          <w:tcPr>
            <w:tcW w:w="2409" w:type="dxa"/>
            <w:gridSpan w:val="3"/>
          </w:tcPr>
          <w:p w14:paraId="7DCB2196" w14:textId="77777777" w:rsidR="003C7CA3" w:rsidRPr="00EA7EA3" w:rsidRDefault="003454F7">
            <w:pPr>
              <w:keepNext/>
              <w:rPr>
                <w:b/>
                <w:color w:val="0D5F78"/>
                <w:sz w:val="18"/>
                <w:szCs w:val="18"/>
              </w:rPr>
            </w:pPr>
            <w:r w:rsidRPr="00EA7EA3">
              <w:rPr>
                <w:b/>
                <w:color w:val="0D5F78"/>
                <w:sz w:val="18"/>
                <w:szCs w:val="18"/>
              </w:rPr>
              <w:t>Suprafața desfășurată (m²)</w:t>
            </w:r>
          </w:p>
          <w:p w14:paraId="7E1A2C27" w14:textId="4D1CD3B2" w:rsidR="00F61A70" w:rsidRPr="00EA7EA3" w:rsidRDefault="00F61A70">
            <w:pPr>
              <w:keepNext/>
              <w:rPr>
                <w:sz w:val="18"/>
                <w:szCs w:val="18"/>
              </w:rPr>
            </w:pPr>
            <w:r w:rsidRPr="00EA7EA3">
              <w:rPr>
                <w:bCs/>
                <w:i/>
                <w:iCs/>
                <w:color w:val="808080" w:themeColor="background1" w:themeShade="80"/>
                <w:sz w:val="18"/>
                <w:szCs w:val="18"/>
                <w:lang w:val="fr-FR"/>
              </w:rPr>
              <w:t>(existent/propus)</w:t>
            </w:r>
          </w:p>
          <w:p w14:paraId="74D48601" w14:textId="77777777" w:rsidR="003C7CA3" w:rsidRPr="00EA7EA3" w:rsidRDefault="003C7CA3">
            <w:pPr>
              <w:keepNext/>
              <w:rPr>
                <w:sz w:val="18"/>
                <w:szCs w:val="18"/>
              </w:rPr>
            </w:pPr>
          </w:p>
        </w:tc>
        <w:tc>
          <w:tcPr>
            <w:tcW w:w="2409" w:type="dxa"/>
            <w:gridSpan w:val="3"/>
          </w:tcPr>
          <w:p w14:paraId="5748DFD2" w14:textId="77777777" w:rsidR="009E435D" w:rsidRPr="00EA7EA3" w:rsidRDefault="003454F7">
            <w:pPr>
              <w:keepNext/>
              <w:rPr>
                <w:b/>
                <w:color w:val="0D5F78"/>
                <w:sz w:val="18"/>
                <w:szCs w:val="18"/>
                <w:lang w:val="fr-FR"/>
              </w:rPr>
            </w:pPr>
            <w:r w:rsidRPr="00EA7EA3">
              <w:rPr>
                <w:b/>
                <w:color w:val="0D5F78"/>
                <w:sz w:val="18"/>
                <w:szCs w:val="18"/>
                <w:lang w:val="fr-FR"/>
              </w:rPr>
              <w:t>Suprafața utilă (m²)</w:t>
            </w:r>
          </w:p>
          <w:p w14:paraId="1825C0CA" w14:textId="1651B2E6" w:rsidR="003C7CA3" w:rsidRPr="00EA7EA3" w:rsidRDefault="009E435D">
            <w:pPr>
              <w:keepNext/>
              <w:rPr>
                <w:sz w:val="18"/>
                <w:szCs w:val="18"/>
                <w:lang w:val="fr-FR"/>
              </w:rPr>
            </w:pPr>
            <w:r w:rsidRPr="00EA7EA3">
              <w:rPr>
                <w:bCs/>
                <w:i/>
                <w:iCs/>
                <w:color w:val="808080" w:themeColor="background1" w:themeShade="80"/>
                <w:sz w:val="18"/>
                <w:szCs w:val="18"/>
                <w:lang w:val="fr-FR"/>
              </w:rPr>
              <w:t>(existent/propus)</w:t>
            </w:r>
          </w:p>
          <w:p w14:paraId="7B61B290" w14:textId="77777777" w:rsidR="003C7CA3" w:rsidRPr="00EA7EA3" w:rsidRDefault="003C7CA3">
            <w:pPr>
              <w:keepNext/>
              <w:rPr>
                <w:sz w:val="18"/>
                <w:szCs w:val="18"/>
                <w:lang w:val="fr-FR"/>
              </w:rPr>
            </w:pPr>
          </w:p>
        </w:tc>
        <w:tc>
          <w:tcPr>
            <w:tcW w:w="2409" w:type="dxa"/>
            <w:gridSpan w:val="2"/>
          </w:tcPr>
          <w:p w14:paraId="6E0C2C74" w14:textId="77777777" w:rsidR="003C7CA3" w:rsidRPr="00EA7EA3" w:rsidRDefault="003454F7">
            <w:pPr>
              <w:keepNext/>
              <w:rPr>
                <w:b/>
                <w:color w:val="0D5F78"/>
                <w:sz w:val="18"/>
                <w:szCs w:val="18"/>
              </w:rPr>
            </w:pPr>
            <w:r w:rsidRPr="00EA7EA3">
              <w:rPr>
                <w:b/>
                <w:color w:val="0D5F78"/>
                <w:sz w:val="18"/>
                <w:szCs w:val="18"/>
              </w:rPr>
              <w:t>Volum construit (m³)</w:t>
            </w:r>
          </w:p>
          <w:p w14:paraId="43DE4869" w14:textId="418CC1F4" w:rsidR="009E435D" w:rsidRPr="00EA7EA3" w:rsidRDefault="009E435D">
            <w:pPr>
              <w:keepNext/>
              <w:rPr>
                <w:sz w:val="18"/>
                <w:szCs w:val="18"/>
              </w:rPr>
            </w:pPr>
            <w:r w:rsidRPr="00EA7EA3">
              <w:rPr>
                <w:bCs/>
                <w:i/>
                <w:iCs/>
                <w:color w:val="808080" w:themeColor="background1" w:themeShade="80"/>
                <w:sz w:val="18"/>
                <w:szCs w:val="18"/>
                <w:lang w:val="fr-FR"/>
              </w:rPr>
              <w:t>(existent/propus)</w:t>
            </w:r>
          </w:p>
          <w:p w14:paraId="64125EF1" w14:textId="77777777" w:rsidR="003C7CA3" w:rsidRPr="00EA7EA3" w:rsidRDefault="003C7CA3">
            <w:pPr>
              <w:keepNext/>
              <w:rPr>
                <w:sz w:val="18"/>
                <w:szCs w:val="18"/>
              </w:rPr>
            </w:pPr>
          </w:p>
        </w:tc>
      </w:tr>
      <w:tr w:rsidR="003C7CA3" w:rsidRPr="00EA7EA3" w14:paraId="0F6EBED6" w14:textId="77777777">
        <w:trPr>
          <w:cantSplit/>
        </w:trPr>
        <w:tc>
          <w:tcPr>
            <w:tcW w:w="9636" w:type="dxa"/>
            <w:gridSpan w:val="9"/>
            <w:shd w:val="clear" w:color="auto" w:fill="F4F4F4"/>
          </w:tcPr>
          <w:p w14:paraId="05C5C6F8" w14:textId="77777777" w:rsidR="003C7CA3" w:rsidRPr="00EA7EA3" w:rsidRDefault="003454F7">
            <w:pPr>
              <w:keepNext/>
              <w:rPr>
                <w:sz w:val="18"/>
                <w:szCs w:val="18"/>
              </w:rPr>
            </w:pPr>
            <w:r w:rsidRPr="00EA7EA3">
              <w:rPr>
                <w:sz w:val="18"/>
                <w:szCs w:val="18"/>
              </w:rPr>
              <w:t xml:space="preserve"> Rezistență mecanică și stabilitate</w:t>
            </w:r>
          </w:p>
        </w:tc>
      </w:tr>
      <w:tr w:rsidR="003C7CA3" w:rsidRPr="00EA7EA3" w14:paraId="648D619D" w14:textId="77777777">
        <w:trPr>
          <w:cantSplit/>
          <w:trHeight w:val="510"/>
        </w:trPr>
        <w:tc>
          <w:tcPr>
            <w:tcW w:w="3212" w:type="dxa"/>
            <w:gridSpan w:val="2"/>
          </w:tcPr>
          <w:p w14:paraId="269BC7B3" w14:textId="3530AFF0" w:rsidR="003C7CA3" w:rsidRPr="00EA7EA3" w:rsidRDefault="003454F7">
            <w:pPr>
              <w:keepNext/>
              <w:rPr>
                <w:sz w:val="18"/>
                <w:szCs w:val="18"/>
              </w:rPr>
            </w:pPr>
            <w:r w:rsidRPr="00EA7EA3">
              <w:rPr>
                <w:b/>
                <w:color w:val="0D5F78"/>
                <w:sz w:val="18"/>
                <w:szCs w:val="18"/>
              </w:rPr>
              <w:t>Sistem structural</w:t>
            </w:r>
            <w:r w:rsidR="009E435D" w:rsidRPr="00EA7EA3">
              <w:rPr>
                <w:b/>
                <w:color w:val="0D5F78"/>
                <w:sz w:val="18"/>
                <w:szCs w:val="18"/>
              </w:rPr>
              <w:t xml:space="preserve"> </w:t>
            </w:r>
            <w:r w:rsidR="009E435D" w:rsidRPr="00EA7EA3">
              <w:rPr>
                <w:bCs/>
                <w:i/>
                <w:iCs/>
                <w:color w:val="808080" w:themeColor="background1" w:themeShade="80"/>
                <w:sz w:val="18"/>
                <w:szCs w:val="18"/>
                <w:lang w:val="fr-FR"/>
              </w:rPr>
              <w:t>(existent/propus)</w:t>
            </w:r>
          </w:p>
          <w:p w14:paraId="4148DB18" w14:textId="77777777" w:rsidR="003C7CA3" w:rsidRPr="00EA7EA3" w:rsidRDefault="003C7CA3">
            <w:pPr>
              <w:keepNext/>
              <w:rPr>
                <w:sz w:val="18"/>
                <w:szCs w:val="18"/>
              </w:rPr>
            </w:pPr>
          </w:p>
        </w:tc>
        <w:tc>
          <w:tcPr>
            <w:tcW w:w="3212" w:type="dxa"/>
            <w:gridSpan w:val="4"/>
          </w:tcPr>
          <w:p w14:paraId="230A02FC" w14:textId="017863FE" w:rsidR="003C7CA3" w:rsidRPr="00EA7EA3" w:rsidRDefault="003454F7">
            <w:pPr>
              <w:keepNext/>
              <w:rPr>
                <w:sz w:val="18"/>
                <w:szCs w:val="18"/>
              </w:rPr>
            </w:pPr>
            <w:r w:rsidRPr="00EA7EA3">
              <w:rPr>
                <w:b/>
                <w:color w:val="0D5F78"/>
                <w:sz w:val="18"/>
                <w:szCs w:val="18"/>
              </w:rPr>
              <w:t>Material structural</w:t>
            </w:r>
            <w:r w:rsidR="009E435D" w:rsidRPr="00EA7EA3">
              <w:rPr>
                <w:b/>
                <w:color w:val="0D5F78"/>
                <w:sz w:val="18"/>
                <w:szCs w:val="18"/>
              </w:rPr>
              <w:t xml:space="preserve"> </w:t>
            </w:r>
            <w:r w:rsidR="009E435D" w:rsidRPr="00EA7EA3">
              <w:rPr>
                <w:bCs/>
                <w:i/>
                <w:iCs/>
                <w:color w:val="808080" w:themeColor="background1" w:themeShade="80"/>
                <w:sz w:val="18"/>
                <w:szCs w:val="18"/>
                <w:lang w:val="fr-FR"/>
              </w:rPr>
              <w:t>(existent/propus)</w:t>
            </w:r>
          </w:p>
          <w:p w14:paraId="52213A2A" w14:textId="77777777" w:rsidR="003C7CA3" w:rsidRPr="00EA7EA3" w:rsidRDefault="003C7CA3">
            <w:pPr>
              <w:keepNext/>
              <w:rPr>
                <w:sz w:val="18"/>
                <w:szCs w:val="18"/>
              </w:rPr>
            </w:pPr>
          </w:p>
        </w:tc>
        <w:tc>
          <w:tcPr>
            <w:tcW w:w="3212" w:type="dxa"/>
            <w:gridSpan w:val="3"/>
          </w:tcPr>
          <w:p w14:paraId="5FC13512" w14:textId="6C261E0A" w:rsidR="003C7CA3" w:rsidRPr="00EA7EA3" w:rsidRDefault="003454F7">
            <w:pPr>
              <w:keepNext/>
              <w:rPr>
                <w:sz w:val="18"/>
                <w:szCs w:val="18"/>
                <w:lang w:val="fr-FR"/>
              </w:rPr>
            </w:pPr>
            <w:r w:rsidRPr="00EA7EA3">
              <w:rPr>
                <w:b/>
                <w:color w:val="0D5F78"/>
                <w:sz w:val="18"/>
                <w:szCs w:val="18"/>
                <w:lang w:val="fr-FR"/>
              </w:rPr>
              <w:t>Clasa de risc seismic</w:t>
            </w:r>
            <w:r w:rsidR="009E435D" w:rsidRPr="00EA7EA3">
              <w:rPr>
                <w:b/>
                <w:color w:val="0D5F78"/>
                <w:sz w:val="18"/>
                <w:szCs w:val="18"/>
                <w:lang w:val="fr-FR"/>
              </w:rPr>
              <w:t xml:space="preserve"> </w:t>
            </w:r>
            <w:r w:rsidR="009E435D" w:rsidRPr="00EA7EA3">
              <w:rPr>
                <w:bCs/>
                <w:i/>
                <w:iCs/>
                <w:color w:val="808080" w:themeColor="background1" w:themeShade="80"/>
                <w:sz w:val="18"/>
                <w:szCs w:val="18"/>
                <w:lang w:val="fr-FR"/>
              </w:rPr>
              <w:t>(existent/propus)</w:t>
            </w:r>
          </w:p>
          <w:p w14:paraId="121DEF40" w14:textId="77777777" w:rsidR="003C7CA3" w:rsidRPr="00EA7EA3" w:rsidRDefault="003454F7">
            <w:pPr>
              <w:keepNext/>
              <w:rPr>
                <w:sz w:val="18"/>
                <w:szCs w:val="18"/>
              </w:rPr>
            </w:pPr>
            <w:r w:rsidRPr="00EA7EA3">
              <w:rPr>
                <w:i/>
                <w:color w:val="7A7A7A"/>
                <w:sz w:val="18"/>
                <w:szCs w:val="18"/>
              </w:rPr>
              <w:t>Rs I … Rs IV</w:t>
            </w:r>
          </w:p>
          <w:p w14:paraId="21701975" w14:textId="77777777" w:rsidR="003C7CA3" w:rsidRPr="00EA7EA3" w:rsidRDefault="003C7CA3">
            <w:pPr>
              <w:keepNext/>
              <w:rPr>
                <w:sz w:val="18"/>
                <w:szCs w:val="18"/>
              </w:rPr>
            </w:pPr>
          </w:p>
        </w:tc>
      </w:tr>
      <w:tr w:rsidR="003C7CA3" w:rsidRPr="00EA7EA3" w14:paraId="10E744AE" w14:textId="77777777">
        <w:trPr>
          <w:cantSplit/>
        </w:trPr>
        <w:tc>
          <w:tcPr>
            <w:tcW w:w="9636" w:type="dxa"/>
            <w:gridSpan w:val="9"/>
            <w:shd w:val="clear" w:color="auto" w:fill="F4F4F4"/>
          </w:tcPr>
          <w:p w14:paraId="1EE6A226" w14:textId="77777777" w:rsidR="003C7CA3" w:rsidRPr="00EA7EA3" w:rsidRDefault="003454F7">
            <w:pPr>
              <w:keepNext/>
              <w:rPr>
                <w:sz w:val="18"/>
                <w:szCs w:val="18"/>
              </w:rPr>
            </w:pPr>
            <w:r w:rsidRPr="00EA7EA3">
              <w:rPr>
                <w:sz w:val="18"/>
                <w:szCs w:val="18"/>
              </w:rPr>
              <w:t xml:space="preserve"> Anvelopă</w:t>
            </w:r>
          </w:p>
        </w:tc>
      </w:tr>
      <w:tr w:rsidR="003C7CA3" w:rsidRPr="00EA7EA3" w14:paraId="7BA6871E" w14:textId="77777777">
        <w:trPr>
          <w:cantSplit/>
          <w:trHeight w:val="510"/>
        </w:trPr>
        <w:tc>
          <w:tcPr>
            <w:tcW w:w="2409" w:type="dxa"/>
          </w:tcPr>
          <w:p w14:paraId="13427585" w14:textId="056B9861" w:rsidR="003C7CA3" w:rsidRPr="00EA7EA3" w:rsidRDefault="003454F7">
            <w:pPr>
              <w:keepNext/>
              <w:rPr>
                <w:sz w:val="18"/>
                <w:szCs w:val="18"/>
              </w:rPr>
            </w:pPr>
            <w:r w:rsidRPr="00EA7EA3">
              <w:rPr>
                <w:b/>
                <w:color w:val="0D5F78"/>
                <w:sz w:val="18"/>
                <w:szCs w:val="18"/>
              </w:rPr>
              <w:t>Acoperiș / învelitoare</w:t>
            </w:r>
            <w:r w:rsidR="009E435D" w:rsidRPr="00EA7EA3">
              <w:rPr>
                <w:b/>
                <w:color w:val="0D5F78"/>
                <w:sz w:val="18"/>
                <w:szCs w:val="18"/>
              </w:rPr>
              <w:t xml:space="preserve"> </w:t>
            </w:r>
            <w:r w:rsidR="009E435D" w:rsidRPr="00EA7EA3">
              <w:rPr>
                <w:bCs/>
                <w:i/>
                <w:iCs/>
                <w:color w:val="808080" w:themeColor="background1" w:themeShade="80"/>
                <w:sz w:val="18"/>
                <w:szCs w:val="18"/>
                <w:lang w:val="fr-FR"/>
              </w:rPr>
              <w:t>(existent/propus)</w:t>
            </w:r>
          </w:p>
          <w:p w14:paraId="77A32C88" w14:textId="77777777" w:rsidR="003C7CA3" w:rsidRPr="00EA7EA3" w:rsidRDefault="003454F7">
            <w:pPr>
              <w:keepNext/>
              <w:rPr>
                <w:sz w:val="18"/>
                <w:szCs w:val="18"/>
              </w:rPr>
            </w:pPr>
            <w:r w:rsidRPr="00EA7EA3">
              <w:rPr>
                <w:i/>
                <w:color w:val="7A7A7A"/>
                <w:sz w:val="18"/>
                <w:szCs w:val="18"/>
              </w:rPr>
              <w:t>șarpantă sau terasă</w:t>
            </w:r>
          </w:p>
          <w:p w14:paraId="49F0469B" w14:textId="77777777" w:rsidR="003C7CA3" w:rsidRPr="00EA7EA3" w:rsidRDefault="003C7CA3">
            <w:pPr>
              <w:keepNext/>
              <w:rPr>
                <w:sz w:val="18"/>
                <w:szCs w:val="18"/>
              </w:rPr>
            </w:pPr>
          </w:p>
        </w:tc>
        <w:tc>
          <w:tcPr>
            <w:tcW w:w="2409" w:type="dxa"/>
            <w:gridSpan w:val="3"/>
          </w:tcPr>
          <w:p w14:paraId="21D1830D" w14:textId="77777777" w:rsidR="003C7CA3" w:rsidRPr="00EA7EA3" w:rsidRDefault="003454F7">
            <w:pPr>
              <w:keepNext/>
              <w:rPr>
                <w:b/>
                <w:color w:val="0D5F78"/>
                <w:sz w:val="18"/>
                <w:szCs w:val="18"/>
              </w:rPr>
            </w:pPr>
            <w:r w:rsidRPr="00EA7EA3">
              <w:rPr>
                <w:b/>
                <w:color w:val="0D5F78"/>
                <w:sz w:val="18"/>
                <w:szCs w:val="18"/>
              </w:rPr>
              <w:t>Învelitoare (material / culoare)</w:t>
            </w:r>
          </w:p>
          <w:p w14:paraId="19E92829" w14:textId="20B66F95" w:rsidR="009E435D" w:rsidRPr="00EA7EA3" w:rsidRDefault="009E435D">
            <w:pPr>
              <w:keepNext/>
              <w:rPr>
                <w:sz w:val="18"/>
                <w:szCs w:val="18"/>
              </w:rPr>
            </w:pPr>
            <w:r w:rsidRPr="00EA7EA3">
              <w:rPr>
                <w:bCs/>
                <w:i/>
                <w:iCs/>
                <w:color w:val="808080" w:themeColor="background1" w:themeShade="80"/>
                <w:sz w:val="18"/>
                <w:szCs w:val="18"/>
                <w:lang w:val="fr-FR"/>
              </w:rPr>
              <w:t>(existent/propus)</w:t>
            </w:r>
          </w:p>
          <w:p w14:paraId="7D9D3BEC" w14:textId="77777777" w:rsidR="003C7CA3" w:rsidRPr="00EA7EA3" w:rsidRDefault="003C7CA3">
            <w:pPr>
              <w:keepNext/>
              <w:rPr>
                <w:sz w:val="18"/>
                <w:szCs w:val="18"/>
              </w:rPr>
            </w:pPr>
          </w:p>
        </w:tc>
        <w:tc>
          <w:tcPr>
            <w:tcW w:w="2409" w:type="dxa"/>
            <w:gridSpan w:val="3"/>
          </w:tcPr>
          <w:p w14:paraId="74D7EE9D" w14:textId="77777777" w:rsidR="009E435D" w:rsidRPr="00EA7EA3" w:rsidRDefault="003454F7">
            <w:pPr>
              <w:keepNext/>
              <w:rPr>
                <w:b/>
                <w:color w:val="0D5F78"/>
                <w:sz w:val="18"/>
                <w:szCs w:val="18"/>
              </w:rPr>
            </w:pPr>
            <w:r w:rsidRPr="00EA7EA3">
              <w:rPr>
                <w:b/>
                <w:color w:val="0D5F78"/>
                <w:sz w:val="18"/>
                <w:szCs w:val="18"/>
              </w:rPr>
              <w:t>Finisaj / tâmplărie exterioară</w:t>
            </w:r>
          </w:p>
          <w:p w14:paraId="1410C167" w14:textId="5DE35244" w:rsidR="003C7CA3" w:rsidRPr="00EA7EA3" w:rsidRDefault="009E435D">
            <w:pPr>
              <w:keepNext/>
              <w:rPr>
                <w:sz w:val="18"/>
                <w:szCs w:val="18"/>
              </w:rPr>
            </w:pPr>
            <w:r w:rsidRPr="00EA7EA3">
              <w:rPr>
                <w:bCs/>
                <w:i/>
                <w:iCs/>
                <w:color w:val="808080" w:themeColor="background1" w:themeShade="80"/>
                <w:sz w:val="18"/>
                <w:szCs w:val="18"/>
                <w:lang w:val="fr-FR"/>
              </w:rPr>
              <w:t>(existent/propus)</w:t>
            </w:r>
          </w:p>
          <w:p w14:paraId="61D838D9" w14:textId="77777777" w:rsidR="003C7CA3" w:rsidRPr="00EA7EA3" w:rsidRDefault="003454F7">
            <w:pPr>
              <w:keepNext/>
              <w:rPr>
                <w:sz w:val="18"/>
                <w:szCs w:val="18"/>
              </w:rPr>
            </w:pPr>
            <w:r w:rsidRPr="00EA7EA3">
              <w:rPr>
                <w:i/>
                <w:color w:val="7A7A7A"/>
                <w:sz w:val="18"/>
                <w:szCs w:val="18"/>
              </w:rPr>
              <w:t>material, culoare</w:t>
            </w:r>
          </w:p>
          <w:p w14:paraId="3F09D205" w14:textId="77777777" w:rsidR="003C7CA3" w:rsidRPr="00EA7EA3" w:rsidRDefault="003C7CA3">
            <w:pPr>
              <w:keepNext/>
              <w:rPr>
                <w:sz w:val="18"/>
                <w:szCs w:val="18"/>
              </w:rPr>
            </w:pPr>
          </w:p>
        </w:tc>
        <w:tc>
          <w:tcPr>
            <w:tcW w:w="2409" w:type="dxa"/>
            <w:gridSpan w:val="2"/>
          </w:tcPr>
          <w:p w14:paraId="6AC4C09E" w14:textId="77777777" w:rsidR="009E435D" w:rsidRPr="00EA7EA3" w:rsidRDefault="003454F7">
            <w:pPr>
              <w:keepNext/>
              <w:rPr>
                <w:b/>
                <w:color w:val="0D5F78"/>
                <w:sz w:val="18"/>
                <w:szCs w:val="18"/>
                <w:lang w:val="fr-FR"/>
              </w:rPr>
            </w:pPr>
            <w:r w:rsidRPr="00EA7EA3">
              <w:rPr>
                <w:b/>
                <w:color w:val="0D5F78"/>
                <w:sz w:val="18"/>
                <w:szCs w:val="18"/>
                <w:lang w:val="fr-FR"/>
              </w:rPr>
              <w:t>Sistem de încălzire</w:t>
            </w:r>
          </w:p>
          <w:p w14:paraId="76CAE6F3" w14:textId="1DA1FF1D" w:rsidR="003C7CA3" w:rsidRPr="00EA7EA3" w:rsidRDefault="009E435D">
            <w:pPr>
              <w:keepNext/>
              <w:rPr>
                <w:sz w:val="18"/>
                <w:szCs w:val="18"/>
                <w:lang w:val="fr-FR"/>
              </w:rPr>
            </w:pPr>
            <w:r w:rsidRPr="00EA7EA3">
              <w:rPr>
                <w:bCs/>
                <w:i/>
                <w:iCs/>
                <w:color w:val="808080" w:themeColor="background1" w:themeShade="80"/>
                <w:sz w:val="18"/>
                <w:szCs w:val="18"/>
                <w:lang w:val="fr-FR"/>
              </w:rPr>
              <w:t>(existent/propus)</w:t>
            </w:r>
          </w:p>
          <w:p w14:paraId="610AF003" w14:textId="77777777" w:rsidR="003C7CA3" w:rsidRPr="00EA7EA3" w:rsidRDefault="003C7CA3">
            <w:pPr>
              <w:keepNext/>
              <w:rPr>
                <w:sz w:val="18"/>
                <w:szCs w:val="18"/>
                <w:lang w:val="fr-FR"/>
              </w:rPr>
            </w:pPr>
          </w:p>
        </w:tc>
      </w:tr>
      <w:tr w:rsidR="003C7CA3" w:rsidRPr="00EA7EA3" w14:paraId="46C29B05" w14:textId="77777777">
        <w:trPr>
          <w:cantSplit/>
        </w:trPr>
        <w:tc>
          <w:tcPr>
            <w:tcW w:w="9636" w:type="dxa"/>
            <w:gridSpan w:val="9"/>
            <w:shd w:val="clear" w:color="auto" w:fill="F4F4F4"/>
          </w:tcPr>
          <w:p w14:paraId="3E9A768B" w14:textId="77777777" w:rsidR="003C7CA3" w:rsidRPr="00EA7EA3" w:rsidRDefault="003454F7">
            <w:pPr>
              <w:keepNext/>
              <w:rPr>
                <w:sz w:val="18"/>
                <w:szCs w:val="18"/>
              </w:rPr>
            </w:pPr>
            <w:r w:rsidRPr="00EA7EA3">
              <w:rPr>
                <w:sz w:val="18"/>
                <w:szCs w:val="18"/>
                <w:lang w:val="fr-FR"/>
              </w:rPr>
              <w:t xml:space="preserve"> </w:t>
            </w:r>
            <w:r w:rsidRPr="00EA7EA3">
              <w:rPr>
                <w:sz w:val="18"/>
                <w:szCs w:val="18"/>
              </w:rPr>
              <w:t>Siguranță la incendiu</w:t>
            </w:r>
          </w:p>
        </w:tc>
      </w:tr>
      <w:tr w:rsidR="003C7CA3" w:rsidRPr="00EA7EA3" w14:paraId="6546425B" w14:textId="77777777">
        <w:trPr>
          <w:cantSplit/>
          <w:trHeight w:val="510"/>
        </w:trPr>
        <w:tc>
          <w:tcPr>
            <w:tcW w:w="5621" w:type="dxa"/>
            <w:gridSpan w:val="5"/>
          </w:tcPr>
          <w:p w14:paraId="32C1F791" w14:textId="3C57619C" w:rsidR="003C7CA3" w:rsidRPr="00EA7EA3" w:rsidRDefault="003454F7">
            <w:pPr>
              <w:keepNext/>
              <w:rPr>
                <w:sz w:val="18"/>
                <w:szCs w:val="18"/>
                <w:lang w:val="fr-FR"/>
              </w:rPr>
            </w:pPr>
            <w:r w:rsidRPr="00EA7EA3">
              <w:rPr>
                <w:b/>
                <w:color w:val="0D5F78"/>
                <w:sz w:val="18"/>
                <w:szCs w:val="18"/>
                <w:lang w:val="fr-FR"/>
              </w:rPr>
              <w:t>Nivel de stabilitate la incendiu</w:t>
            </w:r>
            <w:r w:rsidR="009E435D" w:rsidRPr="00EA7EA3">
              <w:rPr>
                <w:b/>
                <w:color w:val="0D5F78"/>
                <w:sz w:val="18"/>
                <w:szCs w:val="18"/>
                <w:lang w:val="fr-FR"/>
              </w:rPr>
              <w:t xml:space="preserve"> </w:t>
            </w:r>
            <w:r w:rsidR="009E435D" w:rsidRPr="00EA7EA3">
              <w:rPr>
                <w:bCs/>
                <w:i/>
                <w:iCs/>
                <w:color w:val="808080" w:themeColor="background1" w:themeShade="80"/>
                <w:sz w:val="18"/>
                <w:szCs w:val="18"/>
                <w:lang w:val="fr-FR"/>
              </w:rPr>
              <w:t>(existent/propus)</w:t>
            </w:r>
          </w:p>
          <w:p w14:paraId="56434CF7" w14:textId="77777777" w:rsidR="003C7CA3" w:rsidRPr="00EA7EA3" w:rsidRDefault="003C7CA3">
            <w:pPr>
              <w:keepNext/>
              <w:rPr>
                <w:sz w:val="18"/>
                <w:szCs w:val="18"/>
                <w:lang w:val="fr-FR"/>
              </w:rPr>
            </w:pPr>
          </w:p>
        </w:tc>
        <w:tc>
          <w:tcPr>
            <w:tcW w:w="4015" w:type="dxa"/>
            <w:gridSpan w:val="4"/>
          </w:tcPr>
          <w:p w14:paraId="6EEC9105" w14:textId="1B1D82C1" w:rsidR="003C7CA3" w:rsidRPr="00EA7EA3" w:rsidRDefault="003454F7">
            <w:pPr>
              <w:keepNext/>
              <w:rPr>
                <w:sz w:val="18"/>
                <w:szCs w:val="18"/>
                <w:lang w:val="fr-FR"/>
              </w:rPr>
            </w:pPr>
            <w:r w:rsidRPr="00EA7EA3">
              <w:rPr>
                <w:b/>
                <w:color w:val="0D5F78"/>
                <w:sz w:val="18"/>
                <w:szCs w:val="18"/>
                <w:lang w:val="fr-FR"/>
              </w:rPr>
              <w:t>Număr maxim utilizatori</w:t>
            </w:r>
            <w:r w:rsidR="009E435D" w:rsidRPr="00EA7EA3">
              <w:rPr>
                <w:b/>
                <w:color w:val="0D5F78"/>
                <w:sz w:val="18"/>
                <w:szCs w:val="18"/>
                <w:lang w:val="fr-FR"/>
              </w:rPr>
              <w:t xml:space="preserve"> </w:t>
            </w:r>
            <w:r w:rsidR="009E435D" w:rsidRPr="00EA7EA3">
              <w:rPr>
                <w:bCs/>
                <w:i/>
                <w:iCs/>
                <w:color w:val="808080" w:themeColor="background1" w:themeShade="80"/>
                <w:sz w:val="18"/>
                <w:szCs w:val="18"/>
                <w:lang w:val="fr-FR"/>
              </w:rPr>
              <w:t>(existent/propus)</w:t>
            </w:r>
          </w:p>
          <w:p w14:paraId="04845F3C" w14:textId="77777777" w:rsidR="003C7CA3" w:rsidRPr="00EA7EA3" w:rsidRDefault="003C7CA3">
            <w:pPr>
              <w:keepNext/>
              <w:rPr>
                <w:sz w:val="18"/>
                <w:szCs w:val="18"/>
                <w:lang w:val="fr-FR"/>
              </w:rPr>
            </w:pPr>
          </w:p>
        </w:tc>
      </w:tr>
    </w:tbl>
    <w:p w14:paraId="5444A95F" w14:textId="77777777" w:rsidR="003C7CA3" w:rsidRPr="00EA7EA3" w:rsidRDefault="003C7CA3">
      <w:pPr>
        <w:spacing w:line="168" w:lineRule="auto"/>
        <w:rPr>
          <w:sz w:val="18"/>
          <w:szCs w:val="18"/>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803"/>
        <w:gridCol w:w="803"/>
        <w:gridCol w:w="803"/>
        <w:gridCol w:w="803"/>
        <w:gridCol w:w="1606"/>
        <w:gridCol w:w="803"/>
        <w:gridCol w:w="803"/>
        <w:gridCol w:w="1606"/>
      </w:tblGrid>
      <w:tr w:rsidR="003C7CA3" w:rsidRPr="00EA7EA3" w14:paraId="6C362E1B" w14:textId="77777777">
        <w:trPr>
          <w:cantSplit/>
        </w:trPr>
        <w:tc>
          <w:tcPr>
            <w:tcW w:w="9636" w:type="dxa"/>
            <w:gridSpan w:val="9"/>
            <w:shd w:val="clear" w:color="auto" w:fill="F4F4F4"/>
          </w:tcPr>
          <w:p w14:paraId="69228431" w14:textId="79EC420A" w:rsidR="003C7CA3" w:rsidRPr="00EA7EA3" w:rsidRDefault="003454F7">
            <w:pPr>
              <w:keepNext/>
              <w:rPr>
                <w:sz w:val="18"/>
                <w:szCs w:val="18"/>
                <w:lang w:val="fr-FR"/>
              </w:rPr>
            </w:pPr>
            <w:r w:rsidRPr="00EA7EA3">
              <w:rPr>
                <w:b/>
                <w:sz w:val="18"/>
                <w:szCs w:val="18"/>
                <w:lang w:val="fr-FR"/>
              </w:rPr>
              <w:t xml:space="preserve"> 5. </w:t>
            </w:r>
            <w:r w:rsidRPr="00EA7EA3">
              <w:rPr>
                <w:b/>
                <w:color w:val="000000"/>
                <w:sz w:val="18"/>
                <w:szCs w:val="18"/>
                <w:lang w:val="fr-FR"/>
              </w:rPr>
              <w:t>CAPACITĂȚILE FUNCȚIONALE ALE CONSTRUCȚIILOR PROIECTATE</w:t>
            </w:r>
          </w:p>
        </w:tc>
      </w:tr>
      <w:tr w:rsidR="003C7CA3" w:rsidRPr="00EA7EA3" w14:paraId="3C92EC5C" w14:textId="77777777">
        <w:trPr>
          <w:cantSplit/>
        </w:trPr>
        <w:tc>
          <w:tcPr>
            <w:tcW w:w="9636" w:type="dxa"/>
            <w:gridSpan w:val="9"/>
            <w:shd w:val="clear" w:color="auto" w:fill="F4F4F4"/>
          </w:tcPr>
          <w:p w14:paraId="7593A7A2" w14:textId="77777777" w:rsidR="003C7CA3" w:rsidRPr="00EA7EA3" w:rsidRDefault="003454F7">
            <w:pPr>
              <w:keepNext/>
              <w:rPr>
                <w:sz w:val="18"/>
                <w:szCs w:val="18"/>
              </w:rPr>
            </w:pPr>
            <w:r w:rsidRPr="00EA7EA3">
              <w:rPr>
                <w:sz w:val="18"/>
                <w:szCs w:val="18"/>
                <w:lang w:val="fr-FR"/>
              </w:rPr>
              <w:t xml:space="preserve"> </w:t>
            </w:r>
            <w:r w:rsidRPr="00EA7EA3">
              <w:rPr>
                <w:sz w:val="18"/>
                <w:szCs w:val="18"/>
              </w:rPr>
              <w:t>Construcții de locuințe</w:t>
            </w:r>
          </w:p>
        </w:tc>
      </w:tr>
      <w:tr w:rsidR="003C7CA3" w:rsidRPr="00EA7EA3" w14:paraId="0376600D" w14:textId="77777777">
        <w:trPr>
          <w:cantSplit/>
        </w:trPr>
        <w:tc>
          <w:tcPr>
            <w:tcW w:w="9636" w:type="dxa"/>
            <w:gridSpan w:val="9"/>
          </w:tcPr>
          <w:p w14:paraId="4572BE83" w14:textId="77777777" w:rsidR="003C7CA3" w:rsidRDefault="003454F7">
            <w:pPr>
              <w:keepNext/>
              <w:rPr>
                <w:sz w:val="18"/>
                <w:szCs w:val="18"/>
                <w:lang w:val="fr-FR"/>
              </w:rPr>
            </w:pPr>
            <w:r w:rsidRPr="00EA7EA3">
              <w:rPr>
                <w:sz w:val="18"/>
                <w:szCs w:val="18"/>
                <w:lang w:val="fr-FR"/>
              </w:rPr>
              <w:t xml:space="preserve"> ☐ principale (permanente)     ☐ sezoniere (de vacanță)     ☐ pentru închiriere     ☐ sociale     ☐ de serviciu     ☐ de necesitate     ☐ de intervenție     ☐ de protocol</w:t>
            </w:r>
          </w:p>
          <w:p w14:paraId="6B825EA9" w14:textId="77777777" w:rsidR="00EE1FD2" w:rsidRPr="00EA7EA3" w:rsidRDefault="00EE1FD2">
            <w:pPr>
              <w:keepNext/>
              <w:rPr>
                <w:sz w:val="18"/>
                <w:szCs w:val="18"/>
                <w:lang w:val="fr-FR"/>
              </w:rPr>
            </w:pPr>
          </w:p>
        </w:tc>
      </w:tr>
      <w:tr w:rsidR="003C7CA3" w:rsidRPr="00EA7EA3" w14:paraId="5B05CAB7" w14:textId="77777777">
        <w:trPr>
          <w:cantSplit/>
          <w:trHeight w:val="510"/>
        </w:trPr>
        <w:tc>
          <w:tcPr>
            <w:tcW w:w="1606" w:type="dxa"/>
          </w:tcPr>
          <w:p w14:paraId="6F4F8080" w14:textId="77777777" w:rsidR="003C7CA3" w:rsidRPr="00EA7EA3" w:rsidRDefault="003454F7">
            <w:pPr>
              <w:keepNext/>
              <w:rPr>
                <w:sz w:val="18"/>
                <w:szCs w:val="18"/>
              </w:rPr>
            </w:pPr>
            <w:r w:rsidRPr="00EA7EA3">
              <w:rPr>
                <w:b/>
                <w:color w:val="0D5F78"/>
                <w:sz w:val="18"/>
                <w:szCs w:val="18"/>
              </w:rPr>
              <w:t>Număr de apartamente</w:t>
            </w:r>
          </w:p>
          <w:p w14:paraId="5801AE07" w14:textId="77777777" w:rsidR="003C7CA3" w:rsidRPr="00EA7EA3" w:rsidRDefault="003C7CA3">
            <w:pPr>
              <w:keepNext/>
              <w:rPr>
                <w:sz w:val="18"/>
                <w:szCs w:val="18"/>
              </w:rPr>
            </w:pPr>
          </w:p>
        </w:tc>
        <w:tc>
          <w:tcPr>
            <w:tcW w:w="1606" w:type="dxa"/>
            <w:gridSpan w:val="2"/>
          </w:tcPr>
          <w:p w14:paraId="537E2260" w14:textId="77777777" w:rsidR="003C7CA3" w:rsidRPr="00EA7EA3" w:rsidRDefault="003454F7">
            <w:pPr>
              <w:keepNext/>
              <w:rPr>
                <w:sz w:val="18"/>
                <w:szCs w:val="18"/>
              </w:rPr>
            </w:pPr>
            <w:r w:rsidRPr="00EA7EA3">
              <w:rPr>
                <w:b/>
                <w:color w:val="0D5F78"/>
                <w:sz w:val="18"/>
                <w:szCs w:val="18"/>
              </w:rPr>
              <w:t>cu 1 cameră</w:t>
            </w:r>
          </w:p>
          <w:p w14:paraId="28F9A2EE" w14:textId="77777777" w:rsidR="003C7CA3" w:rsidRPr="00EA7EA3" w:rsidRDefault="003C7CA3">
            <w:pPr>
              <w:keepNext/>
              <w:rPr>
                <w:sz w:val="18"/>
                <w:szCs w:val="18"/>
              </w:rPr>
            </w:pPr>
          </w:p>
        </w:tc>
        <w:tc>
          <w:tcPr>
            <w:tcW w:w="1606" w:type="dxa"/>
            <w:gridSpan w:val="2"/>
          </w:tcPr>
          <w:p w14:paraId="0BEC4713" w14:textId="77777777" w:rsidR="003C7CA3" w:rsidRPr="00EA7EA3" w:rsidRDefault="003454F7">
            <w:pPr>
              <w:keepNext/>
              <w:rPr>
                <w:sz w:val="18"/>
                <w:szCs w:val="18"/>
              </w:rPr>
            </w:pPr>
            <w:r w:rsidRPr="00EA7EA3">
              <w:rPr>
                <w:b/>
                <w:color w:val="0D5F78"/>
                <w:sz w:val="18"/>
                <w:szCs w:val="18"/>
              </w:rPr>
              <w:t>2 camere</w:t>
            </w:r>
          </w:p>
          <w:p w14:paraId="026F69BD" w14:textId="77777777" w:rsidR="003C7CA3" w:rsidRPr="00EA7EA3" w:rsidRDefault="003C7CA3">
            <w:pPr>
              <w:keepNext/>
              <w:rPr>
                <w:sz w:val="18"/>
                <w:szCs w:val="18"/>
              </w:rPr>
            </w:pPr>
          </w:p>
        </w:tc>
        <w:tc>
          <w:tcPr>
            <w:tcW w:w="1606" w:type="dxa"/>
          </w:tcPr>
          <w:p w14:paraId="0738363B" w14:textId="77777777" w:rsidR="003C7CA3" w:rsidRPr="00EA7EA3" w:rsidRDefault="003454F7">
            <w:pPr>
              <w:keepNext/>
              <w:rPr>
                <w:sz w:val="18"/>
                <w:szCs w:val="18"/>
              </w:rPr>
            </w:pPr>
            <w:r w:rsidRPr="00EA7EA3">
              <w:rPr>
                <w:b/>
                <w:color w:val="0D5F78"/>
                <w:sz w:val="18"/>
                <w:szCs w:val="18"/>
              </w:rPr>
              <w:t>3 camere</w:t>
            </w:r>
          </w:p>
          <w:p w14:paraId="12851C40" w14:textId="77777777" w:rsidR="003C7CA3" w:rsidRPr="00EA7EA3" w:rsidRDefault="003C7CA3">
            <w:pPr>
              <w:keepNext/>
              <w:rPr>
                <w:sz w:val="18"/>
                <w:szCs w:val="18"/>
              </w:rPr>
            </w:pPr>
          </w:p>
        </w:tc>
        <w:tc>
          <w:tcPr>
            <w:tcW w:w="1606" w:type="dxa"/>
            <w:gridSpan w:val="2"/>
          </w:tcPr>
          <w:p w14:paraId="1799912B" w14:textId="77777777" w:rsidR="003C7CA3" w:rsidRPr="00EA7EA3" w:rsidRDefault="003454F7">
            <w:pPr>
              <w:keepNext/>
              <w:rPr>
                <w:sz w:val="18"/>
                <w:szCs w:val="18"/>
              </w:rPr>
            </w:pPr>
            <w:r w:rsidRPr="00EA7EA3">
              <w:rPr>
                <w:b/>
                <w:color w:val="0D5F78"/>
                <w:sz w:val="18"/>
                <w:szCs w:val="18"/>
              </w:rPr>
              <w:t>4 camere</w:t>
            </w:r>
          </w:p>
          <w:p w14:paraId="7962E59D" w14:textId="77777777" w:rsidR="003C7CA3" w:rsidRPr="00EA7EA3" w:rsidRDefault="003C7CA3">
            <w:pPr>
              <w:keepNext/>
              <w:rPr>
                <w:sz w:val="18"/>
                <w:szCs w:val="18"/>
              </w:rPr>
            </w:pPr>
          </w:p>
        </w:tc>
        <w:tc>
          <w:tcPr>
            <w:tcW w:w="1606" w:type="dxa"/>
          </w:tcPr>
          <w:p w14:paraId="620FA910" w14:textId="77777777" w:rsidR="003C7CA3" w:rsidRPr="00EA7EA3" w:rsidRDefault="003454F7">
            <w:pPr>
              <w:keepNext/>
              <w:rPr>
                <w:sz w:val="18"/>
                <w:szCs w:val="18"/>
              </w:rPr>
            </w:pPr>
            <w:r w:rsidRPr="00EA7EA3">
              <w:rPr>
                <w:b/>
                <w:color w:val="0D5F78"/>
                <w:sz w:val="18"/>
                <w:szCs w:val="18"/>
              </w:rPr>
              <w:t>5+ camere</w:t>
            </w:r>
          </w:p>
          <w:p w14:paraId="0DD5B823" w14:textId="77777777" w:rsidR="003C7CA3" w:rsidRPr="00EA7EA3" w:rsidRDefault="003C7CA3">
            <w:pPr>
              <w:keepNext/>
              <w:rPr>
                <w:sz w:val="18"/>
                <w:szCs w:val="18"/>
              </w:rPr>
            </w:pPr>
          </w:p>
        </w:tc>
      </w:tr>
      <w:tr w:rsidR="003C7CA3" w:rsidRPr="00EA7EA3" w14:paraId="67225F94" w14:textId="77777777">
        <w:trPr>
          <w:cantSplit/>
        </w:trPr>
        <w:tc>
          <w:tcPr>
            <w:tcW w:w="9636" w:type="dxa"/>
            <w:gridSpan w:val="9"/>
            <w:shd w:val="clear" w:color="auto" w:fill="F4F4F4"/>
          </w:tcPr>
          <w:p w14:paraId="083EAA92" w14:textId="77777777" w:rsidR="003C7CA3" w:rsidRPr="00EA7EA3" w:rsidRDefault="003454F7">
            <w:pPr>
              <w:keepNext/>
              <w:rPr>
                <w:sz w:val="18"/>
                <w:szCs w:val="18"/>
                <w:lang w:val="fr-FR"/>
              </w:rPr>
            </w:pPr>
            <w:r w:rsidRPr="00EA7EA3">
              <w:rPr>
                <w:sz w:val="18"/>
                <w:szCs w:val="18"/>
                <w:lang w:val="fr-FR"/>
              </w:rPr>
              <w:t xml:space="preserve"> Construcții pentru instituții publice și servicii</w:t>
            </w:r>
          </w:p>
        </w:tc>
      </w:tr>
      <w:tr w:rsidR="003C7CA3" w:rsidRPr="00EA7EA3" w14:paraId="48DCBDEE" w14:textId="77777777">
        <w:trPr>
          <w:cantSplit/>
          <w:trHeight w:val="510"/>
        </w:trPr>
        <w:tc>
          <w:tcPr>
            <w:tcW w:w="3212" w:type="dxa"/>
            <w:gridSpan w:val="3"/>
          </w:tcPr>
          <w:p w14:paraId="2CB9A7FA" w14:textId="77777777" w:rsidR="003C7CA3" w:rsidRPr="00EA7EA3" w:rsidRDefault="003454F7">
            <w:pPr>
              <w:keepNext/>
              <w:rPr>
                <w:sz w:val="18"/>
                <w:szCs w:val="18"/>
              </w:rPr>
            </w:pPr>
            <w:r w:rsidRPr="00EA7EA3">
              <w:rPr>
                <w:b/>
                <w:color w:val="0D5F78"/>
                <w:sz w:val="18"/>
                <w:szCs w:val="18"/>
              </w:rPr>
              <w:t>sănătate — nr. de paturi</w:t>
            </w:r>
          </w:p>
          <w:p w14:paraId="696DFB48" w14:textId="77777777" w:rsidR="003C7CA3" w:rsidRPr="00EA7EA3" w:rsidRDefault="003C7CA3">
            <w:pPr>
              <w:keepNext/>
              <w:rPr>
                <w:sz w:val="18"/>
                <w:szCs w:val="18"/>
              </w:rPr>
            </w:pPr>
          </w:p>
        </w:tc>
        <w:tc>
          <w:tcPr>
            <w:tcW w:w="3212" w:type="dxa"/>
            <w:gridSpan w:val="3"/>
          </w:tcPr>
          <w:p w14:paraId="3B4DF4B7" w14:textId="040DD092" w:rsidR="003C7CA3" w:rsidRPr="00EA7EA3" w:rsidRDefault="003454F7">
            <w:pPr>
              <w:keepNext/>
              <w:rPr>
                <w:sz w:val="18"/>
                <w:szCs w:val="18"/>
              </w:rPr>
            </w:pPr>
            <w:r w:rsidRPr="00EA7EA3">
              <w:rPr>
                <w:b/>
                <w:color w:val="0D5F78"/>
                <w:sz w:val="18"/>
                <w:szCs w:val="18"/>
              </w:rPr>
              <w:t xml:space="preserve">învățământ — </w:t>
            </w:r>
            <w:r w:rsidR="00B0669A" w:rsidRPr="00EA7EA3">
              <w:rPr>
                <w:b/>
                <w:color w:val="0D5F78"/>
                <w:sz w:val="18"/>
                <w:szCs w:val="18"/>
              </w:rPr>
              <w:t>nr. s</w:t>
            </w:r>
            <w:r w:rsidRPr="00EA7EA3">
              <w:rPr>
                <w:b/>
                <w:color w:val="0D5F78"/>
                <w:sz w:val="18"/>
                <w:szCs w:val="18"/>
              </w:rPr>
              <w:t xml:space="preserve">ăli / </w:t>
            </w:r>
            <w:r w:rsidR="00B0669A" w:rsidRPr="00EA7EA3">
              <w:rPr>
                <w:b/>
                <w:color w:val="0D5F78"/>
                <w:sz w:val="18"/>
                <w:szCs w:val="18"/>
              </w:rPr>
              <w:t xml:space="preserve">nr. </w:t>
            </w:r>
            <w:r w:rsidRPr="00EA7EA3">
              <w:rPr>
                <w:b/>
                <w:color w:val="0D5F78"/>
                <w:sz w:val="18"/>
                <w:szCs w:val="18"/>
              </w:rPr>
              <w:t xml:space="preserve">locuri / </w:t>
            </w:r>
            <w:r w:rsidR="00B0669A" w:rsidRPr="00EA7EA3">
              <w:rPr>
                <w:b/>
                <w:color w:val="0D5F78"/>
                <w:sz w:val="18"/>
                <w:szCs w:val="18"/>
              </w:rPr>
              <w:t xml:space="preserve">nr. </w:t>
            </w:r>
            <w:r w:rsidRPr="00EA7EA3">
              <w:rPr>
                <w:b/>
                <w:color w:val="0D5F78"/>
                <w:sz w:val="18"/>
                <w:szCs w:val="18"/>
              </w:rPr>
              <w:t>grupe</w:t>
            </w:r>
          </w:p>
          <w:p w14:paraId="38B1D81D" w14:textId="77777777" w:rsidR="003C7CA3" w:rsidRPr="00EA7EA3" w:rsidRDefault="003C7CA3">
            <w:pPr>
              <w:keepNext/>
              <w:rPr>
                <w:sz w:val="18"/>
                <w:szCs w:val="18"/>
              </w:rPr>
            </w:pPr>
          </w:p>
        </w:tc>
        <w:tc>
          <w:tcPr>
            <w:tcW w:w="3212" w:type="dxa"/>
            <w:gridSpan w:val="3"/>
          </w:tcPr>
          <w:p w14:paraId="19BC9CE4" w14:textId="77777777" w:rsidR="003C7CA3" w:rsidRPr="00EA7EA3" w:rsidRDefault="003454F7">
            <w:pPr>
              <w:keepNext/>
              <w:rPr>
                <w:sz w:val="18"/>
                <w:szCs w:val="18"/>
              </w:rPr>
            </w:pPr>
            <w:r w:rsidRPr="00EA7EA3">
              <w:rPr>
                <w:b/>
                <w:color w:val="0D5F78"/>
                <w:sz w:val="18"/>
                <w:szCs w:val="18"/>
              </w:rPr>
              <w:t>cultură — nr. de locuri</w:t>
            </w:r>
          </w:p>
          <w:p w14:paraId="73DB8DD3" w14:textId="77777777" w:rsidR="003C7CA3" w:rsidRPr="00EA7EA3" w:rsidRDefault="003C7CA3">
            <w:pPr>
              <w:keepNext/>
              <w:rPr>
                <w:sz w:val="18"/>
                <w:szCs w:val="18"/>
              </w:rPr>
            </w:pPr>
          </w:p>
        </w:tc>
      </w:tr>
      <w:tr w:rsidR="003C7CA3" w:rsidRPr="00EA7EA3" w14:paraId="5F9F33DB" w14:textId="77777777">
        <w:trPr>
          <w:cantSplit/>
          <w:trHeight w:val="510"/>
        </w:trPr>
        <w:tc>
          <w:tcPr>
            <w:tcW w:w="3212" w:type="dxa"/>
            <w:gridSpan w:val="3"/>
          </w:tcPr>
          <w:p w14:paraId="576F2B0D" w14:textId="2EBEFE6B" w:rsidR="003C7CA3" w:rsidRPr="00EA7EA3" w:rsidRDefault="003454F7">
            <w:pPr>
              <w:keepNext/>
              <w:rPr>
                <w:sz w:val="18"/>
                <w:szCs w:val="18"/>
              </w:rPr>
            </w:pPr>
            <w:r w:rsidRPr="00EA7EA3">
              <w:rPr>
                <w:b/>
                <w:color w:val="0D5F78"/>
                <w:sz w:val="18"/>
                <w:szCs w:val="18"/>
              </w:rPr>
              <w:t xml:space="preserve">hoteliere — </w:t>
            </w:r>
            <w:r w:rsidR="00B0669A" w:rsidRPr="00EA7EA3">
              <w:rPr>
                <w:b/>
                <w:color w:val="0D5F78"/>
                <w:sz w:val="18"/>
                <w:szCs w:val="18"/>
              </w:rPr>
              <w:t xml:space="preserve">nr. </w:t>
            </w:r>
            <w:r w:rsidRPr="00EA7EA3">
              <w:rPr>
                <w:b/>
                <w:color w:val="0D5F78"/>
                <w:sz w:val="18"/>
                <w:szCs w:val="18"/>
              </w:rPr>
              <w:t>camere /</w:t>
            </w:r>
            <w:r w:rsidR="00B0669A" w:rsidRPr="00EA7EA3">
              <w:rPr>
                <w:b/>
                <w:color w:val="0D5F78"/>
                <w:sz w:val="18"/>
                <w:szCs w:val="18"/>
              </w:rPr>
              <w:t>nr.</w:t>
            </w:r>
            <w:r w:rsidRPr="00EA7EA3">
              <w:rPr>
                <w:b/>
                <w:color w:val="0D5F78"/>
                <w:sz w:val="18"/>
                <w:szCs w:val="18"/>
              </w:rPr>
              <w:t xml:space="preserve"> locuri</w:t>
            </w:r>
          </w:p>
          <w:p w14:paraId="5ED37886" w14:textId="77777777" w:rsidR="003C7CA3" w:rsidRPr="00EA7EA3" w:rsidRDefault="003C7CA3">
            <w:pPr>
              <w:keepNext/>
              <w:rPr>
                <w:sz w:val="18"/>
                <w:szCs w:val="18"/>
              </w:rPr>
            </w:pPr>
          </w:p>
        </w:tc>
        <w:tc>
          <w:tcPr>
            <w:tcW w:w="3212" w:type="dxa"/>
            <w:gridSpan w:val="3"/>
          </w:tcPr>
          <w:p w14:paraId="71C38E9C" w14:textId="77777777" w:rsidR="003C7CA3" w:rsidRPr="00EA7EA3" w:rsidRDefault="003454F7">
            <w:pPr>
              <w:keepNext/>
              <w:rPr>
                <w:sz w:val="18"/>
                <w:szCs w:val="18"/>
              </w:rPr>
            </w:pPr>
            <w:r w:rsidRPr="00EA7EA3">
              <w:rPr>
                <w:b/>
                <w:color w:val="0D5F78"/>
                <w:sz w:val="18"/>
                <w:szCs w:val="18"/>
              </w:rPr>
              <w:t>culte — nr. de locuri</w:t>
            </w:r>
          </w:p>
          <w:p w14:paraId="7642E005" w14:textId="77777777" w:rsidR="003C7CA3" w:rsidRPr="00EA7EA3" w:rsidRDefault="003C7CA3">
            <w:pPr>
              <w:keepNext/>
              <w:rPr>
                <w:sz w:val="18"/>
                <w:szCs w:val="18"/>
              </w:rPr>
            </w:pPr>
          </w:p>
        </w:tc>
        <w:tc>
          <w:tcPr>
            <w:tcW w:w="3212" w:type="dxa"/>
            <w:gridSpan w:val="3"/>
          </w:tcPr>
          <w:p w14:paraId="7E9908A3" w14:textId="2A87A6F6" w:rsidR="003C7CA3" w:rsidRPr="00EA7EA3" w:rsidRDefault="003454F7">
            <w:pPr>
              <w:keepNext/>
              <w:rPr>
                <w:sz w:val="18"/>
                <w:szCs w:val="18"/>
              </w:rPr>
            </w:pPr>
            <w:r w:rsidRPr="00EA7EA3">
              <w:rPr>
                <w:b/>
                <w:color w:val="0D5F78"/>
                <w:sz w:val="18"/>
                <w:szCs w:val="18"/>
              </w:rPr>
              <w:t xml:space="preserve">administrative și financiare — </w:t>
            </w:r>
            <w:r w:rsidR="00B0669A" w:rsidRPr="00EA7EA3">
              <w:rPr>
                <w:b/>
                <w:color w:val="0D5F78"/>
                <w:sz w:val="18"/>
                <w:szCs w:val="18"/>
              </w:rPr>
              <w:t>nr.</w:t>
            </w:r>
            <w:r w:rsidRPr="00EA7EA3">
              <w:rPr>
                <w:b/>
                <w:color w:val="0D5F78"/>
                <w:sz w:val="18"/>
                <w:szCs w:val="18"/>
              </w:rPr>
              <w:t>personal</w:t>
            </w:r>
          </w:p>
          <w:p w14:paraId="4FED59EA" w14:textId="77777777" w:rsidR="003C7CA3" w:rsidRPr="00EA7EA3" w:rsidRDefault="003C7CA3">
            <w:pPr>
              <w:keepNext/>
              <w:rPr>
                <w:sz w:val="18"/>
                <w:szCs w:val="18"/>
              </w:rPr>
            </w:pPr>
          </w:p>
        </w:tc>
      </w:tr>
      <w:tr w:rsidR="003C7CA3" w:rsidRPr="00EA7EA3" w14:paraId="38F7A7A2" w14:textId="77777777">
        <w:trPr>
          <w:cantSplit/>
          <w:trHeight w:val="510"/>
        </w:trPr>
        <w:tc>
          <w:tcPr>
            <w:tcW w:w="2409" w:type="dxa"/>
            <w:gridSpan w:val="2"/>
          </w:tcPr>
          <w:p w14:paraId="79954E31" w14:textId="0F435CFF" w:rsidR="003C7CA3" w:rsidRPr="00EA7EA3" w:rsidRDefault="003454F7">
            <w:pPr>
              <w:keepNext/>
              <w:rPr>
                <w:sz w:val="18"/>
                <w:szCs w:val="18"/>
              </w:rPr>
            </w:pPr>
            <w:r w:rsidRPr="00EA7EA3">
              <w:rPr>
                <w:b/>
                <w:color w:val="0D5F78"/>
                <w:sz w:val="18"/>
                <w:szCs w:val="18"/>
              </w:rPr>
              <w:t xml:space="preserve">comerț — </w:t>
            </w:r>
            <w:r w:rsidR="00B0669A" w:rsidRPr="00EA7EA3">
              <w:rPr>
                <w:b/>
                <w:color w:val="0D5F78"/>
                <w:sz w:val="18"/>
                <w:szCs w:val="18"/>
              </w:rPr>
              <w:t>nr.</w:t>
            </w:r>
            <w:r w:rsidRPr="00EA7EA3">
              <w:rPr>
                <w:b/>
                <w:color w:val="0D5F78"/>
                <w:sz w:val="18"/>
                <w:szCs w:val="18"/>
              </w:rPr>
              <w:t>personal</w:t>
            </w:r>
          </w:p>
          <w:p w14:paraId="6FE5B4BE" w14:textId="77777777" w:rsidR="003C7CA3" w:rsidRPr="00EA7EA3" w:rsidRDefault="003C7CA3">
            <w:pPr>
              <w:keepNext/>
              <w:rPr>
                <w:sz w:val="18"/>
                <w:szCs w:val="18"/>
              </w:rPr>
            </w:pPr>
          </w:p>
        </w:tc>
        <w:tc>
          <w:tcPr>
            <w:tcW w:w="2409" w:type="dxa"/>
            <w:gridSpan w:val="3"/>
          </w:tcPr>
          <w:p w14:paraId="5A53E278" w14:textId="7ADE5129" w:rsidR="003C7CA3" w:rsidRPr="00EA7EA3" w:rsidRDefault="003454F7">
            <w:pPr>
              <w:keepNext/>
              <w:rPr>
                <w:sz w:val="18"/>
                <w:szCs w:val="18"/>
                <w:lang w:val="fr-FR"/>
              </w:rPr>
            </w:pPr>
            <w:r w:rsidRPr="00EA7EA3">
              <w:rPr>
                <w:b/>
                <w:color w:val="0D5F78"/>
                <w:sz w:val="18"/>
                <w:szCs w:val="18"/>
                <w:lang w:val="fr-FR"/>
              </w:rPr>
              <w:t xml:space="preserve">alimentație publică — </w:t>
            </w:r>
            <w:r w:rsidR="00B0669A" w:rsidRPr="00EA7EA3">
              <w:rPr>
                <w:b/>
                <w:color w:val="0D5F78"/>
                <w:sz w:val="18"/>
                <w:szCs w:val="18"/>
                <w:lang w:val="fr-FR"/>
              </w:rPr>
              <w:t>nr.</w:t>
            </w:r>
            <w:r w:rsidRPr="00EA7EA3">
              <w:rPr>
                <w:b/>
                <w:color w:val="0D5F78"/>
                <w:sz w:val="18"/>
                <w:szCs w:val="18"/>
                <w:lang w:val="fr-FR"/>
              </w:rPr>
              <w:t xml:space="preserve">locuri / </w:t>
            </w:r>
            <w:r w:rsidR="00B0669A" w:rsidRPr="00EA7EA3">
              <w:rPr>
                <w:b/>
                <w:color w:val="0D5F78"/>
                <w:sz w:val="18"/>
                <w:szCs w:val="18"/>
                <w:lang w:val="fr-FR"/>
              </w:rPr>
              <w:t>nr.</w:t>
            </w:r>
            <w:r w:rsidRPr="00EA7EA3">
              <w:rPr>
                <w:b/>
                <w:color w:val="0D5F78"/>
                <w:sz w:val="18"/>
                <w:szCs w:val="18"/>
                <w:lang w:val="fr-FR"/>
              </w:rPr>
              <w:t>personal</w:t>
            </w:r>
          </w:p>
          <w:p w14:paraId="5F2402C3" w14:textId="77777777" w:rsidR="003C7CA3" w:rsidRPr="00EA7EA3" w:rsidRDefault="003C7CA3">
            <w:pPr>
              <w:keepNext/>
              <w:rPr>
                <w:sz w:val="18"/>
                <w:szCs w:val="18"/>
                <w:lang w:val="fr-FR"/>
              </w:rPr>
            </w:pPr>
          </w:p>
        </w:tc>
        <w:tc>
          <w:tcPr>
            <w:tcW w:w="2409" w:type="dxa"/>
            <w:gridSpan w:val="2"/>
          </w:tcPr>
          <w:p w14:paraId="038AE5A2" w14:textId="771FB35C" w:rsidR="003C7CA3" w:rsidRPr="00EA7EA3" w:rsidRDefault="003454F7">
            <w:pPr>
              <w:keepNext/>
              <w:rPr>
                <w:sz w:val="18"/>
                <w:szCs w:val="18"/>
              </w:rPr>
            </w:pPr>
            <w:r w:rsidRPr="00EA7EA3">
              <w:rPr>
                <w:b/>
                <w:color w:val="0D5F78"/>
                <w:sz w:val="18"/>
                <w:szCs w:val="18"/>
              </w:rPr>
              <w:t xml:space="preserve">servicii — </w:t>
            </w:r>
            <w:r w:rsidR="00B0669A" w:rsidRPr="00EA7EA3">
              <w:rPr>
                <w:b/>
                <w:color w:val="0D5F78"/>
                <w:sz w:val="18"/>
                <w:szCs w:val="18"/>
              </w:rPr>
              <w:t>nr.</w:t>
            </w:r>
            <w:r w:rsidRPr="00EA7EA3">
              <w:rPr>
                <w:b/>
                <w:color w:val="0D5F78"/>
                <w:sz w:val="18"/>
                <w:szCs w:val="18"/>
              </w:rPr>
              <w:t>personal</w:t>
            </w:r>
          </w:p>
          <w:p w14:paraId="029835D2" w14:textId="77777777" w:rsidR="003C7CA3" w:rsidRPr="00EA7EA3" w:rsidRDefault="003C7CA3">
            <w:pPr>
              <w:keepNext/>
              <w:rPr>
                <w:sz w:val="18"/>
                <w:szCs w:val="18"/>
              </w:rPr>
            </w:pPr>
          </w:p>
        </w:tc>
        <w:tc>
          <w:tcPr>
            <w:tcW w:w="2409" w:type="dxa"/>
            <w:gridSpan w:val="2"/>
          </w:tcPr>
          <w:p w14:paraId="24557515" w14:textId="7A52047F" w:rsidR="003C7CA3" w:rsidRPr="00EA7EA3" w:rsidRDefault="003454F7">
            <w:pPr>
              <w:keepNext/>
              <w:rPr>
                <w:sz w:val="18"/>
                <w:szCs w:val="18"/>
              </w:rPr>
            </w:pPr>
            <w:r w:rsidRPr="00EA7EA3">
              <w:rPr>
                <w:b/>
                <w:color w:val="0D5F78"/>
                <w:sz w:val="18"/>
                <w:szCs w:val="18"/>
              </w:rPr>
              <w:t xml:space="preserve">sport / recreere — </w:t>
            </w:r>
            <w:r w:rsidR="00B0669A" w:rsidRPr="00EA7EA3">
              <w:rPr>
                <w:b/>
                <w:color w:val="0D5F78"/>
                <w:sz w:val="18"/>
                <w:szCs w:val="18"/>
              </w:rPr>
              <w:t>nr.</w:t>
            </w:r>
            <w:r w:rsidRPr="00EA7EA3">
              <w:rPr>
                <w:b/>
                <w:color w:val="0D5F78"/>
                <w:sz w:val="18"/>
                <w:szCs w:val="18"/>
              </w:rPr>
              <w:t>locuri</w:t>
            </w:r>
          </w:p>
          <w:p w14:paraId="7D797E85" w14:textId="77777777" w:rsidR="003C7CA3" w:rsidRPr="00EA7EA3" w:rsidRDefault="003C7CA3">
            <w:pPr>
              <w:keepNext/>
              <w:rPr>
                <w:sz w:val="18"/>
                <w:szCs w:val="18"/>
              </w:rPr>
            </w:pPr>
          </w:p>
        </w:tc>
      </w:tr>
      <w:tr w:rsidR="003C7CA3" w:rsidRPr="00EA7EA3" w14:paraId="130398B3" w14:textId="77777777">
        <w:trPr>
          <w:cantSplit/>
          <w:trHeight w:val="510"/>
        </w:trPr>
        <w:tc>
          <w:tcPr>
            <w:tcW w:w="4015" w:type="dxa"/>
            <w:gridSpan w:val="4"/>
          </w:tcPr>
          <w:p w14:paraId="0FE6BA4F" w14:textId="3AC1EE71" w:rsidR="003C7CA3" w:rsidRPr="00EA7EA3" w:rsidRDefault="003454F7">
            <w:pPr>
              <w:keepNext/>
              <w:rPr>
                <w:sz w:val="18"/>
                <w:szCs w:val="18"/>
                <w:lang w:val="fr-FR"/>
              </w:rPr>
            </w:pPr>
            <w:r w:rsidRPr="00EA7EA3">
              <w:rPr>
                <w:b/>
                <w:color w:val="0D5F78"/>
                <w:sz w:val="18"/>
                <w:szCs w:val="18"/>
                <w:lang w:val="fr-FR"/>
              </w:rPr>
              <w:t>agricole — nr. de capete / capacitate</w:t>
            </w:r>
          </w:p>
          <w:p w14:paraId="218634FA" w14:textId="77777777" w:rsidR="003C7CA3" w:rsidRPr="00EA7EA3" w:rsidRDefault="003C7CA3">
            <w:pPr>
              <w:keepNext/>
              <w:rPr>
                <w:sz w:val="18"/>
                <w:szCs w:val="18"/>
                <w:lang w:val="fr-FR"/>
              </w:rPr>
            </w:pPr>
          </w:p>
        </w:tc>
        <w:tc>
          <w:tcPr>
            <w:tcW w:w="2409" w:type="dxa"/>
            <w:gridSpan w:val="2"/>
          </w:tcPr>
          <w:p w14:paraId="34AB3137" w14:textId="243B5D05" w:rsidR="003C7CA3" w:rsidRPr="00EA7EA3" w:rsidRDefault="003454F7">
            <w:pPr>
              <w:keepNext/>
              <w:rPr>
                <w:sz w:val="18"/>
                <w:szCs w:val="18"/>
              </w:rPr>
            </w:pPr>
            <w:r w:rsidRPr="00EA7EA3">
              <w:rPr>
                <w:b/>
                <w:color w:val="0D5F78"/>
                <w:sz w:val="18"/>
                <w:szCs w:val="18"/>
              </w:rPr>
              <w:t xml:space="preserve">producție — </w:t>
            </w:r>
            <w:r w:rsidR="00B0669A" w:rsidRPr="00EA7EA3">
              <w:rPr>
                <w:b/>
                <w:color w:val="0D5F78"/>
                <w:sz w:val="18"/>
                <w:szCs w:val="18"/>
              </w:rPr>
              <w:t>nr.</w:t>
            </w:r>
            <w:r w:rsidRPr="00EA7EA3">
              <w:rPr>
                <w:b/>
                <w:color w:val="0D5F78"/>
                <w:sz w:val="18"/>
                <w:szCs w:val="18"/>
              </w:rPr>
              <w:t>personal</w:t>
            </w:r>
          </w:p>
          <w:p w14:paraId="268BCF04" w14:textId="77777777" w:rsidR="003C7CA3" w:rsidRPr="00EA7EA3" w:rsidRDefault="003C7CA3">
            <w:pPr>
              <w:keepNext/>
              <w:rPr>
                <w:sz w:val="18"/>
                <w:szCs w:val="18"/>
              </w:rPr>
            </w:pPr>
          </w:p>
        </w:tc>
        <w:tc>
          <w:tcPr>
            <w:tcW w:w="3212" w:type="dxa"/>
            <w:gridSpan w:val="3"/>
          </w:tcPr>
          <w:p w14:paraId="5C91A398" w14:textId="41675E97" w:rsidR="003C7CA3" w:rsidRPr="00EA7EA3" w:rsidRDefault="003454F7">
            <w:pPr>
              <w:keepNext/>
              <w:rPr>
                <w:sz w:val="18"/>
                <w:szCs w:val="18"/>
              </w:rPr>
            </w:pPr>
            <w:r w:rsidRPr="00EA7EA3">
              <w:rPr>
                <w:b/>
                <w:color w:val="0D5F78"/>
                <w:sz w:val="18"/>
                <w:szCs w:val="18"/>
              </w:rPr>
              <w:t xml:space="preserve">depozitare — </w:t>
            </w:r>
            <w:r w:rsidR="00B0669A" w:rsidRPr="00EA7EA3">
              <w:rPr>
                <w:b/>
                <w:color w:val="0D5F78"/>
                <w:sz w:val="18"/>
                <w:szCs w:val="18"/>
              </w:rPr>
              <w:t>nr.</w:t>
            </w:r>
            <w:r w:rsidRPr="00EA7EA3">
              <w:rPr>
                <w:b/>
                <w:color w:val="0D5F78"/>
                <w:sz w:val="18"/>
                <w:szCs w:val="18"/>
              </w:rPr>
              <w:t>personal / capacitate</w:t>
            </w:r>
          </w:p>
          <w:p w14:paraId="5A3DE193" w14:textId="77777777" w:rsidR="003C7CA3" w:rsidRPr="00EA7EA3" w:rsidRDefault="003C7CA3">
            <w:pPr>
              <w:keepNext/>
              <w:rPr>
                <w:sz w:val="18"/>
                <w:szCs w:val="18"/>
              </w:rPr>
            </w:pPr>
          </w:p>
        </w:tc>
      </w:tr>
      <w:tr w:rsidR="003C7CA3" w:rsidRPr="00EA7EA3" w14:paraId="69EA93CE" w14:textId="77777777">
        <w:trPr>
          <w:cantSplit/>
          <w:trHeight w:val="510"/>
        </w:trPr>
        <w:tc>
          <w:tcPr>
            <w:tcW w:w="9636" w:type="dxa"/>
            <w:gridSpan w:val="9"/>
          </w:tcPr>
          <w:p w14:paraId="0C05CBC5" w14:textId="77777777" w:rsidR="003C7CA3" w:rsidRPr="00EA7EA3" w:rsidRDefault="003454F7">
            <w:pPr>
              <w:rPr>
                <w:sz w:val="18"/>
                <w:szCs w:val="18"/>
                <w:lang w:val="fr-FR"/>
              </w:rPr>
            </w:pPr>
            <w:r w:rsidRPr="00EA7EA3">
              <w:rPr>
                <w:b/>
                <w:color w:val="0D5F78"/>
                <w:sz w:val="18"/>
                <w:szCs w:val="18"/>
                <w:lang w:val="fr-FR"/>
              </w:rPr>
              <w:t>Alte caracteristici ale capacităților funcționale, necuprinse mai sus</w:t>
            </w:r>
          </w:p>
          <w:p w14:paraId="5566F5A5" w14:textId="77777777" w:rsidR="003C7CA3" w:rsidRPr="00EA7EA3" w:rsidRDefault="003C7CA3">
            <w:pPr>
              <w:rPr>
                <w:sz w:val="18"/>
                <w:szCs w:val="18"/>
                <w:lang w:val="fr-FR"/>
              </w:rPr>
            </w:pPr>
          </w:p>
        </w:tc>
      </w:tr>
    </w:tbl>
    <w:p w14:paraId="67353002" w14:textId="77777777" w:rsidR="003C7CA3" w:rsidRPr="00EA7EA3" w:rsidRDefault="003C7CA3">
      <w:pPr>
        <w:spacing w:line="168" w:lineRule="auto"/>
        <w:rPr>
          <w:sz w:val="18"/>
          <w:szCs w:val="18"/>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629"/>
        <w:gridCol w:w="1842"/>
        <w:gridCol w:w="2347"/>
        <w:gridCol w:w="1606"/>
        <w:gridCol w:w="1606"/>
      </w:tblGrid>
      <w:tr w:rsidR="003C7CA3" w:rsidRPr="00EA7EA3" w14:paraId="01F650E0" w14:textId="77777777">
        <w:trPr>
          <w:cantSplit/>
        </w:trPr>
        <w:tc>
          <w:tcPr>
            <w:tcW w:w="9636" w:type="dxa"/>
            <w:gridSpan w:val="6"/>
            <w:shd w:val="clear" w:color="auto" w:fill="F4F4F4"/>
          </w:tcPr>
          <w:p w14:paraId="7E7FA553" w14:textId="77AE8320" w:rsidR="003C7CA3" w:rsidRPr="00EA7EA3" w:rsidRDefault="003454F7">
            <w:pPr>
              <w:keepNext/>
              <w:rPr>
                <w:sz w:val="18"/>
                <w:szCs w:val="18"/>
                <w:lang w:val="fr-FR"/>
              </w:rPr>
            </w:pPr>
            <w:r w:rsidRPr="00EA7EA3">
              <w:rPr>
                <w:b/>
                <w:sz w:val="18"/>
                <w:szCs w:val="18"/>
                <w:lang w:val="fr-FR"/>
              </w:rPr>
              <w:lastRenderedPageBreak/>
              <w:t xml:space="preserve"> 6. </w:t>
            </w:r>
            <w:r w:rsidRPr="00EA7EA3">
              <w:rPr>
                <w:b/>
                <w:color w:val="000000"/>
                <w:sz w:val="18"/>
                <w:szCs w:val="18"/>
                <w:lang w:val="fr-FR"/>
              </w:rPr>
              <w:t>UTILITĂȚI · GARAJE ȘI PARCAJE · AMENAJĂRI EXTERIOARE</w:t>
            </w:r>
          </w:p>
        </w:tc>
      </w:tr>
      <w:tr w:rsidR="003C7CA3" w:rsidRPr="00EA7EA3" w14:paraId="6B8C0C3F" w14:textId="77777777">
        <w:trPr>
          <w:cantSplit/>
        </w:trPr>
        <w:tc>
          <w:tcPr>
            <w:tcW w:w="9636" w:type="dxa"/>
            <w:gridSpan w:val="6"/>
          </w:tcPr>
          <w:p w14:paraId="6567EB1A" w14:textId="77777777" w:rsidR="00EE1FD2" w:rsidRDefault="003454F7">
            <w:pPr>
              <w:keepNext/>
              <w:rPr>
                <w:sz w:val="18"/>
                <w:szCs w:val="18"/>
                <w:lang w:val="fr-FR"/>
              </w:rPr>
            </w:pPr>
            <w:r w:rsidRPr="00EA7EA3">
              <w:rPr>
                <w:sz w:val="18"/>
                <w:szCs w:val="18"/>
                <w:lang w:val="fr-FR"/>
              </w:rPr>
              <w:t xml:space="preserve"> ☐ apă     ☐ canalizare     ☐ energie electrică     ☐ energie termică     ☐ gaze naturale     ☐ telefonizare     ☐ salubritate   </w:t>
            </w:r>
            <w:r w:rsidR="00EE1FD2">
              <w:rPr>
                <w:sz w:val="18"/>
                <w:szCs w:val="18"/>
                <w:lang w:val="fr-FR"/>
              </w:rPr>
              <w:t xml:space="preserve">             </w:t>
            </w:r>
            <w:r w:rsidRPr="00EA7EA3">
              <w:rPr>
                <w:sz w:val="18"/>
                <w:szCs w:val="18"/>
                <w:lang w:val="fr-FR"/>
              </w:rPr>
              <w:t xml:space="preserve">  </w:t>
            </w:r>
            <w:r w:rsidR="00EE1FD2">
              <w:rPr>
                <w:sz w:val="18"/>
                <w:szCs w:val="18"/>
                <w:lang w:val="fr-FR"/>
              </w:rPr>
              <w:t xml:space="preserve"> </w:t>
            </w:r>
          </w:p>
          <w:p w14:paraId="482183C7" w14:textId="77777777" w:rsidR="003C7CA3" w:rsidRDefault="00EE1FD2">
            <w:pPr>
              <w:keepNext/>
              <w:rPr>
                <w:sz w:val="18"/>
                <w:szCs w:val="18"/>
                <w:lang w:val="fr-FR"/>
              </w:rPr>
            </w:pPr>
            <w:r>
              <w:rPr>
                <w:sz w:val="18"/>
                <w:szCs w:val="18"/>
                <w:lang w:val="fr-FR"/>
              </w:rPr>
              <w:t xml:space="preserve"> </w:t>
            </w:r>
            <w:r w:rsidR="003454F7" w:rsidRPr="00EA7EA3">
              <w:rPr>
                <w:sz w:val="18"/>
                <w:szCs w:val="18"/>
                <w:lang w:val="fr-FR"/>
              </w:rPr>
              <w:t>☐ transport urban     ☐ alte utilități:</w:t>
            </w:r>
          </w:p>
          <w:p w14:paraId="61894E41" w14:textId="5EB323FA" w:rsidR="00EE1FD2" w:rsidRPr="00EA7EA3" w:rsidRDefault="00EE1FD2">
            <w:pPr>
              <w:keepNext/>
              <w:rPr>
                <w:sz w:val="18"/>
                <w:szCs w:val="18"/>
                <w:lang w:val="fr-FR"/>
              </w:rPr>
            </w:pPr>
          </w:p>
        </w:tc>
      </w:tr>
      <w:tr w:rsidR="00C46767" w:rsidRPr="00EA7EA3" w14:paraId="27EC2DE3" w14:textId="77777777" w:rsidTr="00C46767">
        <w:trPr>
          <w:cantSplit/>
          <w:trHeight w:val="510"/>
        </w:trPr>
        <w:tc>
          <w:tcPr>
            <w:tcW w:w="2235" w:type="dxa"/>
            <w:gridSpan w:val="2"/>
          </w:tcPr>
          <w:p w14:paraId="76BECEA9" w14:textId="320759E1" w:rsidR="00C46767" w:rsidRPr="00EA7EA3" w:rsidRDefault="00C46767">
            <w:pPr>
              <w:keepNext/>
              <w:rPr>
                <w:sz w:val="18"/>
                <w:szCs w:val="18"/>
              </w:rPr>
            </w:pPr>
            <w:r w:rsidRPr="00EA7EA3">
              <w:rPr>
                <w:b/>
                <w:color w:val="0D5F78"/>
                <w:sz w:val="18"/>
                <w:szCs w:val="18"/>
              </w:rPr>
              <w:t xml:space="preserve">garaje — nr. locuri </w:t>
            </w:r>
          </w:p>
          <w:p w14:paraId="110B1A51" w14:textId="77777777" w:rsidR="00C46767" w:rsidRPr="00EA7EA3" w:rsidRDefault="00C46767">
            <w:pPr>
              <w:keepNext/>
              <w:rPr>
                <w:sz w:val="18"/>
                <w:szCs w:val="18"/>
              </w:rPr>
            </w:pPr>
          </w:p>
        </w:tc>
        <w:tc>
          <w:tcPr>
            <w:tcW w:w="1842" w:type="dxa"/>
          </w:tcPr>
          <w:p w14:paraId="0ABBB532" w14:textId="77777777" w:rsidR="00C46767" w:rsidRPr="00EA7EA3" w:rsidRDefault="00C46767">
            <w:pPr>
              <w:keepNext/>
              <w:rPr>
                <w:sz w:val="18"/>
                <w:szCs w:val="18"/>
                <w:lang w:val="fr-FR"/>
              </w:rPr>
            </w:pPr>
            <w:r w:rsidRPr="00EA7EA3">
              <w:rPr>
                <w:b/>
                <w:color w:val="0D5F78"/>
                <w:sz w:val="18"/>
                <w:szCs w:val="18"/>
                <w:lang w:val="fr-FR"/>
              </w:rPr>
              <w:t xml:space="preserve">parcaje — nr. locuri </w:t>
            </w:r>
          </w:p>
        </w:tc>
        <w:tc>
          <w:tcPr>
            <w:tcW w:w="2347" w:type="dxa"/>
          </w:tcPr>
          <w:p w14:paraId="5E230273" w14:textId="480ECC30" w:rsidR="00C46767" w:rsidRPr="00EA7EA3" w:rsidRDefault="00C46767" w:rsidP="00C46767">
            <w:pPr>
              <w:rPr>
                <w:sz w:val="18"/>
                <w:szCs w:val="18"/>
                <w:lang w:val="fr-FR"/>
              </w:rPr>
            </w:pPr>
            <w:r w:rsidRPr="00EA7EA3">
              <w:rPr>
                <w:b/>
                <w:color w:val="0D5F78"/>
                <w:sz w:val="18"/>
                <w:szCs w:val="18"/>
                <w:lang w:val="fr-FR"/>
              </w:rPr>
              <w:t>parcaje pentru biciclete – nr. locuri</w:t>
            </w:r>
          </w:p>
          <w:p w14:paraId="1B5BA92E" w14:textId="423BC9DB" w:rsidR="00C46767" w:rsidRPr="00EA7EA3" w:rsidRDefault="00C46767">
            <w:pPr>
              <w:keepNext/>
              <w:rPr>
                <w:sz w:val="18"/>
                <w:szCs w:val="18"/>
                <w:lang w:val="fr-FR"/>
              </w:rPr>
            </w:pPr>
          </w:p>
        </w:tc>
        <w:tc>
          <w:tcPr>
            <w:tcW w:w="3212" w:type="dxa"/>
            <w:gridSpan w:val="2"/>
          </w:tcPr>
          <w:p w14:paraId="26761444" w14:textId="77777777" w:rsidR="00C46767" w:rsidRPr="00EA7EA3" w:rsidRDefault="00C46767">
            <w:pPr>
              <w:keepNext/>
              <w:rPr>
                <w:sz w:val="18"/>
                <w:szCs w:val="18"/>
                <w:lang w:val="fr-FR"/>
              </w:rPr>
            </w:pPr>
            <w:r w:rsidRPr="00EA7EA3">
              <w:rPr>
                <w:b/>
                <w:color w:val="0D5F78"/>
                <w:sz w:val="18"/>
                <w:szCs w:val="18"/>
                <w:lang w:val="fr-FR"/>
              </w:rPr>
              <w:t>alei carosabile, inclusiv parcaje la sol (m²)</w:t>
            </w:r>
          </w:p>
          <w:p w14:paraId="1AF44448" w14:textId="77777777" w:rsidR="00C46767" w:rsidRPr="00EA7EA3" w:rsidRDefault="00C46767">
            <w:pPr>
              <w:keepNext/>
              <w:rPr>
                <w:sz w:val="18"/>
                <w:szCs w:val="18"/>
                <w:lang w:val="fr-FR"/>
              </w:rPr>
            </w:pPr>
          </w:p>
        </w:tc>
      </w:tr>
      <w:tr w:rsidR="003C7CA3" w:rsidRPr="00EA7EA3" w14:paraId="6E7FDA17" w14:textId="77777777" w:rsidTr="00C46767">
        <w:trPr>
          <w:cantSplit/>
          <w:trHeight w:val="510"/>
        </w:trPr>
        <w:tc>
          <w:tcPr>
            <w:tcW w:w="1606" w:type="dxa"/>
          </w:tcPr>
          <w:p w14:paraId="2AA92BFE" w14:textId="77777777" w:rsidR="003C7CA3" w:rsidRPr="00EA7EA3" w:rsidRDefault="003454F7">
            <w:pPr>
              <w:rPr>
                <w:sz w:val="18"/>
                <w:szCs w:val="18"/>
              </w:rPr>
            </w:pPr>
            <w:r w:rsidRPr="00EA7EA3">
              <w:rPr>
                <w:b/>
                <w:color w:val="0D5F78"/>
                <w:sz w:val="18"/>
                <w:szCs w:val="18"/>
              </w:rPr>
              <w:t>alei pietonale (m²)</w:t>
            </w:r>
          </w:p>
          <w:p w14:paraId="37097089" w14:textId="77777777" w:rsidR="003C7CA3" w:rsidRPr="00EA7EA3" w:rsidRDefault="003C7CA3">
            <w:pPr>
              <w:rPr>
                <w:sz w:val="18"/>
                <w:szCs w:val="18"/>
              </w:rPr>
            </w:pPr>
          </w:p>
        </w:tc>
        <w:tc>
          <w:tcPr>
            <w:tcW w:w="2471" w:type="dxa"/>
            <w:gridSpan w:val="2"/>
          </w:tcPr>
          <w:p w14:paraId="002F19A1" w14:textId="77777777" w:rsidR="003C7CA3" w:rsidRPr="00EA7EA3" w:rsidRDefault="003454F7">
            <w:pPr>
              <w:rPr>
                <w:sz w:val="18"/>
                <w:szCs w:val="18"/>
                <w:lang w:val="fr-FR"/>
              </w:rPr>
            </w:pPr>
            <w:r w:rsidRPr="00EA7EA3">
              <w:rPr>
                <w:b/>
                <w:color w:val="0D5F78"/>
                <w:sz w:val="18"/>
                <w:szCs w:val="18"/>
                <w:lang w:val="fr-FR"/>
              </w:rPr>
              <w:t>alte platforme la nivelul solului (m²)</w:t>
            </w:r>
          </w:p>
          <w:p w14:paraId="29F6F182" w14:textId="77777777" w:rsidR="003C7CA3" w:rsidRPr="00EA7EA3" w:rsidRDefault="003454F7">
            <w:pPr>
              <w:rPr>
                <w:sz w:val="18"/>
                <w:szCs w:val="18"/>
              </w:rPr>
            </w:pPr>
            <w:r w:rsidRPr="00EA7EA3">
              <w:rPr>
                <w:i/>
                <w:color w:val="7A7A7A"/>
                <w:sz w:val="18"/>
                <w:szCs w:val="18"/>
              </w:rPr>
              <w:t>deșeuri etc.</w:t>
            </w:r>
          </w:p>
          <w:p w14:paraId="019BCEAA" w14:textId="77777777" w:rsidR="003C7CA3" w:rsidRPr="00EA7EA3" w:rsidRDefault="003C7CA3">
            <w:pPr>
              <w:rPr>
                <w:sz w:val="18"/>
                <w:szCs w:val="18"/>
              </w:rPr>
            </w:pPr>
          </w:p>
        </w:tc>
        <w:tc>
          <w:tcPr>
            <w:tcW w:w="3953" w:type="dxa"/>
            <w:gridSpan w:val="2"/>
          </w:tcPr>
          <w:p w14:paraId="515407BB" w14:textId="77777777" w:rsidR="003C7CA3" w:rsidRPr="00EA7EA3" w:rsidRDefault="003454F7">
            <w:pPr>
              <w:rPr>
                <w:sz w:val="18"/>
                <w:szCs w:val="18"/>
                <w:lang w:val="fr-FR"/>
              </w:rPr>
            </w:pPr>
            <w:r w:rsidRPr="00EA7EA3">
              <w:rPr>
                <w:b/>
                <w:color w:val="0D5F78"/>
                <w:sz w:val="18"/>
                <w:szCs w:val="18"/>
                <w:lang w:val="fr-FR"/>
              </w:rPr>
              <w:t>arbori tăiați / menținuți / plantați (nr.)</w:t>
            </w:r>
          </w:p>
          <w:p w14:paraId="1FB95EB6" w14:textId="77777777" w:rsidR="003C7CA3" w:rsidRPr="00EA7EA3" w:rsidRDefault="003C7CA3">
            <w:pPr>
              <w:rPr>
                <w:sz w:val="18"/>
                <w:szCs w:val="18"/>
                <w:lang w:val="fr-FR"/>
              </w:rPr>
            </w:pPr>
          </w:p>
        </w:tc>
        <w:tc>
          <w:tcPr>
            <w:tcW w:w="1606" w:type="dxa"/>
          </w:tcPr>
          <w:p w14:paraId="25733FE4" w14:textId="77777777" w:rsidR="003C7CA3" w:rsidRPr="00EA7EA3" w:rsidRDefault="003454F7">
            <w:pPr>
              <w:rPr>
                <w:sz w:val="18"/>
                <w:szCs w:val="18"/>
              </w:rPr>
            </w:pPr>
            <w:r w:rsidRPr="00EA7EA3">
              <w:rPr>
                <w:b/>
                <w:color w:val="0D5F78"/>
                <w:sz w:val="18"/>
                <w:szCs w:val="18"/>
              </w:rPr>
              <w:t>spații verzi (m²)</w:t>
            </w:r>
          </w:p>
          <w:p w14:paraId="5166C427" w14:textId="77777777" w:rsidR="003C7CA3" w:rsidRPr="00EA7EA3" w:rsidRDefault="003C7CA3">
            <w:pPr>
              <w:rPr>
                <w:sz w:val="18"/>
                <w:szCs w:val="18"/>
              </w:rPr>
            </w:pPr>
          </w:p>
        </w:tc>
      </w:tr>
    </w:tbl>
    <w:p w14:paraId="39DEA0F6" w14:textId="77777777" w:rsidR="003C7CA3" w:rsidRPr="00EA7EA3" w:rsidRDefault="003C7CA3">
      <w:pPr>
        <w:spacing w:line="168" w:lineRule="auto"/>
        <w:rPr>
          <w:sz w:val="18"/>
          <w:szCs w:val="18"/>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3C7CA3" w:rsidRPr="00EA7EA3" w14:paraId="09A15946" w14:textId="77777777">
        <w:trPr>
          <w:cantSplit/>
        </w:trPr>
        <w:tc>
          <w:tcPr>
            <w:tcW w:w="9636" w:type="dxa"/>
            <w:gridSpan w:val="2"/>
            <w:shd w:val="clear" w:color="auto" w:fill="F4F4F4"/>
          </w:tcPr>
          <w:p w14:paraId="2CD1D9E8" w14:textId="5C533AE5" w:rsidR="003C7CA3" w:rsidRPr="00EA7EA3" w:rsidRDefault="003454F7">
            <w:pPr>
              <w:keepNext/>
              <w:rPr>
                <w:sz w:val="18"/>
                <w:szCs w:val="18"/>
                <w:lang w:val="fr-FR"/>
              </w:rPr>
            </w:pPr>
            <w:r w:rsidRPr="00EA7EA3">
              <w:rPr>
                <w:b/>
                <w:sz w:val="18"/>
                <w:szCs w:val="18"/>
                <w:lang w:val="fr-FR"/>
              </w:rPr>
              <w:t xml:space="preserve"> 7. </w:t>
            </w:r>
            <w:r w:rsidRPr="00EA7EA3">
              <w:rPr>
                <w:b/>
                <w:color w:val="000000"/>
                <w:sz w:val="18"/>
                <w:szCs w:val="18"/>
                <w:lang w:val="fr-FR"/>
              </w:rPr>
              <w:t xml:space="preserve">MĂSURI </w:t>
            </w:r>
            <w:r w:rsidR="00481869" w:rsidRPr="00EA7EA3">
              <w:rPr>
                <w:b/>
                <w:color w:val="000000"/>
                <w:sz w:val="18"/>
                <w:szCs w:val="18"/>
                <w:lang w:val="fr-FR"/>
              </w:rPr>
              <w:t>DE PROTECȚIE A MEDIULUI/SECURITATE LA INCENDIU/PROTECTIE CIVILA</w:t>
            </w:r>
          </w:p>
        </w:tc>
      </w:tr>
      <w:tr w:rsidR="003C7CA3" w:rsidRPr="00EA7EA3" w14:paraId="64A301DA" w14:textId="77777777">
        <w:trPr>
          <w:cantSplit/>
          <w:trHeight w:val="510"/>
        </w:trPr>
        <w:tc>
          <w:tcPr>
            <w:tcW w:w="4818" w:type="dxa"/>
          </w:tcPr>
          <w:p w14:paraId="0DEA8A8E" w14:textId="77777777" w:rsidR="003C7CA3" w:rsidRPr="00EA7EA3" w:rsidRDefault="003454F7">
            <w:pPr>
              <w:keepNext/>
              <w:rPr>
                <w:sz w:val="18"/>
                <w:szCs w:val="18"/>
              </w:rPr>
            </w:pPr>
            <w:r w:rsidRPr="00EA7EA3">
              <w:rPr>
                <w:b/>
                <w:color w:val="0D5F78"/>
                <w:sz w:val="18"/>
                <w:szCs w:val="18"/>
              </w:rPr>
              <w:t>Modul de evacuare a deșeurilor</w:t>
            </w:r>
          </w:p>
          <w:p w14:paraId="79D21EEF" w14:textId="77777777" w:rsidR="003C7CA3" w:rsidRPr="00EA7EA3" w:rsidRDefault="003C7CA3">
            <w:pPr>
              <w:keepNext/>
              <w:rPr>
                <w:sz w:val="18"/>
                <w:szCs w:val="18"/>
              </w:rPr>
            </w:pPr>
          </w:p>
        </w:tc>
        <w:tc>
          <w:tcPr>
            <w:tcW w:w="4818" w:type="dxa"/>
          </w:tcPr>
          <w:p w14:paraId="0CF99D41" w14:textId="6EA15F11" w:rsidR="003C7CA3" w:rsidRPr="00EA7EA3" w:rsidRDefault="00B0669A">
            <w:pPr>
              <w:keepNext/>
              <w:rPr>
                <w:sz w:val="18"/>
                <w:szCs w:val="18"/>
                <w:lang w:val="fr-FR"/>
              </w:rPr>
            </w:pPr>
            <w:r w:rsidRPr="00EA7EA3">
              <w:rPr>
                <w:b/>
                <w:color w:val="0D5F78"/>
                <w:sz w:val="18"/>
                <w:szCs w:val="18"/>
                <w:lang w:val="fr-FR"/>
              </w:rPr>
              <w:t>Alte măsuri de securitate la incendiu și protecție civilă</w:t>
            </w:r>
          </w:p>
          <w:p w14:paraId="5F1285C7" w14:textId="77777777" w:rsidR="003C7CA3" w:rsidRPr="00EA7EA3" w:rsidRDefault="003C7CA3">
            <w:pPr>
              <w:keepNext/>
              <w:rPr>
                <w:sz w:val="18"/>
                <w:szCs w:val="18"/>
                <w:lang w:val="fr-FR"/>
              </w:rPr>
            </w:pPr>
          </w:p>
        </w:tc>
      </w:tr>
      <w:tr w:rsidR="003C7CA3" w:rsidRPr="00EA7EA3" w14:paraId="3A6BBC96" w14:textId="77777777">
        <w:trPr>
          <w:cantSplit/>
          <w:trHeight w:val="510"/>
        </w:trPr>
        <w:tc>
          <w:tcPr>
            <w:tcW w:w="4818" w:type="dxa"/>
          </w:tcPr>
          <w:p w14:paraId="5C8AEAE0" w14:textId="77777777" w:rsidR="003C7CA3" w:rsidRPr="00EA7EA3" w:rsidRDefault="003454F7">
            <w:pPr>
              <w:rPr>
                <w:sz w:val="18"/>
                <w:szCs w:val="18"/>
              </w:rPr>
            </w:pPr>
            <w:r w:rsidRPr="00EA7EA3">
              <w:rPr>
                <w:b/>
                <w:color w:val="0D5F78"/>
                <w:sz w:val="18"/>
                <w:szCs w:val="18"/>
              </w:rPr>
              <w:t>Măsuri de protecție a mediului</w:t>
            </w:r>
          </w:p>
          <w:p w14:paraId="586175AE" w14:textId="77777777" w:rsidR="003C7CA3" w:rsidRPr="00EA7EA3" w:rsidRDefault="003C7CA3">
            <w:pPr>
              <w:rPr>
                <w:sz w:val="18"/>
                <w:szCs w:val="18"/>
              </w:rPr>
            </w:pPr>
          </w:p>
        </w:tc>
        <w:tc>
          <w:tcPr>
            <w:tcW w:w="4818" w:type="dxa"/>
          </w:tcPr>
          <w:p w14:paraId="2DEC7A0A" w14:textId="181A6029" w:rsidR="003C7CA3" w:rsidRPr="00EA7EA3" w:rsidRDefault="003454F7">
            <w:pPr>
              <w:rPr>
                <w:sz w:val="18"/>
                <w:szCs w:val="18"/>
              </w:rPr>
            </w:pPr>
            <w:r w:rsidRPr="00EA7EA3">
              <w:rPr>
                <w:b/>
                <w:color w:val="0D5F78"/>
                <w:sz w:val="18"/>
                <w:szCs w:val="18"/>
              </w:rPr>
              <w:t xml:space="preserve">Alte </w:t>
            </w:r>
            <w:r w:rsidR="00481869" w:rsidRPr="00EA7EA3">
              <w:rPr>
                <w:b/>
                <w:color w:val="0D5F78"/>
                <w:sz w:val="18"/>
                <w:szCs w:val="18"/>
              </w:rPr>
              <w:t xml:space="preserve">măsuri </w:t>
            </w:r>
            <w:r w:rsidR="009E435D" w:rsidRPr="00EA7EA3">
              <w:rPr>
                <w:b/>
                <w:color w:val="0D5F78"/>
                <w:sz w:val="18"/>
                <w:szCs w:val="18"/>
              </w:rPr>
              <w:t>specifice:</w:t>
            </w:r>
          </w:p>
          <w:p w14:paraId="6412A5B3" w14:textId="77777777" w:rsidR="003C7CA3" w:rsidRPr="00EA7EA3" w:rsidRDefault="003C7CA3">
            <w:pPr>
              <w:rPr>
                <w:sz w:val="18"/>
                <w:szCs w:val="18"/>
              </w:rPr>
            </w:pPr>
          </w:p>
        </w:tc>
      </w:tr>
    </w:tbl>
    <w:p w14:paraId="522EAA4C" w14:textId="77777777" w:rsidR="003C7CA3" w:rsidRPr="00EA7EA3" w:rsidRDefault="003C7CA3">
      <w:pPr>
        <w:spacing w:line="168" w:lineRule="auto"/>
        <w:rPr>
          <w:sz w:val="18"/>
          <w:szCs w:val="18"/>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3C7CA3" w:rsidRPr="00EA7EA3" w14:paraId="5BCF3412" w14:textId="77777777">
        <w:trPr>
          <w:cantSplit/>
        </w:trPr>
        <w:tc>
          <w:tcPr>
            <w:tcW w:w="9636" w:type="dxa"/>
            <w:gridSpan w:val="3"/>
            <w:shd w:val="clear" w:color="auto" w:fill="F4F4F4"/>
          </w:tcPr>
          <w:p w14:paraId="6347FD59" w14:textId="1C8D5E4A" w:rsidR="003C7CA3" w:rsidRPr="00EA7EA3" w:rsidRDefault="003454F7">
            <w:pPr>
              <w:keepNext/>
              <w:rPr>
                <w:sz w:val="18"/>
                <w:szCs w:val="18"/>
              </w:rPr>
            </w:pPr>
            <w:r w:rsidRPr="00EA7EA3">
              <w:rPr>
                <w:b/>
                <w:sz w:val="18"/>
                <w:szCs w:val="18"/>
              </w:rPr>
              <w:t xml:space="preserve"> 8. </w:t>
            </w:r>
            <w:r w:rsidRPr="00EA7EA3">
              <w:rPr>
                <w:b/>
                <w:color w:val="000000"/>
                <w:sz w:val="18"/>
                <w:szCs w:val="18"/>
              </w:rPr>
              <w:t>ÎNTOCMIT</w:t>
            </w:r>
          </w:p>
        </w:tc>
      </w:tr>
      <w:tr w:rsidR="003C7CA3" w:rsidRPr="00EA7EA3" w14:paraId="2FAD5169" w14:textId="77777777">
        <w:trPr>
          <w:cantSplit/>
          <w:trHeight w:val="510"/>
        </w:trPr>
        <w:tc>
          <w:tcPr>
            <w:tcW w:w="4818" w:type="dxa"/>
          </w:tcPr>
          <w:p w14:paraId="370D703B" w14:textId="77777777" w:rsidR="003C7CA3" w:rsidRPr="00EA7EA3" w:rsidRDefault="003454F7">
            <w:pPr>
              <w:rPr>
                <w:sz w:val="18"/>
                <w:szCs w:val="18"/>
              </w:rPr>
            </w:pPr>
            <w:r w:rsidRPr="00EA7EA3">
              <w:rPr>
                <w:b/>
                <w:color w:val="0D5F78"/>
                <w:sz w:val="18"/>
                <w:szCs w:val="18"/>
              </w:rPr>
              <w:t>Numele și prenumele / firma și reprezentantul</w:t>
            </w:r>
          </w:p>
          <w:p w14:paraId="19974B2C" w14:textId="77777777" w:rsidR="003C7CA3" w:rsidRPr="00EA7EA3" w:rsidRDefault="003C7CA3">
            <w:pPr>
              <w:rPr>
                <w:sz w:val="18"/>
                <w:szCs w:val="18"/>
              </w:rPr>
            </w:pPr>
          </w:p>
        </w:tc>
        <w:tc>
          <w:tcPr>
            <w:tcW w:w="1606" w:type="dxa"/>
          </w:tcPr>
          <w:p w14:paraId="5C2B9240" w14:textId="77777777" w:rsidR="003C7CA3" w:rsidRPr="00EA7EA3" w:rsidRDefault="003454F7">
            <w:pPr>
              <w:rPr>
                <w:sz w:val="18"/>
                <w:szCs w:val="18"/>
              </w:rPr>
            </w:pPr>
            <w:r w:rsidRPr="00EA7EA3">
              <w:rPr>
                <w:b/>
                <w:color w:val="0D5F78"/>
                <w:sz w:val="18"/>
                <w:szCs w:val="18"/>
              </w:rPr>
              <w:t>Data</w:t>
            </w:r>
          </w:p>
          <w:p w14:paraId="0E969518" w14:textId="77777777" w:rsidR="003C7CA3" w:rsidRPr="00EA7EA3" w:rsidRDefault="003C7CA3">
            <w:pPr>
              <w:rPr>
                <w:sz w:val="18"/>
                <w:szCs w:val="18"/>
              </w:rPr>
            </w:pPr>
          </w:p>
        </w:tc>
        <w:tc>
          <w:tcPr>
            <w:tcW w:w="3212" w:type="dxa"/>
          </w:tcPr>
          <w:p w14:paraId="41E26627" w14:textId="77777777" w:rsidR="003C7CA3" w:rsidRPr="00EA7EA3" w:rsidRDefault="003454F7">
            <w:pPr>
              <w:rPr>
                <w:sz w:val="18"/>
                <w:szCs w:val="18"/>
              </w:rPr>
            </w:pPr>
            <w:r w:rsidRPr="00EA7EA3">
              <w:rPr>
                <w:b/>
                <w:color w:val="0D5F78"/>
                <w:sz w:val="18"/>
                <w:szCs w:val="18"/>
              </w:rPr>
              <w:t>Semnătura și parafa</w:t>
            </w:r>
          </w:p>
          <w:p w14:paraId="2575B4FF" w14:textId="77777777" w:rsidR="003C7CA3" w:rsidRPr="00EA7EA3" w:rsidRDefault="003C7CA3">
            <w:pPr>
              <w:rPr>
                <w:sz w:val="18"/>
                <w:szCs w:val="18"/>
              </w:rPr>
            </w:pPr>
          </w:p>
        </w:tc>
      </w:tr>
    </w:tbl>
    <w:p w14:paraId="2718FA85" w14:textId="77777777" w:rsidR="003C7CA3" w:rsidRPr="00EA7EA3" w:rsidRDefault="003C7CA3">
      <w:pPr>
        <w:spacing w:line="168" w:lineRule="auto"/>
        <w:rPr>
          <w:sz w:val="18"/>
          <w:szCs w:val="18"/>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1606"/>
        <w:gridCol w:w="1606"/>
        <w:gridCol w:w="803"/>
        <w:gridCol w:w="3212"/>
      </w:tblGrid>
      <w:tr w:rsidR="003C7CA3" w:rsidRPr="00EA7EA3" w14:paraId="789B3316" w14:textId="77777777">
        <w:trPr>
          <w:cantSplit/>
        </w:trPr>
        <w:tc>
          <w:tcPr>
            <w:tcW w:w="9636" w:type="dxa"/>
            <w:gridSpan w:val="5"/>
            <w:shd w:val="clear" w:color="auto" w:fill="F4F4F4"/>
          </w:tcPr>
          <w:p w14:paraId="044F7DD6" w14:textId="6A35DD59" w:rsidR="003C7CA3" w:rsidRPr="00EA7EA3" w:rsidRDefault="003454F7">
            <w:pPr>
              <w:keepNext/>
              <w:rPr>
                <w:sz w:val="18"/>
                <w:szCs w:val="18"/>
              </w:rPr>
            </w:pPr>
            <w:r w:rsidRPr="00EA7EA3">
              <w:rPr>
                <w:b/>
                <w:sz w:val="18"/>
                <w:szCs w:val="18"/>
              </w:rPr>
              <w:t xml:space="preserve"> 9. </w:t>
            </w:r>
            <w:r w:rsidRPr="00EA7EA3">
              <w:rPr>
                <w:b/>
                <w:color w:val="000000"/>
                <w:sz w:val="18"/>
                <w:szCs w:val="18"/>
              </w:rPr>
              <w:t>COMUNICAREA ÎN REGISTRUL NAȚIONAL AL CLĂDIRILOR</w:t>
            </w:r>
          </w:p>
        </w:tc>
      </w:tr>
      <w:tr w:rsidR="003C7CA3" w:rsidRPr="00EA7EA3" w14:paraId="09C9D1CA" w14:textId="77777777">
        <w:trPr>
          <w:cantSplit/>
          <w:trHeight w:val="510"/>
        </w:trPr>
        <w:tc>
          <w:tcPr>
            <w:tcW w:w="4015" w:type="dxa"/>
            <w:gridSpan w:val="2"/>
          </w:tcPr>
          <w:p w14:paraId="7503C39B" w14:textId="77777777" w:rsidR="003C7CA3" w:rsidRPr="00EA7EA3" w:rsidRDefault="003454F7">
            <w:pPr>
              <w:keepNext/>
              <w:rPr>
                <w:sz w:val="18"/>
                <w:szCs w:val="18"/>
              </w:rPr>
            </w:pPr>
            <w:r w:rsidRPr="00EA7EA3">
              <w:rPr>
                <w:b/>
                <w:color w:val="0D5F78"/>
                <w:sz w:val="18"/>
                <w:szCs w:val="18"/>
              </w:rPr>
              <w:t>Clădirea a fost</w:t>
            </w:r>
          </w:p>
          <w:p w14:paraId="2C7411D0" w14:textId="77777777" w:rsidR="003C7CA3" w:rsidRPr="00EA7EA3" w:rsidRDefault="003454F7">
            <w:pPr>
              <w:keepNext/>
              <w:rPr>
                <w:sz w:val="18"/>
                <w:szCs w:val="18"/>
              </w:rPr>
            </w:pPr>
            <w:r w:rsidRPr="00EA7EA3">
              <w:rPr>
                <w:sz w:val="18"/>
                <w:szCs w:val="18"/>
              </w:rPr>
              <w:t>☐ identificată în registru     ☐ declarată acum</w:t>
            </w:r>
          </w:p>
        </w:tc>
        <w:tc>
          <w:tcPr>
            <w:tcW w:w="2409" w:type="dxa"/>
            <w:gridSpan w:val="2"/>
          </w:tcPr>
          <w:p w14:paraId="7BDC1FD1" w14:textId="77777777" w:rsidR="003C7CA3" w:rsidRPr="00EA7EA3" w:rsidRDefault="003454F7">
            <w:pPr>
              <w:keepNext/>
              <w:rPr>
                <w:sz w:val="18"/>
                <w:szCs w:val="18"/>
              </w:rPr>
            </w:pPr>
            <w:r w:rsidRPr="00EA7EA3">
              <w:rPr>
                <w:b/>
                <w:color w:val="0D5F78"/>
                <w:sz w:val="18"/>
                <w:szCs w:val="18"/>
              </w:rPr>
              <w:t>NIS atribuit / confirmat</w:t>
            </w:r>
          </w:p>
          <w:p w14:paraId="46BD8B2A" w14:textId="77777777" w:rsidR="003C7CA3" w:rsidRPr="00EA7EA3" w:rsidRDefault="003C7CA3">
            <w:pPr>
              <w:keepNext/>
              <w:rPr>
                <w:sz w:val="18"/>
                <w:szCs w:val="18"/>
              </w:rPr>
            </w:pPr>
          </w:p>
        </w:tc>
        <w:tc>
          <w:tcPr>
            <w:tcW w:w="3212" w:type="dxa"/>
          </w:tcPr>
          <w:p w14:paraId="70909602" w14:textId="77777777" w:rsidR="003C7CA3" w:rsidRPr="00EA7EA3" w:rsidRDefault="003454F7">
            <w:pPr>
              <w:keepNext/>
              <w:rPr>
                <w:sz w:val="18"/>
                <w:szCs w:val="18"/>
              </w:rPr>
            </w:pPr>
            <w:r w:rsidRPr="00EA7EA3">
              <w:rPr>
                <w:b/>
                <w:color w:val="0D5F78"/>
                <w:sz w:val="18"/>
                <w:szCs w:val="18"/>
              </w:rPr>
              <w:t>Cod investiție</w:t>
            </w:r>
          </w:p>
          <w:p w14:paraId="75D7BD10" w14:textId="77777777" w:rsidR="003C7CA3" w:rsidRPr="00EA7EA3" w:rsidRDefault="003454F7">
            <w:pPr>
              <w:keepNext/>
              <w:rPr>
                <w:sz w:val="18"/>
                <w:szCs w:val="18"/>
              </w:rPr>
            </w:pPr>
            <w:r w:rsidRPr="00EA7EA3">
              <w:rPr>
                <w:i/>
                <w:color w:val="7A7A7A"/>
                <w:sz w:val="18"/>
                <w:szCs w:val="18"/>
              </w:rPr>
              <w:t>dacă lucrarea e legată de o investiție</w:t>
            </w:r>
          </w:p>
          <w:p w14:paraId="707D1635" w14:textId="77777777" w:rsidR="003C7CA3" w:rsidRPr="00EA7EA3" w:rsidRDefault="003C7CA3">
            <w:pPr>
              <w:keepNext/>
              <w:rPr>
                <w:sz w:val="18"/>
                <w:szCs w:val="18"/>
              </w:rPr>
            </w:pPr>
          </w:p>
        </w:tc>
      </w:tr>
      <w:tr w:rsidR="003C7CA3" w:rsidRPr="00EA7EA3" w14:paraId="404DE9B4" w14:textId="77777777">
        <w:trPr>
          <w:cantSplit/>
          <w:trHeight w:val="510"/>
        </w:trPr>
        <w:tc>
          <w:tcPr>
            <w:tcW w:w="2409" w:type="dxa"/>
          </w:tcPr>
          <w:p w14:paraId="1E81E077" w14:textId="77777777" w:rsidR="003C7CA3" w:rsidRPr="00EA7EA3" w:rsidRDefault="003454F7">
            <w:pPr>
              <w:rPr>
                <w:sz w:val="18"/>
                <w:szCs w:val="18"/>
              </w:rPr>
            </w:pPr>
            <w:r w:rsidRPr="00EA7EA3">
              <w:rPr>
                <w:b/>
                <w:color w:val="0D5F78"/>
                <w:sz w:val="18"/>
                <w:szCs w:val="18"/>
              </w:rPr>
              <w:t>Data comunicării</w:t>
            </w:r>
          </w:p>
          <w:p w14:paraId="778D03E7" w14:textId="77777777" w:rsidR="003C7CA3" w:rsidRPr="00EA7EA3" w:rsidRDefault="003C7CA3">
            <w:pPr>
              <w:rPr>
                <w:sz w:val="18"/>
                <w:szCs w:val="18"/>
              </w:rPr>
            </w:pPr>
          </w:p>
        </w:tc>
        <w:tc>
          <w:tcPr>
            <w:tcW w:w="3212" w:type="dxa"/>
            <w:gridSpan w:val="2"/>
          </w:tcPr>
          <w:p w14:paraId="77DBAA7A" w14:textId="77777777" w:rsidR="003C7CA3" w:rsidRPr="00EA7EA3" w:rsidRDefault="003454F7">
            <w:pPr>
              <w:rPr>
                <w:sz w:val="18"/>
                <w:szCs w:val="18"/>
              </w:rPr>
            </w:pPr>
            <w:r w:rsidRPr="00EA7EA3">
              <w:rPr>
                <w:b/>
                <w:color w:val="0D5F78"/>
                <w:sz w:val="18"/>
                <w:szCs w:val="18"/>
              </w:rPr>
              <w:t>Numărul tranzacției</w:t>
            </w:r>
          </w:p>
          <w:p w14:paraId="41280A5F" w14:textId="77777777" w:rsidR="003C7CA3" w:rsidRPr="00EA7EA3" w:rsidRDefault="003C7CA3">
            <w:pPr>
              <w:rPr>
                <w:sz w:val="18"/>
                <w:szCs w:val="18"/>
              </w:rPr>
            </w:pPr>
          </w:p>
        </w:tc>
        <w:tc>
          <w:tcPr>
            <w:tcW w:w="4015" w:type="dxa"/>
            <w:gridSpan w:val="2"/>
          </w:tcPr>
          <w:p w14:paraId="3822C8B0" w14:textId="77777777" w:rsidR="003C7CA3" w:rsidRPr="00EA7EA3" w:rsidRDefault="003454F7">
            <w:pPr>
              <w:rPr>
                <w:sz w:val="18"/>
                <w:szCs w:val="18"/>
              </w:rPr>
            </w:pPr>
            <w:r w:rsidRPr="00EA7EA3">
              <w:rPr>
                <w:b/>
                <w:color w:val="0D5F78"/>
                <w:sz w:val="18"/>
                <w:szCs w:val="18"/>
              </w:rPr>
              <w:t>Comunicat de</w:t>
            </w:r>
          </w:p>
          <w:p w14:paraId="2979CA2D" w14:textId="77777777" w:rsidR="003C7CA3" w:rsidRPr="00EA7EA3" w:rsidRDefault="003C7CA3">
            <w:pPr>
              <w:rPr>
                <w:sz w:val="18"/>
                <w:szCs w:val="18"/>
              </w:rPr>
            </w:pPr>
          </w:p>
        </w:tc>
      </w:tr>
    </w:tbl>
    <w:p w14:paraId="080B7191" w14:textId="77777777" w:rsidR="003C7CA3" w:rsidRPr="00EA7EA3" w:rsidRDefault="003C7CA3">
      <w:pPr>
        <w:spacing w:line="168" w:lineRule="auto"/>
        <w:rPr>
          <w:sz w:val="18"/>
          <w:szCs w:val="18"/>
        </w:rPr>
      </w:pPr>
    </w:p>
    <w:p w14:paraId="0A206510" w14:textId="77777777" w:rsidR="00913191" w:rsidRPr="00EA7EA3" w:rsidRDefault="00913191">
      <w:pPr>
        <w:spacing w:line="168" w:lineRule="auto"/>
        <w:rPr>
          <w:sz w:val="18"/>
          <w:szCs w:val="18"/>
        </w:rPr>
      </w:pPr>
    </w:p>
    <w:p w14:paraId="763CAB70" w14:textId="557CB50E" w:rsidR="00913191" w:rsidRPr="00EA7EA3" w:rsidRDefault="00913191" w:rsidP="00913191">
      <w:pPr>
        <w:rPr>
          <w:sz w:val="18"/>
          <w:szCs w:val="18"/>
          <w:u w:val="single"/>
        </w:rPr>
      </w:pPr>
      <w:r w:rsidRPr="00EA7EA3">
        <w:rPr>
          <w:sz w:val="18"/>
          <w:szCs w:val="18"/>
          <w:u w:val="single"/>
        </w:rPr>
        <w:t>Punctele 10-1</w:t>
      </w:r>
      <w:r w:rsidR="00481869" w:rsidRPr="00EA7EA3">
        <w:rPr>
          <w:sz w:val="18"/>
          <w:szCs w:val="18"/>
          <w:u w:val="single"/>
        </w:rPr>
        <w:t xml:space="preserve">3 </w:t>
      </w:r>
      <w:r w:rsidRPr="00EA7EA3">
        <w:rPr>
          <w:sz w:val="18"/>
          <w:szCs w:val="18"/>
          <w:u w:val="single"/>
        </w:rPr>
        <w:t>se completeaza în cazul amenjărilor /lucrărilor inginerești</w:t>
      </w:r>
    </w:p>
    <w:p w14:paraId="67473F2C" w14:textId="77777777" w:rsidR="00913191" w:rsidRPr="00EA7EA3" w:rsidRDefault="00913191">
      <w:pPr>
        <w:spacing w:line="168" w:lineRule="auto"/>
        <w:rPr>
          <w:sz w:val="18"/>
          <w:szCs w:val="18"/>
        </w:rPr>
      </w:pPr>
    </w:p>
    <w:p w14:paraId="088990E5" w14:textId="77777777" w:rsidR="00913191" w:rsidRPr="00EA7EA3" w:rsidRDefault="00913191">
      <w:pPr>
        <w:spacing w:line="168" w:lineRule="auto"/>
        <w:rPr>
          <w:sz w:val="18"/>
          <w:szCs w:val="18"/>
        </w:rPr>
      </w:pPr>
    </w:p>
    <w:p w14:paraId="26959348" w14:textId="77777777" w:rsidR="00913191" w:rsidRPr="00EA7EA3" w:rsidRDefault="00913191">
      <w:pPr>
        <w:spacing w:line="168" w:lineRule="auto"/>
        <w:rPr>
          <w:sz w:val="18"/>
          <w:szCs w:val="18"/>
        </w:rPr>
      </w:pPr>
    </w:p>
    <w:tbl>
      <w:tblPr>
        <w:tblStyle w:val="Tabelgril"/>
        <w:tblW w:w="0" w:type="auto"/>
        <w:tblLayout w:type="fixed"/>
        <w:tblLook w:val="04A0" w:firstRow="1" w:lastRow="0" w:firstColumn="1" w:lastColumn="0" w:noHBand="0" w:noVBand="1"/>
      </w:tblPr>
      <w:tblGrid>
        <w:gridCol w:w="9636"/>
      </w:tblGrid>
      <w:tr w:rsidR="00913191" w:rsidRPr="00EA7EA3" w14:paraId="15E654A6" w14:textId="77777777" w:rsidTr="00303E64">
        <w:tc>
          <w:tcPr>
            <w:tcW w:w="9636" w:type="dxa"/>
            <w:shd w:val="clear" w:color="auto" w:fill="F4F4F4"/>
          </w:tcPr>
          <w:p w14:paraId="15526B2D" w14:textId="6391DFF7" w:rsidR="00481869" w:rsidRPr="00EA7EA3" w:rsidRDefault="00913191" w:rsidP="00303E64">
            <w:pPr>
              <w:rPr>
                <w:b/>
                <w:color w:val="000000"/>
                <w:sz w:val="18"/>
                <w:szCs w:val="18"/>
              </w:rPr>
            </w:pPr>
            <w:r w:rsidRPr="00EA7EA3">
              <w:rPr>
                <w:b/>
                <w:sz w:val="18"/>
                <w:szCs w:val="18"/>
              </w:rPr>
              <w:t xml:space="preserve">10.  </w:t>
            </w:r>
            <w:r w:rsidRPr="00EA7EA3">
              <w:rPr>
                <w:b/>
                <w:color w:val="000000"/>
                <w:sz w:val="18"/>
                <w:szCs w:val="18"/>
              </w:rPr>
              <w:t>DATELE CARACTERISTICE ALE AMPLASAMENTULUI</w:t>
            </w:r>
          </w:p>
        </w:tc>
      </w:tr>
      <w:tr w:rsidR="00913191" w:rsidRPr="00EA7EA3" w14:paraId="35BBF072" w14:textId="77777777" w:rsidTr="00303E64">
        <w:trPr>
          <w:trHeight w:val="311"/>
        </w:trPr>
        <w:tc>
          <w:tcPr>
            <w:tcW w:w="9636" w:type="dxa"/>
          </w:tcPr>
          <w:p w14:paraId="404A19BB" w14:textId="77777777" w:rsidR="00913191" w:rsidRPr="00EA7EA3" w:rsidRDefault="00913191" w:rsidP="00303E64">
            <w:pPr>
              <w:rPr>
                <w:sz w:val="18"/>
                <w:szCs w:val="18"/>
              </w:rPr>
            </w:pPr>
          </w:p>
          <w:p w14:paraId="75C9E1F6" w14:textId="77777777" w:rsidR="00913191" w:rsidRPr="00EA7EA3" w:rsidRDefault="00913191" w:rsidP="00303E64">
            <w:pPr>
              <w:rPr>
                <w:sz w:val="18"/>
                <w:szCs w:val="18"/>
              </w:rPr>
            </w:pPr>
          </w:p>
          <w:p w14:paraId="5CEEA210" w14:textId="77777777" w:rsidR="00913191" w:rsidRPr="00EA7EA3" w:rsidRDefault="00913191" w:rsidP="00303E64">
            <w:pPr>
              <w:rPr>
                <w:sz w:val="18"/>
                <w:szCs w:val="18"/>
              </w:rPr>
            </w:pPr>
          </w:p>
          <w:p w14:paraId="49CC17DA" w14:textId="77777777" w:rsidR="00913191" w:rsidRPr="00EA7EA3" w:rsidRDefault="00913191" w:rsidP="00303E64">
            <w:pPr>
              <w:rPr>
                <w:sz w:val="18"/>
                <w:szCs w:val="18"/>
              </w:rPr>
            </w:pPr>
          </w:p>
        </w:tc>
      </w:tr>
      <w:tr w:rsidR="00913191" w:rsidRPr="00EA7EA3" w14:paraId="64B1AEFE" w14:textId="77777777" w:rsidTr="00481869">
        <w:trPr>
          <w:trHeight w:val="311"/>
        </w:trPr>
        <w:tc>
          <w:tcPr>
            <w:tcW w:w="9636" w:type="dxa"/>
            <w:shd w:val="clear" w:color="auto" w:fill="F2F2F2" w:themeFill="background1" w:themeFillShade="F2"/>
          </w:tcPr>
          <w:p w14:paraId="06040E9F" w14:textId="73498F5D" w:rsidR="00913191" w:rsidRPr="00EA7EA3" w:rsidRDefault="00913191" w:rsidP="00303E64">
            <w:pPr>
              <w:rPr>
                <w:sz w:val="18"/>
                <w:szCs w:val="18"/>
                <w:lang w:val="fr-FR"/>
              </w:rPr>
            </w:pPr>
            <w:r w:rsidRPr="00EA7EA3">
              <w:rPr>
                <w:b/>
                <w:sz w:val="18"/>
                <w:szCs w:val="18"/>
                <w:lang w:val="fr-FR"/>
              </w:rPr>
              <w:t xml:space="preserve">11.  CARACTERISTICI TEHNICE SI </w:t>
            </w:r>
            <w:r w:rsidRPr="00EA7EA3">
              <w:rPr>
                <w:b/>
                <w:color w:val="000000"/>
                <w:sz w:val="18"/>
                <w:szCs w:val="18"/>
                <w:lang w:val="fr-FR"/>
              </w:rPr>
              <w:t xml:space="preserve">CAPACITĂȚI FUNCȚIONALE  SPECIFICE </w:t>
            </w:r>
          </w:p>
        </w:tc>
      </w:tr>
      <w:tr w:rsidR="00913191" w:rsidRPr="00EA7EA3" w14:paraId="6CA09AF3" w14:textId="77777777" w:rsidTr="00303E64">
        <w:trPr>
          <w:trHeight w:val="311"/>
        </w:trPr>
        <w:tc>
          <w:tcPr>
            <w:tcW w:w="9636" w:type="dxa"/>
          </w:tcPr>
          <w:p w14:paraId="0F93402F" w14:textId="77777777" w:rsidR="00913191" w:rsidRPr="00EA7EA3" w:rsidRDefault="00913191" w:rsidP="00303E64">
            <w:pPr>
              <w:rPr>
                <w:sz w:val="18"/>
                <w:szCs w:val="18"/>
                <w:lang w:val="fr-FR"/>
              </w:rPr>
            </w:pPr>
          </w:p>
          <w:p w14:paraId="1F1212DC" w14:textId="77777777" w:rsidR="00913191" w:rsidRPr="00EA7EA3" w:rsidRDefault="00913191" w:rsidP="00303E64">
            <w:pPr>
              <w:rPr>
                <w:sz w:val="18"/>
                <w:szCs w:val="18"/>
                <w:lang w:val="fr-FR"/>
              </w:rPr>
            </w:pPr>
          </w:p>
          <w:p w14:paraId="136A35DA" w14:textId="77777777" w:rsidR="00913191" w:rsidRPr="00EA7EA3" w:rsidRDefault="00913191" w:rsidP="00303E64">
            <w:pPr>
              <w:rPr>
                <w:sz w:val="18"/>
                <w:szCs w:val="18"/>
                <w:lang w:val="fr-FR"/>
              </w:rPr>
            </w:pPr>
          </w:p>
        </w:tc>
      </w:tr>
    </w:tbl>
    <w:p w14:paraId="57F60CB5" w14:textId="77777777" w:rsidR="00913191" w:rsidRPr="00EA7EA3" w:rsidRDefault="00913191">
      <w:pPr>
        <w:spacing w:line="168" w:lineRule="auto"/>
        <w:rPr>
          <w:sz w:val="18"/>
          <w:szCs w:val="18"/>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481869" w:rsidRPr="00EA7EA3" w14:paraId="48814357" w14:textId="77777777" w:rsidTr="00303E64">
        <w:trPr>
          <w:cantSplit/>
        </w:trPr>
        <w:tc>
          <w:tcPr>
            <w:tcW w:w="9636" w:type="dxa"/>
            <w:gridSpan w:val="2"/>
            <w:shd w:val="clear" w:color="auto" w:fill="F4F4F4"/>
          </w:tcPr>
          <w:p w14:paraId="78149411" w14:textId="5CE759DD" w:rsidR="00481869" w:rsidRPr="00EA7EA3" w:rsidRDefault="00481869" w:rsidP="00303E64">
            <w:pPr>
              <w:keepNext/>
              <w:rPr>
                <w:sz w:val="18"/>
                <w:szCs w:val="18"/>
                <w:lang w:val="fr-FR"/>
              </w:rPr>
            </w:pPr>
            <w:r w:rsidRPr="00EA7EA3">
              <w:rPr>
                <w:b/>
                <w:sz w:val="18"/>
                <w:szCs w:val="18"/>
                <w:lang w:val="fr-FR"/>
              </w:rPr>
              <w:t xml:space="preserve">12. </w:t>
            </w:r>
            <w:r w:rsidRPr="00EA7EA3">
              <w:rPr>
                <w:b/>
                <w:color w:val="000000"/>
                <w:sz w:val="18"/>
                <w:szCs w:val="18"/>
                <w:lang w:val="fr-FR"/>
              </w:rPr>
              <w:t>MĂSURI DE PROTECTIE A MEDIULUI / SECURITATE LA INCENDIU</w:t>
            </w:r>
          </w:p>
        </w:tc>
      </w:tr>
      <w:tr w:rsidR="00481869" w:rsidRPr="00EA7EA3" w14:paraId="0827F875" w14:textId="77777777" w:rsidTr="00303E64">
        <w:trPr>
          <w:cantSplit/>
          <w:trHeight w:val="510"/>
        </w:trPr>
        <w:tc>
          <w:tcPr>
            <w:tcW w:w="4818" w:type="dxa"/>
          </w:tcPr>
          <w:p w14:paraId="2201417D" w14:textId="77777777" w:rsidR="00481869" w:rsidRPr="00EA7EA3" w:rsidRDefault="00481869" w:rsidP="00303E64">
            <w:pPr>
              <w:keepNext/>
              <w:rPr>
                <w:sz w:val="18"/>
                <w:szCs w:val="18"/>
              </w:rPr>
            </w:pPr>
            <w:r w:rsidRPr="00EA7EA3">
              <w:rPr>
                <w:b/>
                <w:color w:val="0D5F78"/>
                <w:sz w:val="18"/>
                <w:szCs w:val="18"/>
              </w:rPr>
              <w:t>Modul de evacuare a deșeurilor</w:t>
            </w:r>
          </w:p>
          <w:p w14:paraId="253A2CEE" w14:textId="77777777" w:rsidR="00481869" w:rsidRPr="00EA7EA3" w:rsidRDefault="00481869" w:rsidP="00303E64">
            <w:pPr>
              <w:keepNext/>
              <w:rPr>
                <w:sz w:val="18"/>
                <w:szCs w:val="18"/>
              </w:rPr>
            </w:pPr>
          </w:p>
        </w:tc>
        <w:tc>
          <w:tcPr>
            <w:tcW w:w="4818" w:type="dxa"/>
          </w:tcPr>
          <w:p w14:paraId="43DA7C1B" w14:textId="3909995D" w:rsidR="00481869" w:rsidRPr="00EA7EA3" w:rsidRDefault="00481869" w:rsidP="00303E64">
            <w:pPr>
              <w:keepNext/>
              <w:rPr>
                <w:sz w:val="18"/>
                <w:szCs w:val="18"/>
                <w:lang w:val="fr-FR"/>
              </w:rPr>
            </w:pPr>
            <w:r w:rsidRPr="00EA7EA3">
              <w:rPr>
                <w:b/>
                <w:color w:val="0D5F78"/>
                <w:sz w:val="18"/>
                <w:szCs w:val="18"/>
                <w:lang w:val="fr-FR"/>
              </w:rPr>
              <w:t>Măsuri de securitate la incendiu</w:t>
            </w:r>
          </w:p>
          <w:p w14:paraId="2FD7E2E3" w14:textId="77777777" w:rsidR="00481869" w:rsidRPr="00EA7EA3" w:rsidRDefault="00481869" w:rsidP="00303E64">
            <w:pPr>
              <w:keepNext/>
              <w:rPr>
                <w:sz w:val="18"/>
                <w:szCs w:val="18"/>
                <w:lang w:val="fr-FR"/>
              </w:rPr>
            </w:pPr>
          </w:p>
        </w:tc>
      </w:tr>
      <w:tr w:rsidR="00481869" w:rsidRPr="00EA7EA3" w14:paraId="6A3E6F3D" w14:textId="77777777" w:rsidTr="00303E64">
        <w:trPr>
          <w:cantSplit/>
          <w:trHeight w:val="510"/>
        </w:trPr>
        <w:tc>
          <w:tcPr>
            <w:tcW w:w="4818" w:type="dxa"/>
          </w:tcPr>
          <w:p w14:paraId="007359C1" w14:textId="77777777" w:rsidR="00481869" w:rsidRPr="00EA7EA3" w:rsidRDefault="00481869" w:rsidP="00303E64">
            <w:pPr>
              <w:rPr>
                <w:sz w:val="18"/>
                <w:szCs w:val="18"/>
              </w:rPr>
            </w:pPr>
            <w:r w:rsidRPr="00EA7EA3">
              <w:rPr>
                <w:b/>
                <w:color w:val="0D5F78"/>
                <w:sz w:val="18"/>
                <w:szCs w:val="18"/>
              </w:rPr>
              <w:t>Măsuri de protecție a mediului</w:t>
            </w:r>
          </w:p>
          <w:p w14:paraId="6446EBE5" w14:textId="77777777" w:rsidR="00481869" w:rsidRPr="00EA7EA3" w:rsidRDefault="00481869" w:rsidP="00303E64">
            <w:pPr>
              <w:rPr>
                <w:sz w:val="18"/>
                <w:szCs w:val="18"/>
              </w:rPr>
            </w:pPr>
          </w:p>
        </w:tc>
        <w:tc>
          <w:tcPr>
            <w:tcW w:w="4818" w:type="dxa"/>
          </w:tcPr>
          <w:p w14:paraId="0FD4A589" w14:textId="1EE59EF2" w:rsidR="00481869" w:rsidRPr="00EA7EA3" w:rsidRDefault="00481869" w:rsidP="00303E64">
            <w:pPr>
              <w:rPr>
                <w:sz w:val="18"/>
                <w:szCs w:val="18"/>
              </w:rPr>
            </w:pPr>
            <w:r w:rsidRPr="00EA7EA3">
              <w:rPr>
                <w:b/>
                <w:color w:val="0D5F78"/>
                <w:sz w:val="18"/>
                <w:szCs w:val="18"/>
              </w:rPr>
              <w:t>Alte  măsuri specifice</w:t>
            </w:r>
          </w:p>
          <w:p w14:paraId="6BDF2294" w14:textId="77777777" w:rsidR="00481869" w:rsidRPr="00EA7EA3" w:rsidRDefault="00481869" w:rsidP="00303E64">
            <w:pPr>
              <w:rPr>
                <w:sz w:val="18"/>
                <w:szCs w:val="18"/>
              </w:rPr>
            </w:pPr>
          </w:p>
        </w:tc>
      </w:tr>
    </w:tbl>
    <w:p w14:paraId="56875253" w14:textId="77777777" w:rsidR="00481869" w:rsidRPr="00EA7EA3" w:rsidRDefault="00481869">
      <w:pPr>
        <w:spacing w:line="168" w:lineRule="auto"/>
        <w:rPr>
          <w:sz w:val="18"/>
          <w:szCs w:val="18"/>
          <w:lang w:val="fr-FR"/>
        </w:rPr>
      </w:pPr>
    </w:p>
    <w:p w14:paraId="3C380F78" w14:textId="77777777" w:rsidR="00481869" w:rsidRPr="00EA7EA3" w:rsidRDefault="00481869">
      <w:pPr>
        <w:spacing w:line="168" w:lineRule="auto"/>
        <w:rPr>
          <w:sz w:val="18"/>
          <w:szCs w:val="18"/>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481869" w:rsidRPr="00EA7EA3" w14:paraId="05487BBA" w14:textId="77777777" w:rsidTr="00303E64">
        <w:trPr>
          <w:cantSplit/>
        </w:trPr>
        <w:tc>
          <w:tcPr>
            <w:tcW w:w="9636" w:type="dxa"/>
            <w:gridSpan w:val="3"/>
            <w:shd w:val="clear" w:color="auto" w:fill="F4F4F4"/>
          </w:tcPr>
          <w:p w14:paraId="4CC38EC2" w14:textId="2887E864" w:rsidR="00481869" w:rsidRPr="00EA7EA3" w:rsidRDefault="00481869" w:rsidP="00303E64">
            <w:pPr>
              <w:keepNext/>
              <w:rPr>
                <w:sz w:val="18"/>
                <w:szCs w:val="18"/>
              </w:rPr>
            </w:pPr>
            <w:r w:rsidRPr="00EA7EA3">
              <w:rPr>
                <w:b/>
                <w:sz w:val="18"/>
                <w:szCs w:val="18"/>
              </w:rPr>
              <w:t xml:space="preserve">13. </w:t>
            </w:r>
            <w:r w:rsidRPr="00EA7EA3">
              <w:rPr>
                <w:b/>
                <w:color w:val="000000"/>
                <w:sz w:val="18"/>
                <w:szCs w:val="18"/>
              </w:rPr>
              <w:t>ÎNTOCMIT</w:t>
            </w:r>
          </w:p>
        </w:tc>
      </w:tr>
      <w:tr w:rsidR="00481869" w:rsidRPr="00EA7EA3" w14:paraId="7D366BD0" w14:textId="77777777" w:rsidTr="00303E64">
        <w:trPr>
          <w:cantSplit/>
          <w:trHeight w:val="510"/>
        </w:trPr>
        <w:tc>
          <w:tcPr>
            <w:tcW w:w="4818" w:type="dxa"/>
          </w:tcPr>
          <w:p w14:paraId="48BF3A7A" w14:textId="77777777" w:rsidR="00481869" w:rsidRPr="00EA7EA3" w:rsidRDefault="00481869" w:rsidP="00303E64">
            <w:pPr>
              <w:rPr>
                <w:sz w:val="18"/>
                <w:szCs w:val="18"/>
              </w:rPr>
            </w:pPr>
            <w:r w:rsidRPr="00EA7EA3">
              <w:rPr>
                <w:b/>
                <w:color w:val="0D5F78"/>
                <w:sz w:val="18"/>
                <w:szCs w:val="18"/>
              </w:rPr>
              <w:t>Numele și prenumele / firma și reprezentantul</w:t>
            </w:r>
          </w:p>
          <w:p w14:paraId="6B334517" w14:textId="77777777" w:rsidR="00481869" w:rsidRPr="00EA7EA3" w:rsidRDefault="00481869" w:rsidP="00303E64">
            <w:pPr>
              <w:rPr>
                <w:sz w:val="18"/>
                <w:szCs w:val="18"/>
              </w:rPr>
            </w:pPr>
          </w:p>
        </w:tc>
        <w:tc>
          <w:tcPr>
            <w:tcW w:w="1606" w:type="dxa"/>
          </w:tcPr>
          <w:p w14:paraId="28EE7D57" w14:textId="77777777" w:rsidR="00481869" w:rsidRPr="00EA7EA3" w:rsidRDefault="00481869" w:rsidP="00303E64">
            <w:pPr>
              <w:rPr>
                <w:sz w:val="18"/>
                <w:szCs w:val="18"/>
              </w:rPr>
            </w:pPr>
            <w:r w:rsidRPr="00EA7EA3">
              <w:rPr>
                <w:b/>
                <w:color w:val="0D5F78"/>
                <w:sz w:val="18"/>
                <w:szCs w:val="18"/>
              </w:rPr>
              <w:t>Data</w:t>
            </w:r>
          </w:p>
          <w:p w14:paraId="604B415A" w14:textId="77777777" w:rsidR="00481869" w:rsidRPr="00EA7EA3" w:rsidRDefault="00481869" w:rsidP="00303E64">
            <w:pPr>
              <w:rPr>
                <w:sz w:val="18"/>
                <w:szCs w:val="18"/>
              </w:rPr>
            </w:pPr>
          </w:p>
        </w:tc>
        <w:tc>
          <w:tcPr>
            <w:tcW w:w="3212" w:type="dxa"/>
          </w:tcPr>
          <w:p w14:paraId="4217163A" w14:textId="77777777" w:rsidR="00481869" w:rsidRPr="00EA7EA3" w:rsidRDefault="00481869" w:rsidP="00303E64">
            <w:pPr>
              <w:rPr>
                <w:sz w:val="18"/>
                <w:szCs w:val="18"/>
              </w:rPr>
            </w:pPr>
            <w:r w:rsidRPr="00EA7EA3">
              <w:rPr>
                <w:b/>
                <w:color w:val="0D5F78"/>
                <w:sz w:val="18"/>
                <w:szCs w:val="18"/>
              </w:rPr>
              <w:t>Semnătura și parafa</w:t>
            </w:r>
          </w:p>
          <w:p w14:paraId="0ABC8491" w14:textId="77777777" w:rsidR="00481869" w:rsidRPr="00EA7EA3" w:rsidRDefault="00481869" w:rsidP="00303E64">
            <w:pPr>
              <w:rPr>
                <w:sz w:val="18"/>
                <w:szCs w:val="18"/>
              </w:rPr>
            </w:pPr>
          </w:p>
        </w:tc>
      </w:tr>
    </w:tbl>
    <w:p w14:paraId="6405C781" w14:textId="77777777" w:rsidR="00481869" w:rsidRPr="00EA7EA3" w:rsidRDefault="00481869">
      <w:pPr>
        <w:spacing w:line="168" w:lineRule="auto"/>
        <w:rPr>
          <w:sz w:val="18"/>
          <w:szCs w:val="18"/>
          <w:lang w:val="fr-FR"/>
        </w:rPr>
      </w:pPr>
    </w:p>
    <w:sectPr w:rsidR="00481869" w:rsidRPr="00EA7EA3" w:rsidSect="002B61AC">
      <w:headerReference w:type="default" r:id="rId11"/>
      <w:footerReference w:type="default" r:id="rId12"/>
      <w:pgSz w:w="11906" w:h="16838"/>
      <w:pgMar w:top="567" w:right="1134" w:bottom="454" w:left="1134" w:header="720" w:footer="2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231CC" w14:textId="77777777" w:rsidR="000A49FB" w:rsidRDefault="000A49FB">
      <w:r>
        <w:separator/>
      </w:r>
    </w:p>
  </w:endnote>
  <w:endnote w:type="continuationSeparator" w:id="0">
    <w:p w14:paraId="2A2257C6" w14:textId="77777777" w:rsidR="000A49FB" w:rsidRDefault="000A4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1461" w14:textId="0660487A" w:rsidR="003C7CA3" w:rsidRDefault="003454F7">
    <w:pPr>
      <w:pStyle w:val="Subsol"/>
      <w:tabs>
        <w:tab w:val="right" w:pos="9639"/>
      </w:tabs>
    </w:pPr>
    <w:r>
      <w:rPr>
        <w:color w:val="595959"/>
      </w:rPr>
      <w:t>F_A_01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5B29C5">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5B29C5">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5D742" w14:textId="77777777" w:rsidR="000A49FB" w:rsidRDefault="000A49FB">
      <w:r>
        <w:separator/>
      </w:r>
    </w:p>
  </w:footnote>
  <w:footnote w:type="continuationSeparator" w:id="0">
    <w:p w14:paraId="22A31933" w14:textId="77777777" w:rsidR="000A49FB" w:rsidRDefault="000A49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10B0" w14:textId="57BD5E57" w:rsidR="002B61AC" w:rsidRDefault="002B61AC">
    <w:pPr>
      <w:pStyle w:val="Antet"/>
    </w:pPr>
    <w:r>
      <w:rPr>
        <w:color w:val="595959"/>
      </w:rPr>
      <w:t>F_A_01 · versiunea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abstractNum w:abstractNumId="9" w15:restartNumberingAfterBreak="0">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16cid:durableId="847017462">
    <w:abstractNumId w:val="8"/>
  </w:num>
  <w:num w:numId="2" w16cid:durableId="1364138349">
    <w:abstractNumId w:val="6"/>
  </w:num>
  <w:num w:numId="3" w16cid:durableId="288517565">
    <w:abstractNumId w:val="5"/>
  </w:num>
  <w:num w:numId="4" w16cid:durableId="1184174628">
    <w:abstractNumId w:val="4"/>
  </w:num>
  <w:num w:numId="5" w16cid:durableId="638997637">
    <w:abstractNumId w:val="7"/>
  </w:num>
  <w:num w:numId="6" w16cid:durableId="552893134">
    <w:abstractNumId w:val="3"/>
  </w:num>
  <w:num w:numId="7" w16cid:durableId="497426947">
    <w:abstractNumId w:val="2"/>
  </w:num>
  <w:num w:numId="8" w16cid:durableId="2044866706">
    <w:abstractNumId w:val="1"/>
  </w:num>
  <w:num w:numId="9" w16cid:durableId="236131468">
    <w:abstractNumId w:val="0"/>
  </w:num>
  <w:num w:numId="10" w16cid:durableId="5075994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58C5"/>
    <w:rsid w:val="0006063C"/>
    <w:rsid w:val="0007047E"/>
    <w:rsid w:val="0009157F"/>
    <w:rsid w:val="000A49FB"/>
    <w:rsid w:val="0015074B"/>
    <w:rsid w:val="001531A5"/>
    <w:rsid w:val="0016357D"/>
    <w:rsid w:val="0029639D"/>
    <w:rsid w:val="002B61AC"/>
    <w:rsid w:val="002E47B8"/>
    <w:rsid w:val="0031113E"/>
    <w:rsid w:val="00326F90"/>
    <w:rsid w:val="003454F7"/>
    <w:rsid w:val="003C7CA3"/>
    <w:rsid w:val="003F6F31"/>
    <w:rsid w:val="004548FA"/>
    <w:rsid w:val="00481869"/>
    <w:rsid w:val="005375AB"/>
    <w:rsid w:val="005B29C5"/>
    <w:rsid w:val="006A0568"/>
    <w:rsid w:val="006C103E"/>
    <w:rsid w:val="007B37A3"/>
    <w:rsid w:val="007E5D45"/>
    <w:rsid w:val="00913191"/>
    <w:rsid w:val="009618E4"/>
    <w:rsid w:val="009E435D"/>
    <w:rsid w:val="00A17D80"/>
    <w:rsid w:val="00A23097"/>
    <w:rsid w:val="00A721E7"/>
    <w:rsid w:val="00A80531"/>
    <w:rsid w:val="00AA1D8D"/>
    <w:rsid w:val="00B0669A"/>
    <w:rsid w:val="00B1389B"/>
    <w:rsid w:val="00B2135D"/>
    <w:rsid w:val="00B308E6"/>
    <w:rsid w:val="00B47730"/>
    <w:rsid w:val="00C32AB5"/>
    <w:rsid w:val="00C46767"/>
    <w:rsid w:val="00CA3725"/>
    <w:rsid w:val="00CB0664"/>
    <w:rsid w:val="00CD3FD2"/>
    <w:rsid w:val="00DB3B82"/>
    <w:rsid w:val="00E61A6B"/>
    <w:rsid w:val="00E9623F"/>
    <w:rsid w:val="00EA7EA3"/>
    <w:rsid w:val="00EC2567"/>
    <w:rsid w:val="00EE1FD2"/>
    <w:rsid w:val="00F423ED"/>
    <w:rsid w:val="00F61A70"/>
    <w:rsid w:val="00F91AA7"/>
    <w:rsid w:val="00F97996"/>
    <w:rsid w:val="00FC2F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8F16EB"/>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deparagrafimplicit"/>
    <w:uiPriority w:val="99"/>
    <w:unhideWhenUsed/>
    <w:rsid w:val="00EA7E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rimariabistrita.ro" TargetMode="External"/><Relationship Id="rId4" Type="http://schemas.openxmlformats.org/officeDocument/2006/relationships/settings" Target="settings.xml"/><Relationship Id="rId9" Type="http://schemas.openxmlformats.org/officeDocument/2006/relationships/hyperlink" Target="mailto:primaria@municipiulbistrita.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22CA0-0F59-406E-9ADC-7FFF681EB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2377</Words>
  <Characters>13791</Characters>
  <Application>Microsoft Office Word</Application>
  <DocSecurity>0</DocSecurity>
  <Lines>114</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16136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Floarea-Olivia TIMOCE</cp:lastModifiedBy>
  <cp:revision>11</cp:revision>
  <dcterms:created xsi:type="dcterms:W3CDTF">2013-12-23T23:15:00Z</dcterms:created>
  <dcterms:modified xsi:type="dcterms:W3CDTF">2026-09-23T12:11:00Z</dcterms:modified>
  <cp:category/>
</cp:coreProperties>
</file>